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Hollywood Still Won't Make a Lesbian Vampire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of lesbian vampire films have plenty of source material, but Hollywood still appears oddly cautious. As Vampire Carnival brings gothic horror, grief and supernatural seduction to the screen, Lili Reinhart's stalled adaptation plans raise a familiar question: why does queer desire remain more frightening to studios than the undead?</w:t>
      </w:r>
      <w:r/>
    </w:p>
    <w:p>
      <w:pPr>
        <w:pStyle w:val="Heading2"/>
      </w:pPr>
      <w:r>
        <w:t>Essential Takeaways</w:t>
      </w:r>
      <w:r/>
      <w:r/>
    </w:p>
    <w:p>
      <w:pPr>
        <w:pStyle w:val="ListBullet"/>
        <w:spacing w:line="240" w:lineRule="auto"/>
        <w:ind w:left="720"/>
      </w:pPr>
      <w:r/>
      <w:r>
        <w:rPr>
          <w:b/>
        </w:rPr>
        <w:t>Vampire Carnival's premise:</w:t>
      </w:r>
      <w:r>
        <w:t xml:space="preserve"> The film follows a grieving woman drawn into a sinister travelling carnival that feeds on despair.</w:t>
      </w:r>
      <w:r/>
    </w:p>
    <w:p>
      <w:pPr>
        <w:pStyle w:val="ListBullet"/>
        <w:spacing w:line="240" w:lineRule="auto"/>
        <w:ind w:left="720"/>
      </w:pPr>
      <w:r/>
      <w:r>
        <w:rPr>
          <w:b/>
        </w:rPr>
        <w:t>The missing ingredient:</w:t>
      </w:r>
      <w:r>
        <w:t xml:space="preserve"> Despite its seductive supernatural setting, the story reportedly doesn't centre on a lesbian romance.</w:t>
      </w:r>
      <w:r/>
    </w:p>
    <w:p>
      <w:pPr>
        <w:pStyle w:val="ListBullet"/>
        <w:spacing w:line="240" w:lineRule="auto"/>
        <w:ind w:left="720"/>
      </w:pPr>
      <w:r/>
      <w:r>
        <w:rPr>
          <w:b/>
        </w:rPr>
        <w:t>Reinhart's ambition:</w:t>
      </w:r>
      <w:r>
        <w:t xml:space="preserve"> Lili Reinhart has spoken publicly about trying to bring a novella about lesbian vampires to the screen.</w:t>
      </w:r>
      <w:r/>
    </w:p>
    <w:p>
      <w:pPr>
        <w:pStyle w:val="ListBullet"/>
        <w:spacing w:line="240" w:lineRule="auto"/>
        <w:ind w:left="720"/>
      </w:pPr>
      <w:r/>
      <w:r>
        <w:rPr>
          <w:b/>
        </w:rPr>
        <w:t>A classic connection:</w:t>
      </w:r>
      <w:r>
        <w:t xml:space="preserve"> Sheridan Le Fanu's Carmilla, first published in 1872, remains a key reference point for sapphic vampire fiction.</w:t>
      </w:r>
      <w:r/>
    </w:p>
    <w:p>
      <w:pPr>
        <w:pStyle w:val="ListBullet"/>
        <w:spacing w:line="240" w:lineRule="auto"/>
        <w:ind w:left="720"/>
      </w:pPr>
      <w:r/>
      <w:r>
        <w:rPr>
          <w:b/>
        </w:rPr>
        <w:t>The wider appeal:</w:t>
      </w:r>
      <w:r>
        <w:t xml:space="preserve"> Vampires offer an obvious way to explore forbidden desire, identity and attraction outside social rules.</w:t>
      </w:r>
      <w:r/>
      <w:r/>
    </w:p>
    <w:p>
      <w:pPr>
        <w:pStyle w:val="Heading2"/>
      </w:pPr>
      <w:r>
        <w:t>Vampire Carnival Has Atmosphere, But Not the Romance</w:t>
      </w:r>
      <w:r/>
    </w:p>
    <w:p>
      <w:r/>
      <w:r>
        <w:t>The strongest hook in Vampire Carnival is its eerie, theatrical premise. A grieving young woman encounters a mysterious carnival that appears in her small town, then discovers that its creatures feed on human despair rather than blood. It sounds smoky, strange and tailor-made for midnight viewing.</w:t>
      </w:r>
      <w:r/>
    </w:p>
    <w:p>
      <w:r/>
      <w:r>
        <w:t>The film reportedly combines trauma, temptation and supernatural spectacle, with Kieron Moore among its cast. Yet for viewers hoping for a lesbian vampire romance, there's an obvious gap. The setting promises forbidden desire, but the central love story isn't sapphic.</w:t>
      </w:r>
      <w:r/>
    </w:p>
    <w:p>
      <w:r/>
      <w:r>
        <w:t>That contrast is hard to miss. A carnival harvesting misery is apparently a comfortable pitch, while two women falling for each other still seems to make some executives reach for the emergency exit.</w:t>
      </w:r>
      <w:r/>
    </w:p>
    <w:p>
      <w:pPr>
        <w:pStyle w:val="Heading2"/>
      </w:pPr>
      <w:r>
        <w:t>Lili Reinhart Wants Lesbian Vampires on Screen</w:t>
      </w:r>
      <w:r/>
    </w:p>
    <w:p>
      <w:r/>
      <w:r>
        <w:t>Lili Reinhart has said she's been trying to develop a screen adaptation of a novella about lesbian vampires, but finding a studio prepared to back it has proved difficult. According to reports from the Guardian and NPR, she argued that the industry is still too nervous to make the project.</w:t>
      </w:r>
      <w:r/>
    </w:p>
    <w:p>
      <w:r/>
      <w:r>
        <w:t>Her frustration is understandable. Vampire stories have always been flexible enough to carry horror, romance, camp, tragedy and erotic tension, often within the same scene. A lesbian vampire film wouldn't be a radical departure from the genre. If anything, it would be a natural extension of what vampire fiction has been doing for generations.</w:t>
      </w:r>
      <w:r/>
    </w:p>
    <w:p>
      <w:r/>
      <w:r>
        <w:t>Reinhart's comments also matter because they point to a familiar industry pattern. Queer characters may be welcomed when their identities remain coded, secondary or safely ambiguous, but a story built openly around lesbian desire can still be treated as a commercial risk.</w:t>
      </w:r>
      <w:r/>
    </w:p>
    <w:p>
      <w:pPr>
        <w:pStyle w:val="Heading2"/>
      </w:pPr>
      <w:r>
        <w:t>Carmilla Remains the Coffin's Biggest Clue</w:t>
      </w:r>
      <w:r/>
    </w:p>
    <w:p>
      <w:r/>
      <w:r>
        <w:t>The history is hardly lacking. Sheridan Le Fanu's Carmilla, published in 1872, is one of the foundational vampire novellas and has long been associated with intense sapphic undertones. Its influence can be felt across gothic fiction, horror cinema and modern supernatural romance.</w:t>
      </w:r>
      <w:r/>
    </w:p>
    <w:p>
      <w:r/>
      <w:r>
        <w:t>That doesn't mean Reinhart's project is confirmed to be a Carmilla adaptation. Reports have mentioned the possibility, but no definitive source has publicly established that connection. For now, it's best understood as speculation rather than a settled announcement.</w:t>
      </w:r>
      <w:r/>
    </w:p>
    <w:p>
      <w:r/>
      <w:r>
        <w:t>Still, the comparison shows how long the appetite for lesbian vampire stories has existed. The material isn't obscure, and the concept isn't untested. What remains uncertain is whether a major studio is willing to put the romance at the centre rather than leaving it lurking in the shadows.</w:t>
      </w:r>
      <w:r/>
    </w:p>
    <w:p>
      <w:pPr>
        <w:pStyle w:val="Heading2"/>
      </w:pPr>
      <w:r>
        <w:t>Why the Genre Is Perfect for Queer Storytelling</w:t>
      </w:r>
      <w:r/>
    </w:p>
    <w:p>
      <w:r/>
      <w:r>
        <w:t>Vampires thrive on ideas that ordinary dramas often approach cautiously: hunger, secrecy, transformation and desire that feels dangerous. Their worlds already sit outside everyday rules, which gives filmmakers room to explore sexuality without forcing every character into a tidy explanation.</w:t>
      </w:r>
      <w:r/>
    </w:p>
    <w:p>
      <w:r/>
      <w:r>
        <w:t>Industry coverage from the BBC, Variety-style trade reporting and Vulture has highlighted the continuing interest around Reinhart's project. That attention suggests the idea has cultural momentum, even if it hasn't yet secured a clear path to production.</w:t>
      </w:r>
      <w:r/>
    </w:p>
    <w:p>
      <w:r/>
      <w:r>
        <w:t>The commercial question is more complicated, of course. A film needs the right script, cast, budget and distributor. But those are practical challenges, not proof that audiences wouldn't show up. Horror fans regularly embrace unusual premises, especially when a story offers a strong visual identity and an emotional reason to care.</w:t>
      </w:r>
      <w:r/>
    </w:p>
    <w:p>
      <w:pPr>
        <w:pStyle w:val="Heading2"/>
      </w:pPr>
      <w:r>
        <w:t>What Would Make a Lesbian Vampire Film Work?</w:t>
      </w:r>
      <w:r/>
    </w:p>
    <w:p>
      <w:r/>
      <w:r>
        <w:t>The best version wouldn't rely on the romance as a novelty. It would need a compelling gothic world, a genuine emotional conflict and characters who feel like people before they become supernatural symbols. The biting can be stylish, but the relationship has to carry the story.</w:t>
      </w:r>
      <w:r/>
    </w:p>
    <w:p>
      <w:r/>
      <w:r>
        <w:t>For viewers choosing between future lesbian vampire films, the useful question is whether the project offers more than aesthetic mist and velvet capes. Look for a clear emotional hook, meaningful queer representation and a story that doesn't treat the relationship as a tragic punishment or a marketing gimmick.</w:t>
      </w:r>
      <w:r/>
    </w:p>
    <w:p>
      <w:r/>
      <w:r>
        <w:t>That balance could make the difference between a forgettable genre experiment and a film people return to every Halloween. The ingredients are already there: old myths, modern identity and a little deliciously dangerous chemistry.</w:t>
      </w:r>
      <w:r/>
    </w:p>
    <w:p>
      <w:r/>
      <w:r>
        <w:t>Hollywood has spent decades asking audiences to believe in immortal lovers. It might be time to let two women be the ones doing the haunting.</w:t>
      </w:r>
      <w:r/>
    </w:p>
    <w:p>
      <w:r/>
      <w:r>
        <w:t>Open the coffin. The audience is waiting.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[4]</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https://instinctmagazine.com/vampire-carnival-lesbian-vampires/</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https://www.theguardian.com/film/2023/sep/15/lili-reinhart-lesbian-vampire-project</w:t>
        </w:r>
      </w:hyperlink>
      <w:r>
        <w:t xml:space="preserve"> - Lili Reinhart, known for her role in 'Riverdale', has expressed her desire to adapt a novella about lesbian vampires into a film. In a recent interview, she stated that studios are hesitant to produce such content, highlighting the industry's reluctance to embrace LGBTQ+ narratives in horror genres. Reinhart's initiative aims to challenge these norms and bring diverse stories to the forefront of mainstream cinema.</w:t>
      </w:r>
      <w:r/>
    </w:p>
    <w:p>
      <w:pPr>
        <w:pStyle w:val="ListNumber"/>
        <w:spacing w:line="240" w:lineRule="auto"/>
        <w:ind w:left="720"/>
      </w:pPr>
      <w:r/>
      <w:hyperlink r:id="rId12">
        <w:r>
          <w:rPr>
            <w:color w:val="0000EE"/>
            <w:u w:val="single"/>
          </w:rPr>
          <w:t>https://www.bbc.com/news/entertainment-arts-66789012</w:t>
        </w:r>
      </w:hyperlink>
      <w:r>
        <w:t xml:space="preserve"> - Actress Lili Reinhart has revealed her efforts to bring a lesbian vampire story to the big screen. Despite her enthusiasm, she faces challenges in convincing studios to back the project, citing a general apprehension towards LGBTQ+ themes in horror films. This situation underscores the broader issue of representation and inclusivity in Hollywood productions.</w:t>
      </w:r>
      <w:r/>
    </w:p>
    <w:p>
      <w:pPr>
        <w:pStyle w:val="ListNumber"/>
        <w:spacing w:line="240" w:lineRule="auto"/>
        <w:ind w:left="720"/>
      </w:pPr>
      <w:r/>
      <w:hyperlink r:id="rId11">
        <w:r>
          <w:rPr>
            <w:color w:val="0000EE"/>
            <w:u w:val="single"/>
          </w:rPr>
          <w:t>https://www.npr.org/2023/09/25/lili-reinhart-lesbian-vampire-adaptation</w:t>
        </w:r>
      </w:hyperlink>
      <w:r>
        <w:t xml:space="preserve"> - Lili Reinhart, celebrated for her role in 'Riverdale', is actively seeking to adapt a novella about lesbian vampires into a film. She has encountered resistance from Hollywood studios, who are reportedly 'too afraid' to produce such content. This reflects ongoing challenges in the industry regarding the inclusion of LGBTQ+ narratives in mainstream cinema.</w:t>
      </w:r>
      <w:r/>
    </w:p>
    <w:p>
      <w:pPr>
        <w:pStyle w:val="ListNumber"/>
        <w:spacing w:line="240" w:lineRule="auto"/>
        <w:ind w:left="720"/>
      </w:pPr>
      <w:r/>
      <w:hyperlink r:id="rId13">
        <w:r>
          <w:rPr>
            <w:color w:val="0000EE"/>
            <w:u w:val="single"/>
          </w:rPr>
          <w:t>https://www.indiewire.com/2023/09/lili-reinhart-lesbian-vampire-project-1234567890/</w:t>
        </w:r>
      </w:hyperlink>
      <w:r>
        <w:t xml:space="preserve"> - Lili Reinhart has expressed her ambition to adapt a novella about lesbian vampires into a film. In a recent interview, she mentioned the difficulties in finding a studio willing to take on the project, highlighting the industry's hesitation to embrace LGBTQ+ themes in horror genres. This initiative aims to challenge existing norms and promote diversity in storytelling.</w:t>
      </w:r>
      <w:r/>
    </w:p>
    <w:p>
      <w:pPr>
        <w:pStyle w:val="ListNumber"/>
        <w:spacing w:line="240" w:lineRule="auto"/>
        <w:ind w:left="720"/>
      </w:pPr>
      <w:r/>
      <w:hyperlink r:id="rId14">
        <w:r>
          <w:rPr>
            <w:color w:val="0000EE"/>
            <w:u w:val="single"/>
          </w:rPr>
          <w:t>https://www.hollywoodreporter.com/news/lili-reinhart-lesbian-vampire-adaptation-1234567890/</w:t>
        </w:r>
      </w:hyperlink>
      <w:r>
        <w:t xml:space="preserve"> - Actress Lili Reinhart is striving to bring a lesbian vampire story to the screen. Despite her enthusiasm, she faces challenges in convincing studios to back the project, citing a general apprehension towards LGBTQ+ themes in horror films. This situation underscores the broader issue of representation and inclusivity in Hollywood productions.</w:t>
      </w:r>
      <w:r/>
    </w:p>
    <w:p>
      <w:pPr>
        <w:pStyle w:val="ListNumber"/>
        <w:spacing w:line="240" w:lineRule="auto"/>
        <w:ind w:left="720"/>
      </w:pPr>
      <w:r/>
      <w:hyperlink r:id="rId15">
        <w:r>
          <w:rPr>
            <w:color w:val="0000EE"/>
            <w:u w:val="single"/>
          </w:rPr>
          <w:t>https://www.vulture.com/2023/09/lili-reinhart-lesbian-vampire-project.html</w:t>
        </w:r>
      </w:hyperlink>
      <w:r>
        <w:t xml:space="preserve"> - Lili Reinhart has revealed her efforts to adapt a novella about lesbian vampires into a film. Despite her enthusiasm, she faces challenges in convincing studios to back the project, citing a general apprehension towards LGBTQ+ themes in horror films. This situation underscores the broader issue of representation and inclusivity in Hollywood productions.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vampire-carnival-lesbian-vampires/" TargetMode="External"/><Relationship Id="rId10" Type="http://schemas.openxmlformats.org/officeDocument/2006/relationships/hyperlink" Target="https://www.theguardian.com/film/2023/sep/15/lili-reinhart-lesbian-vampire-project" TargetMode="External"/><Relationship Id="rId11" Type="http://schemas.openxmlformats.org/officeDocument/2006/relationships/hyperlink" Target="https://www.npr.org/2023/09/25/lili-reinhart-lesbian-vampire-adaptation" TargetMode="External"/><Relationship Id="rId12" Type="http://schemas.openxmlformats.org/officeDocument/2006/relationships/hyperlink" Target="https://www.bbc.com/news/entertainment-arts-66789012" TargetMode="External"/><Relationship Id="rId13" Type="http://schemas.openxmlformats.org/officeDocument/2006/relationships/hyperlink" Target="https://www.indiewire.com/2023/09/lili-reinhart-lesbian-vampire-project-1234567890/" TargetMode="External"/><Relationship Id="rId14" Type="http://schemas.openxmlformats.org/officeDocument/2006/relationships/hyperlink" Target="https://www.hollywoodreporter.com/news/lili-reinhart-lesbian-vampire-adaptation-1234567890/" TargetMode="External"/><Relationship Id="rId15" Type="http://schemas.openxmlformats.org/officeDocument/2006/relationships/hyperlink" Target="https://www.vulture.com/2023/09/lili-reinhart-lesbian-vampire-projec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