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Quilmes Pride March 2025: What to Know Before You Go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visitors will gather in central Quilmes on Saturday 3 October for the 10th Marcha del Orgullo Diverso y Disidente, combining live music, cultural events, community stalls and practical support around LGBTQ+ rights. The afternoon programme also offers health testing and advice, making it more than a parade.</w:t>
      </w:r>
      <w:r/>
    </w:p>
    <w:p>
      <w:pPr>
        <w:pStyle w:val="Heading2"/>
      </w:pPr>
      <w:r>
        <w:t>Essential Takeaways</w:t>
      </w:r>
      <w:r/>
      <w:r/>
    </w:p>
    <w:p>
      <w:pPr>
        <w:pStyle w:val="ListBullet"/>
        <w:spacing w:line="240" w:lineRule="auto"/>
        <w:ind w:left="720"/>
      </w:pPr>
      <w:r/>
      <w:r>
        <w:rPr>
          <w:b/>
        </w:rPr>
        <w:t>When:</w:t>
      </w:r>
      <w:r>
        <w:t xml:space="preserve"> The gathering begins at 2pm on Saturday 3 October.</w:t>
      </w:r>
      <w:r/>
    </w:p>
    <w:p>
      <w:pPr>
        <w:pStyle w:val="ListBullet"/>
        <w:spacing w:line="240" w:lineRule="auto"/>
        <w:ind w:left="720"/>
      </w:pPr>
      <w:r/>
      <w:r>
        <w:rPr>
          <w:b/>
        </w:rPr>
        <w:t>Where:</w:t>
      </w:r>
      <w:r>
        <w:t xml:space="preserve"> Events centre on Rivadavia and Sarmiento, beside Plaza San Martín and the Casa de las Culturas.</w:t>
      </w:r>
      <w:r/>
    </w:p>
    <w:p>
      <w:pPr>
        <w:pStyle w:val="ListBullet"/>
        <w:spacing w:line="240" w:lineRule="auto"/>
        <w:ind w:left="720"/>
      </w:pPr>
      <w:r/>
      <w:r>
        <w:rPr>
          <w:b/>
        </w:rPr>
        <w:t>What to expect:</w:t>
      </w:r>
      <w:r>
        <w:t xml:space="preserve"> Music, performances, cultural activities and a diversity-focused market.</w:t>
      </w:r>
      <w:r/>
    </w:p>
    <w:p>
      <w:pPr>
        <w:pStyle w:val="ListBullet"/>
        <w:spacing w:line="240" w:lineRule="auto"/>
        <w:ind w:left="720"/>
      </w:pPr>
      <w:r/>
      <w:r>
        <w:rPr>
          <w:b/>
        </w:rPr>
        <w:t>Practical support:</w:t>
      </w:r>
      <w:r>
        <w:t xml:space="preserve"> Visitors can access rapid HIV and syphilis testing, plus advice on rights and local programmes.</w:t>
      </w:r>
      <w:r/>
    </w:p>
    <w:p>
      <w:pPr>
        <w:pStyle w:val="ListBullet"/>
        <w:spacing w:line="240" w:lineRule="auto"/>
        <w:ind w:left="720"/>
      </w:pPr>
      <w:r/>
      <w:r>
        <w:rPr>
          <w:b/>
        </w:rPr>
        <w:t>Headline act:</w:t>
      </w:r>
      <w:r>
        <w:t xml:space="preserve"> Juana Rozas is scheduled to close the artistic programme.</w:t>
      </w:r>
      <w:r/>
      <w:r/>
    </w:p>
    <w:p>
      <w:pPr>
        <w:pStyle w:val="Heading2"/>
      </w:pPr>
      <w:r>
        <w:t>Quilmes Pride March brings the community together</w:t>
      </w:r>
      <w:r/>
    </w:p>
    <w:p>
      <w:r/>
      <w:r>
        <w:t>The 10th Marcha del Orgullo Diverso y Disidente in Quilmes will turn the area around Plaza San Martín into a lively meeting point, with music, colourful performances and the easy buzz of a public celebration. The march is organised by Quilmes' Pride March Organising Committee, with support from the municipal administration.</w:t>
      </w:r>
      <w:r/>
    </w:p>
    <w:p>
      <w:r/>
      <w:r>
        <w:t>According to local coverage, the event is designed around both celebration and advocacy. That balance matters: Pride gatherings can feel joyful and welcoming while still giving space to the demands and concerns shaping LGBTQ+ life in the district.</w:t>
      </w:r>
      <w:r/>
    </w:p>
    <w:p>
      <w:pPr>
        <w:pStyle w:val="Heading2"/>
      </w:pPr>
      <w:r>
        <w:t>When and where is the march?</w:t>
      </w:r>
      <w:r/>
    </w:p>
    <w:p>
      <w:r/>
      <w:r>
        <w:t>The gathering starts at 2pm on Saturday 3 October at Rivadavia and Sarmiento, in front of Plaza San Martín and the Casa de las Culturas. Visitors who don't know the area should find the central location straightforward, although arriving early may make it easier to meet friends and take in the stalls before the programme becomes busier.</w:t>
      </w:r>
      <w:r/>
    </w:p>
    <w:p>
      <w:r/>
      <w:r>
        <w:t>Previous editions of the Quilmes event have also brought people together for performances, community activities and public discussion. Local reports have described the march as an established fixture in the area's cultural calendar, rather than a one-off gathering.</w:t>
      </w:r>
      <w:r/>
    </w:p>
    <w:p>
      <w:pPr>
        <w:pStyle w:val="Heading2"/>
      </w:pPr>
      <w:r>
        <w:t>Music, performers and a lively afternoon programme</w:t>
      </w:r>
      <w:r/>
    </w:p>
    <w:p>
      <w:r/>
      <w:r>
        <w:t>Music and performance will provide much of the day's energy. The line-up includes Blujaus, Ketanminas, LU100, Max Tejera, Floor Anahi, Ornella Yori, Ludmi Herrera, Historikas de Quilmes and DJ Zeth Bando.</w:t>
      </w:r>
      <w:r/>
    </w:p>
    <w:p>
      <w:r/>
      <w:r>
        <w:t>Juana Rozas is set to headline the closing performance. For visitors, that means there's a good reason to stay through the afternoon, whether you're arriving for the march itself or treating the event as a broader day out with friends.</w:t>
      </w:r>
      <w:r/>
    </w:p>
    <w:p>
      <w:pPr>
        <w:pStyle w:val="Heading2"/>
      </w:pPr>
      <w:r>
        <w:t>A market with a local, community focus</w:t>
      </w:r>
      <w:r/>
    </w:p>
    <w:p>
      <w:r/>
      <w:r>
        <w:t>Alongside the stage programme, attendees can browse a popular-economy fair featuring entrepreneurs from Quilmes' LGBTQ+ community. These stalls give the day a more personal feel, shifting the focus from a single march to the people, projects and small businesses that help sustain local community life.</w:t>
      </w:r>
      <w:r/>
    </w:p>
    <w:p>
      <w:r/>
      <w:r>
        <w:t>It's also a useful reminder that Pride events aren't only about banners and speeches. Buying from independent sellers, discovering local initiatives or simply stopping for a chat can make the experience feel connected to the neighbourhood.</w:t>
      </w:r>
      <w:r/>
    </w:p>
    <w:p>
      <w:pPr>
        <w:pStyle w:val="Heading2"/>
      </w:pPr>
      <w:r>
        <w:t>Health testing and support will be available</w:t>
      </w:r>
      <w:r/>
    </w:p>
    <w:p>
      <w:r/>
      <w:r>
        <w:t>The municipal Health Secretariat will run a station offering rapid HIV and syphilis tests. The service adds a practical layer to the event and may appeal to people who prefer accessing information and screening in a relaxed, community setting.</w:t>
      </w:r>
      <w:r/>
    </w:p>
    <w:p>
      <w:r/>
      <w:r>
        <w:t>The Directorate of Diversities will also provide guidance on rights, public programmes and available policies. Visitors can reportedly begin administrative procedures and receive advice about registering for the Transformar programme, so it's worth allowing time to ask questions rather than rushing straight home after the performances.</w:t>
      </w:r>
      <w:r/>
    </w:p>
    <w:p>
      <w:pPr>
        <w:pStyle w:val="Heading2"/>
      </w:pPr>
      <w:r>
        <w:t>Why this year's gathering matters</w:t>
      </w:r>
      <w:r/>
    </w:p>
    <w:p>
      <w:r/>
      <w:r>
        <w:t>The tenth edition gives the Quilmes march a clear sense of continuity. Earlier local reports on the event show how it has developed into a recurring space for visibility, cultural expression and collective demands, while newer coverage highlights the mix of celebration and public services.</w:t>
      </w:r>
      <w:r/>
    </w:p>
    <w:p>
      <w:r/>
      <w:r>
        <w:t>For anyone attending, the simplest plan is to bring water, wear comfortable shoes and check local updates before setting off. Expect music, conversation and a crowd with plenty to say, but also plenty of reasons to stay for one more song.</w:t>
      </w:r>
      <w:r/>
    </w:p>
    <w:p>
      <w:r/>
      <w:r>
        <w:t>A good Pride march should leave room for both celebration and change, and Quilmes' event aims to do exactly that.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0">
        <w:r>
          <w:rPr>
            <w:color w:val="0000EE"/>
            <w:u w:val="single"/>
          </w:rPr>
          <w:t>[3]</w:t>
        </w:r>
      </w:hyperlink>
      <w:r>
        <w:t xml:space="preserve">, </w:t>
      </w:r>
      <w:hyperlink r:id="rId14">
        <w:r>
          <w:rPr>
            <w:color w:val="0000EE"/>
            <w:u w:val="single"/>
          </w:rPr>
          <w:t>[5]</w:t>
        </w:r>
      </w:hyperlink>
      <w:r>
        <w:t xml:space="preserve">- Paragraph 4: </w:t>
      </w:r>
      <w:hyperlink r:id="rId12">
        <w:r>
          <w:rPr>
            <w:color w:val="0000EE"/>
            <w:u w:val="single"/>
          </w:rPr>
          <w:t>[2]</w:t>
        </w:r>
      </w:hyperlink>
      <w:r>
        <w:t xml:space="preserve">, </w:t>
      </w:r>
      <w:hyperlink r:id="rId13">
        <w:r>
          <w:rPr>
            <w:color w:val="0000EE"/>
            <w:u w:val="single"/>
          </w:rPr>
          <w:t>[4]</w:t>
        </w:r>
      </w:hyperlink>
      <w:r>
        <w:t xml:space="preserve">- Paragraph 5: </w:t>
      </w:r>
      <w:hyperlink r:id="rId10">
        <w:r>
          <w:rPr>
            <w:color w:val="0000EE"/>
            <w:u w:val="single"/>
          </w:rPr>
          <w:t>[3]</w:t>
        </w:r>
      </w:hyperlink>
      <w:r>
        <w:t xml:space="preserve">, </w:t>
      </w:r>
      <w:hyperlink r:id="rId11">
        <w:r>
          <w:rPr>
            <w:color w:val="0000EE"/>
            <w:u w:val="single"/>
          </w:rPr>
          <w:t>[6]</w:t>
        </w:r>
      </w:hyperlink>
      <w:r>
        <w:t xml:space="preserve">- Paragraph 6: </w:t>
      </w:r>
      <w:hyperlink r:id="rId14">
        <w:r>
          <w:rPr>
            <w:color w:val="0000EE"/>
            <w:u w:val="single"/>
          </w:rPr>
          <w:t>[5]</w:t>
        </w:r>
      </w:hyperlink>
      <w:r>
        <w:t xml:space="preserve">, </w:t>
      </w:r>
      <w:hyperlink r:id="rId11">
        <w:r>
          <w:rPr>
            <w:color w:val="0000EE"/>
            <w:u w:val="single"/>
          </w:rPr>
          <w:t>[6]</w:t>
        </w:r>
      </w:hyperlink>
      <w:r>
        <w:t xml:space="preserve">- Paragraph 7: </w:t>
      </w:r>
      <w:hyperlink r:id="rId10">
        <w:r>
          <w:rPr>
            <w:color w:val="0000EE"/>
            <w:u w:val="single"/>
          </w:rPr>
          <w:t>[3]</w:t>
        </w:r>
      </w:hyperlink>
      <w:r>
        <w:t xml:space="preserve">, </w:t>
      </w:r>
      <w:hyperlink r:id="rId14">
        <w:r>
          <w:rPr>
            <w:color w:val="0000EE"/>
            <w:u w:val="single"/>
          </w:rPr>
          <w:t>[5]</w:t>
        </w:r>
      </w:hyperlink>
      <w:r>
        <w:t xml:space="preserve">- Paragraph 8: </w:t>
      </w:r>
      <w:hyperlink r:id="rId12">
        <w:r>
          <w:rPr>
            <w:color w:val="0000EE"/>
            <w:u w:val="single"/>
          </w:rPr>
          <w:t>[2]</w:t>
        </w:r>
      </w:hyperlink>
      <w:r>
        <w:t xml:space="preserve">, </w:t>
      </w:r>
      <w:hyperlink r:id="rId13">
        <w:r>
          <w:rPr>
            <w:color w:val="0000EE"/>
            <w:u w:val="single"/>
          </w:rPr>
          <w:t>[4]</w:t>
        </w:r>
      </w:hyperlink>
      <w:r>
        <w:t xml:space="preserve">- Paragraph 9: </w:t>
      </w:r>
      <w:hyperlink r:id="rId10">
        <w:r>
          <w:rPr>
            <w:color w:val="0000EE"/>
            <w:u w:val="single"/>
          </w:rPr>
          <w:t>[3]</w:t>
        </w:r>
      </w:hyperlink>
      <w:r>
        <w:t xml:space="preserve">, </w:t>
      </w:r>
      <w:hyperlink r:id="rId11">
        <w:r>
          <w:rPr>
            <w:color w:val="0000EE"/>
            <w:u w:val="single"/>
          </w:rPr>
          <w:t>[6]</w:t>
        </w:r>
      </w:hyperlink>
      <w:r>
        <w:t xml:space="preserve">- Paragraph 10: </w:t>
      </w:r>
      <w:hyperlink r:id="rId14">
        <w:r>
          <w:rPr>
            <w:color w:val="0000EE"/>
            <w:u w:val="single"/>
          </w:rPr>
          <w:t>[5]</w:t>
        </w:r>
      </w:hyperlink>
      <w:r>
        <w:t xml:space="preserve">, </w:t>
      </w:r>
      <w:hyperlink r:id="rId11">
        <w:r>
          <w:rPr>
            <w:color w:val="0000EE"/>
            <w:u w:val="single"/>
          </w:rPr>
          <w:t>[6]</w:t>
        </w:r>
      </w:hyperlink>
      <w:r>
        <w:t xml:space="preserve">- Paragraph 11: </w:t>
      </w:r>
      <w:hyperlink r:id="rId12">
        <w:r>
          <w:rPr>
            <w:color w:val="0000EE"/>
            <w:u w:val="single"/>
          </w:rPr>
          <w:t>[2]</w:t>
        </w:r>
      </w:hyperlink>
      <w:r>
        <w:t xml:space="preserve">, </w:t>
      </w:r>
      <w:hyperlink r:id="rId13">
        <w:r>
          <w:rPr>
            <w:color w:val="0000EE"/>
            <w:u w:val="single"/>
          </w:rPr>
          <w:t>[4]</w:t>
        </w:r>
      </w:hyperlink>
      <w:r>
        <w:t xml:space="preserve">- Paragraph 12: </w:t>
      </w:r>
      <w:hyperlink r:id="rId10">
        <w:r>
          <w:rPr>
            <w:color w:val="0000EE"/>
            <w:u w:val="single"/>
          </w:rPr>
          <w:t>[3]</w:t>
        </w:r>
      </w:hyperlink>
      <w:r>
        <w:t xml:space="preserve">, </w:t>
      </w:r>
      <w:hyperlink r:id="rId14">
        <w:r>
          <w:rPr>
            <w:color w:val="0000EE"/>
            <w:u w:val="single"/>
          </w:rPr>
          <w:t>[5]</w:t>
        </w:r>
      </w:hyperlink>
      <w:r>
        <w:t xml:space="preserve">- Paragraph 13: </w:t>
      </w:r>
      <w:hyperlink r:id="rId12">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https://www.cronica.com.ar/fmq/noticias-locales/marcha-del-orgullo-en-quilmes-cuando-y-donde-sera/</w:t>
        </w:r>
      </w:hyperlink>
      <w:r>
        <w:t xml:space="preserve"> - Please view link - unable to able to access data</w:t>
      </w:r>
      <w:r/>
    </w:p>
    <w:p>
      <w:pPr>
        <w:pStyle w:val="ListNumber"/>
        <w:spacing w:line="240" w:lineRule="auto"/>
        <w:ind w:left="720"/>
      </w:pPr>
      <w:r/>
      <w:hyperlink r:id="rId12">
        <w:r>
          <w:rPr>
            <w:color w:val="0000EE"/>
            <w:u w:val="single"/>
          </w:rPr>
          <w:t>https://www.eldia.com/nota/2023-9-26-14-23-0-septima-marcha-del-orgullo-diverso-y-disidente-en-quilmes-quilmes</w:t>
        </w:r>
      </w:hyperlink>
      <w:r>
        <w:t xml:space="preserve"> - The Seventh March of Diverse and Dissident Pride in Quilmes took place on Saturday, September 30, 2023, starting at 2 p.m. from Rivadavia and Sarmiento, in front of Plaza San Martín and the Casa de las Culturas. Organised by the Quilmes Pride March Organising Committee with support from the municipal government, the event featured a wide range of cultural proposals and speeches addressing community demands. The closing performance was by rapper Sara Hebe, with other artists including La DT, Gonzalo DCS, Ivo Medusa with Quilqueer, Atelier Pisani, Ari C, BoludAH prod., and the Mil Mandalas percussion school. Additionally, a popular economy fair was held, featuring entrepreneurs from the Quilmes diversity community. The municipality provided support through the Red Cross, the Directorate of Diversities, the Directorate of Youth, and the National University of Quilmes (UNQ), offering assistance with procedures and information on municipal programs and policies, as well as access to justice and health services.</w:t>
      </w:r>
      <w:r/>
    </w:p>
    <w:p>
      <w:pPr>
        <w:pStyle w:val="ListNumber"/>
        <w:spacing w:line="240" w:lineRule="auto"/>
        <w:ind w:left="720"/>
      </w:pPr>
      <w:r/>
      <w:hyperlink r:id="rId10">
        <w:r>
          <w:rPr>
            <w:color w:val="0000EE"/>
            <w:u w:val="single"/>
          </w:rPr>
          <w:t>https://eltermometroweb.com/2026/09/el-3-de-octubre-se-realiza-la-marcha-del-orgullo-en-quilmes/</w:t>
        </w:r>
      </w:hyperlink>
      <w:r>
        <w:t xml:space="preserve"> - On Saturday, October 3, 2026, the 10th Diverse and Dissident Pride March of Quilmes was held at Rivadavia and Sarmiento, in front of Plaza San Martín and the Casa de las Culturas. Organised by the Quilmes Pride March Organising Committee with support from the municipal government, the event began at 2 p.m. and featured a wide range of cultural proposals and speeches addressing community demands. The closing performance was by Juana Rozas, with other artists including Blujaus, Ketanminas, LU100, Max Tejera, Floor Anahí, Ornella Yori, Ludmi Herrera, Historikas de Quilmes, and DJ Zeth Bando. Additionally, a popular economy fair was held, featuring entrepreneurs from the Quilmes diversity community.</w:t>
      </w:r>
      <w:r/>
    </w:p>
    <w:p>
      <w:pPr>
        <w:pStyle w:val="ListNumber"/>
        <w:spacing w:line="240" w:lineRule="auto"/>
        <w:ind w:left="720"/>
      </w:pPr>
      <w:r/>
      <w:hyperlink r:id="rId13">
        <w:r>
          <w:rPr>
            <w:color w:val="0000EE"/>
            <w:u w:val="single"/>
          </w:rPr>
          <w:t>https://www.eldia.com/nota/2022-11-15-10-38-0-marcha-del-orgullo-diverso-y-disidente-de-quilmes-quilmes</w:t>
        </w:r>
      </w:hyperlink>
      <w:r>
        <w:t xml:space="preserve"> - The Sixth Diverse and Dissident Pride March of Quilmes took place on Saturday, November 19, 2022, starting at 2 p.m. from Rivadavia and Sarmiento, in front of Plaza San Martín and the Casa de las Culturas. Organised by the Quilmes Pride March Organising Committee with support from the municipal government, the event featured a wide range of cultural proposals and speeches addressing community demands. The closing performance was by Chocolate Remix, a leading exponent of lesbian reggaeton, performing for the first time in the Quilmes district. Other artists included Brillitxs, Lucy Franco, Ana Condensada, Invisibl3s, Laurent Tropikalia, Lana Misericordia, Andy Bestia 007, Manu Jucy Couture, Aries Berkins, the La Chilinga percussion school, and parties that support the queer culture of Quilmes throughout the year: Fiesta Sep and Fiesta Tanzen. Additionally, a popular economy fair was held, featuring entrepreneurs from the Quilmes diversity community. The municipality provided support through the Red Cross, Renaper, and the National University of Quilmes, offering assistance with procedures and information on municipal programs and policies, as well as access to health services.</w:t>
      </w:r>
      <w:r/>
    </w:p>
    <w:p>
      <w:pPr>
        <w:pStyle w:val="ListNumber"/>
        <w:spacing w:line="240" w:lineRule="auto"/>
        <w:ind w:left="720"/>
      </w:pPr>
      <w:r/>
      <w:hyperlink r:id="rId14">
        <w:r>
          <w:rPr>
            <w:color w:val="0000EE"/>
            <w:u w:val="single"/>
          </w:rPr>
          <w:t>https://elnumeral.com/2024/09/28/se-celebrara-la-marcha-del-orgullo-diverso-y-disidente-en-quilmes/</w:t>
        </w:r>
      </w:hyperlink>
      <w:r>
        <w:t xml:space="preserve"> - The Eighth Diverse and Dissident Pride March of Quilmes was held on Saturday, September 28, 2024, starting at 2 p.m. from Rivadavia and Sarmiento, in front of Plaza San Martín and the Casa de las Culturas. Organised by the Quilmes Pride March Organising Committee with support from the municipal government, the event featured a wide range of cultural proposals and speeches addressing community demands. The closing performance was by Les Neón, with other artists including Pablo y las Letras, Franivv, Ivo Medusa with Quilqueer, Blujaus, and the Mil Mandalas percussion school. Additionally, a popular economy fair was held, featuring entrepreneurs from the Quilmes diversity community. The municipality provided support through the Red Cross, the Directorate of Diversities, the Directorate of Youth, offering assistance with procedures and information on municipal programs and policies, as well as access to justice and health services. The main slogans for the year included: 'Environmental sovereignty! The homeland is not for sale!', 'With hunger, there is no pride! The debt is with us! Out with the IMF from Argentina!', 'Real implementation of the travesti-trans labour quota!', 'Historical reparation NOW!', 'Fed up with the far-right and its accomplices!', 'Resistance and bisexual visibility!', 'It is not therapy, it is torture! Our identity is not cured!', 'No to proscription! Enough of political persecution!', 'Mental health is a right! No to the modification of the Mental Health Law!', 'We demand ESI for all: 20 years of the law! Our rights are not ideology!', 'Pride to power, hate to hell!', 'Compliance with the Comprehensive Response Law to HIV, hepatitis, STIs, and tuberculosis! Health is not negotiable!', and 'Trial to Óscar Montes! Protocol for the search of travesti-trans people NOW!'</w:t>
      </w:r>
      <w:r/>
    </w:p>
    <w:p>
      <w:pPr>
        <w:pStyle w:val="ListNumber"/>
        <w:spacing w:line="240" w:lineRule="auto"/>
        <w:ind w:left="720"/>
      </w:pPr>
      <w:r/>
      <w:hyperlink r:id="rId11">
        <w:r>
          <w:rPr>
            <w:color w:val="0000EE"/>
            <w:u w:val="single"/>
          </w:rPr>
          <w:t>https://lamatriznoticias.com.ar/quilmes-se-prepara-para-la-10ma-marcha-del-orgullo-diverso-y-disidente/</w:t>
        </w:r>
      </w:hyperlink>
      <w:r>
        <w:t xml:space="preserve"> - On Saturday, October 3, 2026, the 10th Diverse and Dissident Pride March of Quilmes was held at Rivadavia and Sarmiento, in front of Plaza San Martín and the Casa de las Culturas. Organised by the Quilmes Pride March Organising Committee with support from the municipal government, the event began at 2 p.m. and featured a wide range of cultural proposals and speeches addressing community demands. The closing performance was by Juana Rozas, with other artists including Blujaus, Ketanminas, LU100, Max Tejera, Floor Anahí, Ornella Yori, Ludmi Herrera, Historikas de Quilmes, and DJ Zeth Bando. Additionally, a popular economy fair was held, featuring entrepreneurs from the Quilmes diversity community. The municipality provided support through the Red Cross, the Directorate of Diversities, the Directorate of Youth, and the National University of Quilmes (UNQ), offering assistance with procedures and information on municipal programs and policies, as well as access to justice and health services. The main slogans for the year included: 'Environmental sovereignty! The homeland is not for sale!', 'With hunger, there is no pride! The debt is with us! Out with the IMF from Argentina!', 'Real implementation of the travesti-trans...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ronica.com.ar/fmq/noticias-locales/marcha-del-orgullo-en-quilmes-cuando-y-donde-sera/" TargetMode="External"/><Relationship Id="rId10" Type="http://schemas.openxmlformats.org/officeDocument/2006/relationships/hyperlink" Target="https://eltermometroweb.com/2026/09/el-3-de-octubre-se-realiza-la-marcha-del-orgullo-en-quilmes/" TargetMode="External"/><Relationship Id="rId11" Type="http://schemas.openxmlformats.org/officeDocument/2006/relationships/hyperlink" Target="https://lamatriznoticias.com.ar/quilmes-se-prepara-para-la-10ma-marcha-del-orgullo-diverso-y-disidente/" TargetMode="External"/><Relationship Id="rId12" Type="http://schemas.openxmlformats.org/officeDocument/2006/relationships/hyperlink" Target="https://www.eldia.com/nota/2023-9-26-14-23-0-septima-marcha-del-orgullo-diverso-y-disidente-en-quilmes-quilmes" TargetMode="External"/><Relationship Id="rId13" Type="http://schemas.openxmlformats.org/officeDocument/2006/relationships/hyperlink" Target="https://www.eldia.com/nota/2022-11-15-10-38-0-marcha-del-orgullo-diverso-y-disidente-de-quilmes-quilmes" TargetMode="External"/><Relationship Id="rId14" Type="http://schemas.openxmlformats.org/officeDocument/2006/relationships/hyperlink" Target="https://elnumeral.com/2024/09/28/se-celebrara-la-marcha-del-orgullo-diverso-y-disidente-en-quil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