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Paris Pride March 2026: Travel Changes and Route Advice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heading to Paris Pride on Saturday 3 October 2026 should expect a lively procession, a revised autumn date and major traffic restrictions around the city centre. With the parade leaving Place d'Italie before celebrations continue in the Marais, a little planning will make the day far easier.</w:t>
      </w:r>
      <w:r/>
    </w:p>
    <w:p>
      <w:pPr>
        <w:pStyle w:val="Heading2"/>
      </w:pPr>
      <w:r>
        <w:t>Essential Takeaways</w:t>
      </w:r>
      <w:r/>
      <w:r/>
    </w:p>
    <w:p>
      <w:pPr>
        <w:pStyle w:val="ListBullet"/>
        <w:spacing w:line="240" w:lineRule="auto"/>
        <w:ind w:left="720"/>
      </w:pPr>
      <w:r/>
      <w:r>
        <w:rPr>
          <w:b/>
        </w:rPr>
        <w:t>New date:</w:t>
      </w:r>
      <w:r>
        <w:t xml:space="preserve"> Paris Pride takes place on Saturday 3 October 2026 after being postponed because of extreme heat.</w:t>
      </w:r>
      <w:r/>
    </w:p>
    <w:p>
      <w:pPr>
        <w:pStyle w:val="ListBullet"/>
        <w:spacing w:line="240" w:lineRule="auto"/>
        <w:ind w:left="720"/>
      </w:pPr>
      <w:r/>
      <w:r>
        <w:rPr>
          <w:b/>
        </w:rPr>
        <w:t>Starting point:</w:t>
      </w:r>
      <w:r>
        <w:t xml:space="preserve"> The procession is due to set off from Place d'Italie at 1pm.</w:t>
      </w:r>
      <w:r/>
    </w:p>
    <w:p>
      <w:pPr>
        <w:pStyle w:val="ListBullet"/>
        <w:spacing w:line="240" w:lineRule="auto"/>
        <w:ind w:left="720"/>
      </w:pPr>
      <w:r/>
      <w:r>
        <w:rPr>
          <w:b/>
        </w:rPr>
        <w:t>Evening celebrations:</w:t>
      </w:r>
      <w:r>
        <w:t xml:space="preserve"> Festivities are planned in the Marais after the march.</w:t>
      </w:r>
      <w:r/>
    </w:p>
    <w:p>
      <w:pPr>
        <w:pStyle w:val="ListBullet"/>
        <w:spacing w:line="240" w:lineRule="auto"/>
        <w:ind w:left="720"/>
      </w:pPr>
      <w:r/>
      <w:r>
        <w:rPr>
          <w:b/>
        </w:rPr>
        <w:t>Driving restrictions:</w:t>
      </w:r>
      <w:r>
        <w:t xml:space="preserve"> Motor vehicles will be barred from a central Paris perimeter from 3pm on 3 October until 3am on 4 October.</w:t>
      </w:r>
      <w:r/>
    </w:p>
    <w:p>
      <w:pPr>
        <w:pStyle w:val="ListBullet"/>
        <w:spacing w:line="240" w:lineRule="auto"/>
        <w:ind w:left="720"/>
      </w:pPr>
      <w:r/>
      <w:r>
        <w:rPr>
          <w:b/>
        </w:rPr>
        <w:t>Best approach:</w:t>
      </w:r>
      <w:r>
        <w:t xml:space="preserve"> Use public transport, allow extra time and avoid driving into Paris Centre.</w:t>
      </w:r>
      <w:r/>
      <w:r/>
    </w:p>
    <w:p>
      <w:pPr>
        <w:pStyle w:val="Heading2"/>
      </w:pPr>
      <w:r>
        <w:t>Paris Pride returns with an autumn atmosphere</w:t>
      </w:r>
      <w:r/>
    </w:p>
    <w:p>
      <w:r/>
      <w:r>
        <w:t xml:space="preserve">Paris Pride 2026 is taking place later than originally planned, but the message remains unchanged: the march celebrates LGBT+ visibility, calls for equal rights and challenges discrimination. According to the City of Paris, it forms part of the capital's wider calendar of parades and public events. </w:t>
      </w:r>
      <w:hyperlink r:id="rId9">
        <w:r>
          <w:rPr>
            <w:color w:val="0000EE"/>
            <w:u w:val="single"/>
          </w:rPr>
          <w:t>[2]</w:t>
        </w:r>
      </w:hyperlink>
      <w:r>
        <w:t xml:space="preserve">, </w:t>
      </w:r>
      <w:hyperlink r:id="rId10">
        <w:r>
          <w:rPr>
            <w:color w:val="0000EE"/>
            <w:u w:val="single"/>
          </w:rPr>
          <w:t>[7]</w:t>
        </w:r>
      </w:hyperlink>
      <w:r/>
    </w:p>
    <w:p>
      <w:r/>
      <w:r>
        <w:t xml:space="preserve">The procession is scheduled to leave Place d'Italie at 1pm, giving participants plenty of time to gather before the route fills with music, banners and colour. The cooler October setting may be more comfortable than a summer afternoon, although crowds are still likely to make the centre feel busy. </w:t>
      </w:r>
      <w:hyperlink r:id="rId11">
        <w:r>
          <w:rPr>
            <w:color w:val="0000EE"/>
            <w:u w:val="single"/>
          </w:rPr>
          <w:t>[3]</w:t>
        </w:r>
      </w:hyperlink>
      <w:r>
        <w:t xml:space="preserve">, </w:t>
      </w:r>
      <w:hyperlink r:id="rId12">
        <w:r>
          <w:rPr>
            <w:color w:val="0000EE"/>
            <w:u w:val="single"/>
          </w:rPr>
          <w:t>[5]</w:t>
        </w:r>
      </w:hyperlink>
      <w:r/>
    </w:p>
    <w:p>
      <w:pPr>
        <w:pStyle w:val="Heading2"/>
      </w:pPr>
      <w:r>
        <w:t>Why was the march postponed?</w:t>
      </w:r>
      <w:r/>
    </w:p>
    <w:p>
      <w:r/>
      <w:r>
        <w:t xml:space="preserve">The event had initially been planned for 27 June, but a heatwave led to its postponement. That decision followed wider concerns about safety during large outdoor gatherings, with reports also linking the disruption to other major Paris events affected by the heat. </w:t>
      </w:r>
      <w:hyperlink r:id="rId13">
        <w:r>
          <w:rPr>
            <w:color w:val="0000EE"/>
            <w:u w:val="single"/>
          </w:rPr>
          <w:t>[6]</w:t>
        </w:r>
      </w:hyperlink>
      <w:r/>
    </w:p>
    <w:p>
      <w:r/>
      <w:r>
        <w:t xml:space="preserve">Moving the march to October changes the mood slightly. Instead of bright midsummer crowds, visitors can expect shorter days, cooler air and a greater chance of needing a light jacket, particularly if they stay for the evening celebrations. </w:t>
      </w:r>
      <w:hyperlink r:id="rId14">
        <w:r>
          <w:rPr>
            <w:color w:val="0000EE"/>
            <w:u w:val="single"/>
          </w:rPr>
          <w:t>[4]</w:t>
        </w:r>
      </w:hyperlink>
      <w:r>
        <w:t xml:space="preserve">, </w:t>
      </w:r>
      <w:hyperlink r:id="rId13">
        <w:r>
          <w:rPr>
            <w:color w:val="0000EE"/>
            <w:u w:val="single"/>
          </w:rPr>
          <w:t>[6]</w:t>
        </w:r>
      </w:hyperlink>
      <w:r/>
    </w:p>
    <w:p>
      <w:pPr>
        <w:pStyle w:val="Heading2"/>
      </w:pPr>
      <w:r>
        <w:t>Expect road closures around the Marais</w:t>
      </w:r>
      <w:r/>
    </w:p>
    <w:p>
      <w:r/>
      <w:r>
        <w:t xml:space="preserve">The biggest practical impact will be felt after the parade, when celebrations move towards the Marais. Paris police have ordered a temporary ban on motor traffic inside a central zone from 3pm on Saturday until 3am on Sunday, to protect participants and manage the crowds. </w:t>
      </w:r>
      <w:hyperlink r:id="rId14">
        <w:r>
          <w:rPr>
            <w:color w:val="0000EE"/>
            <w:u w:val="single"/>
          </w:rPr>
          <w:t>[4]</w:t>
        </w:r>
      </w:hyperlink>
      <w:r/>
    </w:p>
    <w:p>
      <w:r/>
      <w:r>
        <w:t xml:space="preserve">The restricted area includes sections around Rue du Renard, Rue Beaubourg, Rue Rambuteau, Rue des Francs-Bourgeois, Rue Vieille du Temple and Rue de Rivoli. Some boundary roads are expected to remain open, but drivers shouldn't assume that nearby streets will be moving normally. </w:t>
      </w:r>
      <w:hyperlink r:id="rId14">
        <w:r>
          <w:rPr>
            <w:color w:val="0000EE"/>
            <w:u w:val="single"/>
          </w:rPr>
          <w:t>[4]</w:t>
        </w:r>
      </w:hyperlink>
      <w:r/>
    </w:p>
    <w:p>
      <w:r/>
      <w:r>
        <w:t xml:space="preserve">Vehicles used in breach of the order may be immobilised or removed to a pound. In practical terms, this isn't the day to chance a shortcut through Paris Centre, especially once the evening programme gets under way. </w:t>
      </w:r>
      <w:hyperlink r:id="rId14">
        <w:r>
          <w:rPr>
            <w:color w:val="0000EE"/>
            <w:u w:val="single"/>
          </w:rPr>
          <w:t>[4]</w:t>
        </w:r>
      </w:hyperlink>
      <w:r/>
    </w:p>
    <w:p>
      <w:pPr>
        <w:pStyle w:val="Heading2"/>
      </w:pPr>
      <w:r>
        <w:t>How to get around Paris Pride safely</w:t>
      </w:r>
      <w:r/>
    </w:p>
    <w:p>
      <w:r/>
      <w:r>
        <w:t xml:space="preserve">Public transport is likely to be the simplest option, although stations near the procession and Marais may become crowded or have restricted access. Check live service information before setting off, and consider walking from a stop farther away rather than aiming for the busiest interchange. </w:t>
      </w:r>
      <w:hyperlink r:id="rId9">
        <w:r>
          <w:rPr>
            <w:color w:val="0000EE"/>
            <w:u w:val="single"/>
          </w:rPr>
          <w:t>[2]</w:t>
        </w:r>
      </w:hyperlink>
      <w:r>
        <w:t xml:space="preserve">, </w:t>
      </w:r>
      <w:hyperlink r:id="rId14">
        <w:r>
          <w:rPr>
            <w:color w:val="0000EE"/>
            <w:u w:val="single"/>
          </w:rPr>
          <w:t>[4]</w:t>
        </w:r>
      </w:hyperlink>
      <w:r/>
    </w:p>
    <w:p>
      <w:r/>
      <w:r>
        <w:t xml:space="preserve">Cyclists should also prepare for diversions, while taxis and ride-hailing services may face delays around the closure zone. If you're travelling with friends, choose a meeting point outside the busiest streets, because mobile signals and visibility can become unreliable in a dense crowd. </w:t>
      </w:r>
      <w:hyperlink r:id="rId14">
        <w:r>
          <w:rPr>
            <w:color w:val="0000EE"/>
            <w:u w:val="single"/>
          </w:rPr>
          <w:t>[4]</w:t>
        </w:r>
      </w:hyperlink>
      <w:r>
        <w:t xml:space="preserve">, </w:t>
      </w:r>
      <w:hyperlink r:id="rId10">
        <w:r>
          <w:rPr>
            <w:color w:val="0000EE"/>
            <w:u w:val="single"/>
          </w:rPr>
          <w:t>[7]</w:t>
        </w:r>
      </w:hyperlink>
      <w:r/>
    </w:p>
    <w:p>
      <w:r/>
      <w:r>
        <w:t xml:space="preserve">Comfort matters more than it sounds. Wear shoes that can handle several hours on foot, carry water and keep a compact waterproof layer handy. October in Paris can switch from crisp sunshine to drizzle with very little warning. </w:t>
      </w:r>
      <w:hyperlink r:id="rId12">
        <w:r>
          <w:rPr>
            <w:color w:val="0000EE"/>
            <w:u w:val="single"/>
          </w:rPr>
          <w:t>[5]</w:t>
        </w:r>
      </w:hyperlink>
      <w:r>
        <w:t xml:space="preserve">, </w:t>
      </w:r>
      <w:hyperlink r:id="rId10">
        <w:r>
          <w:rPr>
            <w:color w:val="0000EE"/>
            <w:u w:val="single"/>
          </w:rPr>
          <w:t>[7]</w:t>
        </w:r>
      </w:hyperlink>
      <w:r/>
    </w:p>
    <w:p>
      <w:pPr>
        <w:pStyle w:val="Heading2"/>
      </w:pPr>
      <w:r>
        <w:t>A full day of celebration in the capital</w:t>
      </w:r>
      <w:r/>
    </w:p>
    <w:p>
      <w:r/>
      <w:r>
        <w:t xml:space="preserve">The march is only part of the programme. After the parade, the Marais is expected to host a festive evening, extending the event beyond the afternoon procession and drawing more people into the central districts. </w:t>
      </w:r>
      <w:hyperlink r:id="rId9">
        <w:r>
          <w:rPr>
            <w:color w:val="0000EE"/>
            <w:u w:val="single"/>
          </w:rPr>
          <w:t>[2]</w:t>
        </w:r>
      </w:hyperlink>
      <w:r>
        <w:t xml:space="preserve">, </w:t>
      </w:r>
      <w:hyperlink r:id="rId11">
        <w:r>
          <w:rPr>
            <w:color w:val="0000EE"/>
            <w:u w:val="single"/>
          </w:rPr>
          <w:t>[3]</w:t>
        </w:r>
      </w:hyperlink>
      <w:r/>
    </w:p>
    <w:p>
      <w:r/>
      <w:r>
        <w:t xml:space="preserve">That combination means the busiest period may come after the march rather than during it. Restaurants, bars and public spaces around the neighbourhood are likely to be especially lively, so booking ahead or eating slightly earlier could save time and frustration. </w:t>
      </w:r>
      <w:hyperlink r:id="rId11">
        <w:r>
          <w:rPr>
            <w:color w:val="0000EE"/>
            <w:u w:val="single"/>
          </w:rPr>
          <w:t>[3]</w:t>
        </w:r>
      </w:hyperlink>
      <w:r>
        <w:t xml:space="preserve">, </w:t>
      </w:r>
      <w:hyperlink r:id="rId12">
        <w:r>
          <w:rPr>
            <w:color w:val="0000EE"/>
            <w:u w:val="single"/>
          </w:rPr>
          <w:t>[5]</w:t>
        </w:r>
      </w:hyperlink>
      <w:r/>
    </w:p>
    <w:p>
      <w:r/>
      <w:r>
        <w:t xml:space="preserve">Paris Pride remains one of the city's most visible public celebrations. Even with a delayed date and complicated travel arrangements, there's something reassuring about seeing the capital make room for a day built around visibility, solidarity and joy. </w:t>
      </w:r>
      <w:hyperlink r:id="rId11">
        <w:r>
          <w:rPr>
            <w:color w:val="0000EE"/>
            <w:u w:val="single"/>
          </w:rPr>
          <w:t>[3]</w:t>
        </w:r>
      </w:hyperlink>
      <w:r>
        <w:t xml:space="preserve">, </w:t>
      </w:r>
      <w:hyperlink r:id="rId10">
        <w:r>
          <w:rPr>
            <w:color w:val="0000EE"/>
            <w:u w:val="single"/>
          </w:rPr>
          <w:t>[7]</w:t>
        </w:r>
      </w:hyperlink>
      <w:r/>
    </w:p>
    <w:p>
      <w:r/>
      <w:r>
        <w:t>Plan your route early and leave the car behind for a smoother Pride weekend.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Paragraph 4: </w:t>
      </w:r>
      <w:hyperlink r:id="rId14">
        <w:r>
          <w:rPr>
            <w:color w:val="0000EE"/>
            <w:u w:val="single"/>
          </w:rPr>
          <w:t>[4]</w:t>
        </w:r>
      </w:hyperlink>
      <w:r>
        <w:t xml:space="preserve">, </w:t>
      </w:r>
      <w:hyperlink r:id="rId13">
        <w:r>
          <w:rPr>
            <w:color w:val="0000EE"/>
            <w:u w:val="single"/>
          </w:rPr>
          <w:t>[6]</w:t>
        </w:r>
      </w:hyperlink>
      <w:r>
        <w:t xml:space="preserve">- Paragraph 5: </w:t>
      </w:r>
      <w:hyperlink r:id="rId14">
        <w:r>
          <w:rPr>
            <w:color w:val="0000EE"/>
            <w:u w:val="single"/>
          </w:rPr>
          <w:t>[4]</w:t>
        </w:r>
      </w:hyperlink>
      <w:r>
        <w:t xml:space="preserve">- Paragraph 6: </w:t>
      </w:r>
      <w:hyperlink r:id="rId14">
        <w:r>
          <w:rPr>
            <w:color w:val="0000EE"/>
            <w:u w:val="single"/>
          </w:rPr>
          <w:t>[4]</w:t>
        </w:r>
      </w:hyperlink>
      <w:r>
        <w:t xml:space="preserve">- Paragraph 7: </w:t>
      </w:r>
      <w:hyperlink r:id="rId9">
        <w:r>
          <w:rPr>
            <w:color w:val="0000EE"/>
            <w:u w:val="single"/>
          </w:rPr>
          <w:t>[2]</w:t>
        </w:r>
      </w:hyperlink>
      <w:r>
        <w:t xml:space="preserve">, </w:t>
      </w:r>
      <w:hyperlink r:id="rId14">
        <w:r>
          <w:rPr>
            <w:color w:val="0000EE"/>
            <w:u w:val="single"/>
          </w:rPr>
          <w:t>[4]</w:t>
        </w:r>
      </w:hyperlink>
      <w:r>
        <w:t xml:space="preserve">- Paragraph 8: </w:t>
      </w:r>
      <w:hyperlink r:id="rId14">
        <w:r>
          <w:rPr>
            <w:color w:val="0000EE"/>
            <w:u w:val="single"/>
          </w:rPr>
          <w:t>[4]</w:t>
        </w:r>
      </w:hyperlink>
      <w:r>
        <w:t xml:space="preserve">, </w:t>
      </w:r>
      <w:hyperlink r:id="rId10">
        <w:r>
          <w:rPr>
            <w:color w:val="0000EE"/>
            <w:u w:val="single"/>
          </w:rPr>
          <w:t>[7]</w:t>
        </w:r>
      </w:hyperlink>
      <w:r>
        <w:t xml:space="preserve">- Paragraph 9: </w:t>
      </w:r>
      <w:hyperlink r:id="rId12">
        <w:r>
          <w:rPr>
            <w:color w:val="0000EE"/>
            <w:u w:val="single"/>
          </w:rPr>
          <w:t>[5]</w:t>
        </w:r>
      </w:hyperlink>
      <w:r>
        <w:t xml:space="preserve">, </w:t>
      </w:r>
      <w:hyperlink r:id="rId10">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Paragraph 11: </w:t>
      </w:r>
      <w:hyperlink r:id="rId11">
        <w:r>
          <w:rPr>
            <w:color w:val="0000EE"/>
            <w:u w:val="single"/>
          </w:rPr>
          <w:t>[3]</w:t>
        </w:r>
      </w:hyperlink>
      <w:r>
        <w:t xml:space="preserve">, </w:t>
      </w:r>
      <w:hyperlink r:id="rId12">
        <w:r>
          <w:rPr>
            <w:color w:val="0000EE"/>
            <w:u w:val="single"/>
          </w:rPr>
          <w:t>[5]</w:t>
        </w:r>
      </w:hyperlink>
      <w:r>
        <w:t xml:space="preserve">- Paragraph 12: </w:t>
      </w:r>
      <w:hyperlink r:id="rId11">
        <w:r>
          <w:rPr>
            <w:color w:val="0000EE"/>
            <w:u w:val="single"/>
          </w:rPr>
          <w:t>[3]</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https://www.sortiraparis.com/actualites/a-paris/articles/327753-marche-des-fiertes-2026-a-paris-des-restrictions-de-circulation-a-prevoir-ce-week-end</w:t>
        </w:r>
      </w:hyperlink>
      <w:r>
        <w:t xml:space="preserve"> - Please view link - unable to able to access data</w:t>
      </w:r>
      <w:r/>
    </w:p>
    <w:p>
      <w:pPr>
        <w:pStyle w:val="ListNumber"/>
        <w:spacing w:line="240" w:lineRule="auto"/>
        <w:ind w:left="720"/>
      </w:pPr>
      <w:r/>
      <w:hyperlink r:id="rId9">
        <w:r>
          <w:rPr>
            <w:color w:val="0000EE"/>
            <w:u w:val="single"/>
          </w:rPr>
          <w:t>https://www.paris.fr/evenements/marche-des-fiertes-84545</w:t>
        </w:r>
      </w:hyperlink>
      <w:r>
        <w:t xml:space="preserve"> - The City of Paris has announced the 2026 Pride March, scheduled for Saturday, 3 October 2026. The event will commence at 13:30 from Place d'Italie, proceeding through various streets, including Avenue de Gobelins, Rue Monge, Boulevard Saint-Germain, Pont de Sully, and Boulevard Henri IV, culminating at Place de la Bastille. The march aims to celebrate diversity, advocate for equal rights, and combat all forms of discrimination. The organisers emphasise the importance of this event in the current climate, highlighting ongoing challenges faced by the LGBTQ+ community.</w:t>
      </w:r>
      <w:r/>
    </w:p>
    <w:p>
      <w:pPr>
        <w:pStyle w:val="ListNumber"/>
        <w:spacing w:line="240" w:lineRule="auto"/>
        <w:ind w:left="720"/>
      </w:pPr>
      <w:r/>
      <w:hyperlink r:id="rId11">
        <w:r>
          <w:rPr>
            <w:color w:val="0000EE"/>
            <w:u w:val="single"/>
          </w:rPr>
          <w:t>https://www.marchedesfiertes.org/</w:t>
        </w:r>
      </w:hyperlink>
      <w:r>
        <w:t xml:space="preserve"> - The official website for the 2026 Pride March in Paris provides detailed information about the event. The march is set to begin at 12:30 with speeches, followed by the procession at 13:00. The route includes Place d'Italie, Avenue de Gobelins, Rue Claude-Bernard, Rue Gay-Lussac, Boulevard Saint-Michel, Boulevard du Palais, Boulevard de Sebastopol, Rue de Rivoli, Rue Saint-Antoine, and concludes at Place de la Bastille. The organisers outline their demands, including the fight against discrimination, rights for trans and non-binary individuals, access to rights for all, visibility and pride for the LGBTQ+ community, and international solidarity.</w:t>
      </w:r>
      <w:r/>
    </w:p>
    <w:p>
      <w:pPr>
        <w:pStyle w:val="ListNumber"/>
        <w:spacing w:line="240" w:lineRule="auto"/>
        <w:ind w:left="720"/>
      </w:pPr>
      <w:r/>
      <w:hyperlink r:id="rId14">
        <w:r>
          <w:rPr>
            <w:color w:val="0000EE"/>
            <w:u w:val="single"/>
          </w:rPr>
          <w:t>https://www.sortiraparis.com/actualites/a-paris/articles/327753-marche-des-fiertes-2026-a-paris-des-restrictions-de-circulation-a-prevoir</w:t>
        </w:r>
      </w:hyperlink>
      <w:r>
        <w:t xml:space="preserve"> - Sortir à Paris reports on the 2026 Pride March, highlighting the event's rescheduling to 3 October 2026 due to a heatwave. The march will start at 13:00 from Place d'Italie. To ensure the smooth running of the event and the safety of the public and participants, the Paris Police Prefecture has issued an order temporarily modifying traffic in central Paris on 3 and 4 October 2026. Specific streets, including Rue du Renard, Rue Beaubourg, Rue Rambuteau, Rue des Francs-Bourgeois, Rue Vieille du Temple, and Rue de Rivoli, will have motor vehicle circulation prohibited during these times.</w:t>
      </w:r>
      <w:r/>
    </w:p>
    <w:p>
      <w:pPr>
        <w:pStyle w:val="ListNumber"/>
        <w:spacing w:line="240" w:lineRule="auto"/>
        <w:ind w:left="720"/>
      </w:pPr>
      <w:r/>
      <w:hyperlink r:id="rId12">
        <w:r>
          <w:rPr>
            <w:color w:val="0000EE"/>
            <w:u w:val="single"/>
          </w:rPr>
          <w:t>https://www.jds.fr/paris/actu/programme-de-la-marche-des-fiertes-2026-a-paris-parcours-horaires-et-concert-a-la-bastille-1733486_A</w:t>
        </w:r>
      </w:hyperlink>
      <w:r>
        <w:t xml:space="preserve"> - Le Journal des Spectacles provides a comprehensive programme for the 2026 Pride March in Paris. The event is set for Saturday, 3 October 2026, with the procession starting at 14:00 from Place d'Italie. The route includes Avenue de Gobelins, Rue Monge, Boulevard Saint-Germain, Pont de Sully, Boulevard Henri IV, and concludes at Place de la Bastille, where a free concert will take place. The article offers detailed information on the event's schedule and logistics.</w:t>
      </w:r>
      <w:r/>
    </w:p>
    <w:p>
      <w:pPr>
        <w:pStyle w:val="ListNumber"/>
        <w:spacing w:line="240" w:lineRule="auto"/>
        <w:ind w:left="720"/>
      </w:pPr>
      <w:r/>
      <w:hyperlink r:id="rId13">
        <w:r>
          <w:rPr>
            <w:color w:val="0000EE"/>
            <w:u w:val="single"/>
          </w:rPr>
          <w:t>https://www.timeout.fr/paris/actualites/annulation-marche-fiertes-solidays-paris-canicule-062626</w:t>
        </w:r>
      </w:hyperlink>
      <w:r>
        <w:t xml:space="preserve"> - Time Out Paris reports on the cancellation of the 2026 Pride March and Solidays festival due to a heatwave. The Paris Police Prefecture ordered the organisers to cancel both events, citing the risk of overwhelming the already mobilised healthcare system. Despite efforts by organisers to increase their internal first aid capacities, the events were prohibited to ensure public safety.</w:t>
      </w:r>
      <w:r/>
    </w:p>
    <w:p>
      <w:pPr>
        <w:pStyle w:val="ListNumber"/>
        <w:spacing w:line="240" w:lineRule="auto"/>
        <w:ind w:left="720"/>
      </w:pPr>
      <w:r/>
      <w:hyperlink r:id="rId10">
        <w:r>
          <w:rPr>
            <w:color w:val="0000EE"/>
            <w:u w:val="single"/>
          </w:rPr>
          <w:t>https://www.paris.fr/pages/l-agenda-parisien-des-carnavals-et-des-parades-33630</w:t>
        </w:r>
      </w:hyperlink>
      <w:r>
        <w:t xml:space="preserve"> - The City of Paris provides an agenda of carnivals and parades for 2026. The Pride March is scheduled for 3 October, followed by other events such as the Paris Sausage Walk on 4 October, the Grand Défilé de la Fête des vendanges de Montmartre on 10 October, the Zombie Walk on 17 October, and the Happy Spring Festival on 1 February. The agenda offers a variety of cultural and festive events taking place throughout the year.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is.fr/evenements/marche-des-fiertes-84545" TargetMode="External"/><Relationship Id="rId10" Type="http://schemas.openxmlformats.org/officeDocument/2006/relationships/hyperlink" Target="https://www.paris.fr/pages/l-agenda-parisien-des-carnavals-et-des-parades-33630" TargetMode="External"/><Relationship Id="rId11" Type="http://schemas.openxmlformats.org/officeDocument/2006/relationships/hyperlink" Target="https://www.marchedesfiertes.org/" TargetMode="External"/><Relationship Id="rId12" Type="http://schemas.openxmlformats.org/officeDocument/2006/relationships/hyperlink" Target="https://www.jds.fr/paris/actu/programme-de-la-marche-des-fiertes-2026-a-paris-parcours-horaires-et-concert-a-la-bastille-1733486_A" TargetMode="External"/><Relationship Id="rId13" Type="http://schemas.openxmlformats.org/officeDocument/2006/relationships/hyperlink" Target="https://www.timeout.fr/paris/actualites/annulation-marche-fiertes-solidays-paris-canicule-062626" TargetMode="External"/><Relationship Id="rId14" Type="http://schemas.openxmlformats.org/officeDocument/2006/relationships/hyperlink" Target="https://www.sortiraparis.com/actualites/a-paris/articles/327753-marche-des-fiertes-2026-a-paris-des-restrictions-de-circulation-a-prevoir" TargetMode="External"/><Relationship Id="rId15" Type="http://schemas.openxmlformats.org/officeDocument/2006/relationships/hyperlink" Target="https://www.sortiraparis.com/actualites/a-paris/articles/327753-marche-des-fiertes-2026-a-paris-des-restrictions-de-circulation-a-prevoir-ce-week-e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