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Palm Springs Pride 2026 Line-up Brings Queer Country and Pop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Festival-goers heading to Palm Springs in November will find Aubrey O'Day and The Cowgays leading the first wave of entertainment announced for the city's 40th annual Pride celebration. With free entry, three stages and a parade through downtown, the milestone weekend is shaping up to be a lively, welcoming gathering for LGBTQ+ communities, allies and curious visitors alike.</w:t>
      </w:r>
      <w:r/>
    </w:p>
    <w:p>
      <w:pPr>
        <w:pStyle w:val="Heading2"/>
      </w:pPr>
      <w:r>
        <w:t>Essential Takeaways</w:t>
      </w:r>
      <w:r/>
      <w:r/>
    </w:p>
    <w:p>
      <w:pPr>
        <w:pStyle w:val="ListBullet"/>
        <w:spacing w:line="240" w:lineRule="auto"/>
        <w:ind w:left="720"/>
      </w:pPr>
      <w:r/>
      <w:r>
        <w:rPr>
          <w:b/>
        </w:rPr>
        <w:t>Two headline acts:</w:t>
      </w:r>
      <w:r>
        <w:t xml:space="preserve"> Aubrey O'Day and queer country trio The Cowgays will lead the early bill.</w:t>
      </w:r>
      <w:r/>
    </w:p>
    <w:p>
      <w:pPr>
        <w:pStyle w:val="ListBullet"/>
        <w:spacing w:line="240" w:lineRule="auto"/>
        <w:ind w:left="720"/>
      </w:pPr>
      <w:r/>
      <w:r>
        <w:rPr>
          <w:b/>
        </w:rPr>
        <w:t>Free festival access:</w:t>
      </w:r>
      <w:r>
        <w:t xml:space="preserve"> Palm Springs Pride remains open to everyone without an admission ticket.</w:t>
      </w:r>
      <w:r/>
    </w:p>
    <w:p>
      <w:pPr>
        <w:pStyle w:val="ListBullet"/>
        <w:spacing w:line="240" w:lineRule="auto"/>
        <w:ind w:left="720"/>
      </w:pPr>
      <w:r/>
      <w:r>
        <w:rPr>
          <w:b/>
        </w:rPr>
        <w:t>Three entertainment stages:</w:t>
      </w:r>
      <w:r>
        <w:t xml:space="preserve"> Expect live music, drag, DJs and special performances across downtown Palm Springs and the Arenas District.</w:t>
      </w:r>
      <w:r/>
    </w:p>
    <w:p>
      <w:pPr>
        <w:pStyle w:val="ListBullet"/>
        <w:spacing w:line="240" w:lineRule="auto"/>
        <w:ind w:left="720"/>
      </w:pPr>
      <w:r/>
      <w:r>
        <w:rPr>
          <w:b/>
        </w:rPr>
        <w:t>Big anniversary weekend:</w:t>
      </w:r>
      <w:r>
        <w:t xml:space="preserve"> The event runs from 6 to 8 November 2026, with the parade on Sunday at 10am.</w:t>
      </w:r>
      <w:r/>
    </w:p>
    <w:p>
      <w:pPr>
        <w:pStyle w:val="ListBullet"/>
        <w:spacing w:line="240" w:lineRule="auto"/>
        <w:ind w:left="720"/>
      </w:pPr>
      <w:r/>
      <w:r>
        <w:rPr>
          <w:b/>
        </w:rPr>
        <w:t>More names are coming:</w:t>
      </w:r>
      <w:r>
        <w:t xml:space="preserve"> Organisers plan to reveal further performers and stage schedules in the weeks ahead.</w:t>
      </w:r>
      <w:r/>
      <w:r/>
    </w:p>
    <w:p>
      <w:pPr>
        <w:pStyle w:val="Heading2"/>
      </w:pPr>
      <w:r>
        <w:t>Aubrey O'Day and The Cowgays set the tone</w:t>
      </w:r>
      <w:r/>
    </w:p>
    <w:p>
      <w:r/>
      <w:r>
        <w:t xml:space="preserve">Palm Springs Pride is starting its 40th anniversary celebrations with a deliberately broad musical pairing. Aubrey O'Day brings pop polish, television familiarity and a career that stretches from Danity Kane to solo, stage and creative work, while The Cowgays offer three-part harmonies, country storytelling and a generous dash of theatrical fun. KESQ reported that both acts have been confirmed as headliners. </w:t>
      </w:r>
      <w:hyperlink r:id="rId9">
        <w:r>
          <w:rPr>
            <w:color w:val="0000EE"/>
            <w:u w:val="single"/>
          </w:rPr>
          <w:t>[2]</w:t>
        </w:r>
      </w:hyperlink>
      <w:r/>
    </w:p>
    <w:p>
      <w:r/>
      <w:r>
        <w:t xml:space="preserve">The contrast is part of the appeal. O'Day's dance-pop background should suit a crowd ready to sing and move, while The Cowgays' Nashville-rooted sound gives the bill a warm, live-band feel. Their music draws on 1990s country but filters it through an openly queer perspective, making the pairing feel celebratory rather than predictable. </w:t>
      </w:r>
      <w:hyperlink r:id="rId9">
        <w:r>
          <w:rPr>
            <w:color w:val="0000EE"/>
            <w:u w:val="single"/>
          </w:rPr>
          <w:t>[2]</w:t>
        </w:r>
      </w:hyperlink>
      <w:r/>
    </w:p>
    <w:p>
      <w:pPr>
        <w:pStyle w:val="Heading2"/>
      </w:pPr>
      <w:r>
        <w:t>A free Pride weekend across Palm Springs</w:t>
      </w:r>
      <w:r/>
    </w:p>
    <w:p>
      <w:r/>
      <w:r>
        <w:t xml:space="preserve">The anniversary event will spread through downtown Palm Springs and the Arenas District from Friday 6 November to Sunday 8 November. Rather than fencing off the main celebration behind a ticket price, organisers say the festival will remain free, with visitors able to explore entertainment, community groups and a marketplace at no cost. </w:t>
      </w:r>
      <w:hyperlink r:id="rId9">
        <w:r>
          <w:rPr>
            <w:color w:val="0000EE"/>
            <w:u w:val="single"/>
          </w:rPr>
          <w:t>[2]</w:t>
        </w:r>
      </w:hyperlink>
      <w:r/>
    </w:p>
    <w:p>
      <w:r/>
      <w:r>
        <w:t xml:space="preserve">That matters in a year when festivals are watching household budgets closely. A free format makes it easier for local residents, families, first-time visitors and people travelling on a tighter budget to drop in for an hour, stay all afternoon or return across the weekend. Palm Springs Pride's official site is expected to carry the latest event information as plans develop. </w:t>
      </w:r>
      <w:hyperlink r:id="rId10">
        <w:r>
          <w:rPr>
            <w:color w:val="0000EE"/>
            <w:u w:val="single"/>
          </w:rPr>
          <w:t>[3]</w:t>
        </w:r>
      </w:hyperlink>
      <w:r/>
    </w:p>
    <w:p>
      <w:pPr>
        <w:pStyle w:val="Heading2"/>
      </w:pPr>
      <w:r>
        <w:t>Three stages mean more than one kind of celebration</w:t>
      </w:r>
      <w:r/>
    </w:p>
    <w:p>
      <w:r/>
      <w:r>
        <w:t xml:space="preserve">The first announcement is only a glimpse of the full programme. Organisers say the weekend will include three stages, with live music, drag performances, DJs and other entertainment spanning different styles and communities. Additional regional favourites, emerging artists and LGBTQ+ performers are due to be announced later. </w:t>
      </w:r>
      <w:hyperlink r:id="rId9">
        <w:r>
          <w:rPr>
            <w:color w:val="0000EE"/>
            <w:u w:val="single"/>
          </w:rPr>
          <w:t>[2]</w:t>
        </w:r>
      </w:hyperlink>
      <w:r/>
    </w:p>
    <w:p>
      <w:r/>
      <w:r>
        <w:t xml:space="preserve">For visitors, that variety should make the festival feel less like a single headline concert and more like a moving social map. You might catch a polished pop set, wander towards a drag performance and then find yourself stopping for a DJ outside a busy bar. The official performer application information also points to an event designed to showcase a wide range of talent, rather than just a handful of established names. </w:t>
      </w:r>
      <w:hyperlink r:id="rId11">
        <w:r>
          <w:rPr>
            <w:color w:val="0000EE"/>
            <w:u w:val="single"/>
          </w:rPr>
          <w:t>[4]</w:t>
        </w:r>
      </w:hyperlink>
      <w:r>
        <w:t xml:space="preserve">, </w:t>
      </w:r>
      <w:hyperlink r:id="rId11">
        <w:r>
          <w:rPr>
            <w:color w:val="0000EE"/>
            <w:u w:val="single"/>
          </w:rPr>
          <w:t>[5]</w:t>
        </w:r>
      </w:hyperlink>
      <w:r/>
    </w:p>
    <w:p>
      <w:pPr>
        <w:pStyle w:val="Heading2"/>
      </w:pPr>
      <w:r>
        <w:t>What to know before you go</w:t>
      </w:r>
      <w:r/>
    </w:p>
    <w:p>
      <w:r/>
      <w:r>
        <w:t xml:space="preserve">The weekend culminates in the Palm Springs Pride Parade on Sunday 8 November. It begins at 10am along Palm Canyon Drive, so visitors hoping for a good view should plan to arrive early and allow extra time for busy streets, walking and the inevitable hunt for coffee. </w:t>
      </w:r>
      <w:hyperlink r:id="rId9">
        <w:r>
          <w:rPr>
            <w:color w:val="0000EE"/>
            <w:u w:val="single"/>
          </w:rPr>
          <w:t>[2]</w:t>
        </w:r>
      </w:hyperlink>
      <w:r/>
    </w:p>
    <w:p>
      <w:r/>
      <w:r>
        <w:t xml:space="preserve">Because the festival is free, it should be straightforward to build a flexible itinerary around the parade, stages and Arenas District. Keep an eye on the official Palm Springs Pride website for performer updates, stage times, accessibility information and practical details before travelling. </w:t>
      </w:r>
      <w:hyperlink r:id="rId10">
        <w:r>
          <w:rPr>
            <w:color w:val="0000EE"/>
            <w:u w:val="single"/>
          </w:rPr>
          <w:t>[3]</w:t>
        </w:r>
      </w:hyperlink>
      <w:r/>
    </w:p>
    <w:p>
      <w:pPr>
        <w:pStyle w:val="Heading2"/>
      </w:pPr>
      <w:r>
        <w:t>"Be Included" is more than a slogan</w:t>
      </w:r>
      <w:r/>
    </w:p>
    <w:p>
      <w:r/>
      <w:r>
        <w:t xml:space="preserve">The 2026 theme, "Be Included", is framed as both a welcome and a call to action. Palm Springs Pride says the aim is to create spaces where LGBTQ+ people and allies are not merely present, but represented, actively welcomed and able to celebrate together. </w:t>
      </w:r>
      <w:hyperlink r:id="rId9">
        <w:r>
          <w:rPr>
            <w:color w:val="0000EE"/>
            <w:u w:val="single"/>
          </w:rPr>
          <w:t>[2]</w:t>
        </w:r>
      </w:hyperlink>
      <w:r/>
    </w:p>
    <w:p>
      <w:r/>
      <w:r>
        <w:t xml:space="preserve">That message gives the anniversary a little more weight than a standard birthday edition. Forty years is a significant milestone, but the organisers are using it to look forward as well as back, keeping the event accessible while making room for new artists and audiences. The result should feel joyful, colourful and, ideally, as easy to enter as it is to enjoy. </w:t>
      </w:r>
      <w:hyperlink r:id="rId9">
        <w:r>
          <w:rPr>
            <w:color w:val="0000EE"/>
            <w:u w:val="single"/>
          </w:rPr>
          <w:t>[2]</w:t>
        </w:r>
      </w:hyperlink>
      <w:r/>
    </w:p>
    <w:p>
      <w:r/>
      <w:r>
        <w:t>Palm Springs Pride's 40th anniversary is set to be a free, full-colour weekend where pop, queer country, community and parade-day energy meet.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Paragraph 5: </w:t>
      </w:r>
      <w:hyperlink r:id="rId10">
        <w:r>
          <w:rPr>
            <w:color w:val="0000EE"/>
            <w:u w:val="single"/>
          </w:rPr>
          <w:t>[3]</w:t>
        </w:r>
      </w:hyperlink>
      <w:r>
        <w:t xml:space="preserve">- Paragraph 6: </w:t>
      </w:r>
      <w:hyperlink r:id="rId9">
        <w:r>
          <w:rPr>
            <w:color w:val="0000EE"/>
            <w:u w:val="single"/>
          </w:rPr>
          <w:t>[2]</w:t>
        </w:r>
      </w:hyperlink>
      <w:r>
        <w:t xml:space="preserve">- Paragraph 7: </w:t>
      </w:r>
      <w:hyperlink r:id="rId11">
        <w:r>
          <w:rPr>
            <w:color w:val="0000EE"/>
            <w:u w:val="single"/>
          </w:rPr>
          <w:t>[4]</w:t>
        </w:r>
      </w:hyperlink>
      <w:r>
        <w:t xml:space="preserve">, </w:t>
      </w:r>
      <w:hyperlink r:id="rId11">
        <w:r>
          <w:rPr>
            <w:color w:val="0000EE"/>
            <w:u w:val="single"/>
          </w:rPr>
          <w:t>[5]</w:t>
        </w:r>
      </w:hyperlink>
      <w:r>
        <w:t xml:space="preserve">- Paragraph 8: </w:t>
      </w:r>
      <w:hyperlink r:id="rId9">
        <w:r>
          <w:rPr>
            <w:color w:val="0000EE"/>
            <w:u w:val="single"/>
          </w:rPr>
          <w:t>[2]</w:t>
        </w:r>
      </w:hyperlink>
      <w:r>
        <w:t xml:space="preserve">- Paragraph 9: </w:t>
      </w:r>
      <w:hyperlink r:id="rId10">
        <w:r>
          <w:rPr>
            <w:color w:val="0000EE"/>
            <w:u w:val="single"/>
          </w:rPr>
          <w:t>[3]</w:t>
        </w:r>
      </w:hyperlink>
      <w:r>
        <w:t xml:space="preserve">- Paragraph 10: </w:t>
      </w:r>
      <w:hyperlink r:id="rId9">
        <w:r>
          <w:rPr>
            <w:color w:val="0000EE"/>
            <w:u w:val="single"/>
          </w:rPr>
          <w:t>[2]</w:t>
        </w:r>
      </w:hyperlink>
      <w:r>
        <w:t xml:space="preserve">- Paragraph 11: </w:t>
      </w:r>
      <w:hyperlink r:id="rId9">
        <w:r>
          <w:rPr>
            <w:color w:val="0000EE"/>
            <w:u w:val="single"/>
          </w:rPr>
          <w:t>[2]</w:t>
        </w:r>
      </w:hyperlink>
      <w:r>
        <w:t xml:space="preserve">- Paragraph 12: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https://kesq.com/pride/2026/10/02/aubrey-oday-the-cowgays-to-headline-40th-annual-palm-springs-pride-celebration/</w:t>
        </w:r>
      </w:hyperlink>
      <w:r>
        <w:t xml:space="preserve"> - Please view link - unable to able to access data</w:t>
      </w:r>
      <w:r/>
    </w:p>
    <w:p>
      <w:pPr>
        <w:pStyle w:val="ListNumber"/>
        <w:spacing w:line="240" w:lineRule="auto"/>
        <w:ind w:left="720"/>
      </w:pPr>
      <w:r/>
      <w:hyperlink r:id="rId9">
        <w:r>
          <w:rPr>
            <w:color w:val="0000EE"/>
            <w:u w:val="single"/>
          </w:rPr>
          <w:t>https://kesq.com/pride/2026/10/02/aubrey-oday-the-cowgays-to-headline-40th-annual-palm-springs-pride-celebration/</w:t>
        </w:r>
      </w:hyperlink>
      <w:r>
        <w:t xml:space="preserve"> - Aubrey O'Day, a recording artist and television personality, and the country supergroup The Cowgays have been announced as headliners for the 40th annual Palm Springs Pride celebration. Organisers stated that these acts provide an early glimpse into the diverse entertainment lineup being assembled for this milestone event. Additional performers will be announced in the coming weeks, featuring regional favourites, emerging artists, and diverse talent from the LGBTQ+ community and beyond. The celebration will take place across three stages in downtown Palm Springs and the Arenas District, offering live music, drag entertainment, DJs, and special performances spanning various genres and styles.</w:t>
      </w:r>
      <w:r/>
    </w:p>
    <w:p>
      <w:pPr>
        <w:pStyle w:val="ListNumber"/>
        <w:spacing w:line="240" w:lineRule="auto"/>
        <w:ind w:left="720"/>
      </w:pPr>
      <w:r/>
      <w:hyperlink r:id="rId10">
        <w:r>
          <w:rPr>
            <w:color w:val="0000EE"/>
            <w:u w:val="single"/>
          </w:rPr>
          <w:t>https://www.pspride.org/</w:t>
        </w:r>
      </w:hyperlink>
      <w:r>
        <w:t xml:space="preserve"> - Palm Springs Pride is a 501(c)(3) nonprofit community enhancement organisation dedicated to celebrating the strength in diversity and standing united for equal rights for all Americans. The organisation fosters pride and respect for all LGBTQ communities locally and globally. The 40th annual Greater Palm Springs Pride celebration is scheduled for November 6–8, 2026, in downtown Palm Springs and the Arenas District. The event will feature multiple stages, community organisations, vendors, nightlife, and public gatherings under the theme 'Be Included'. The signature Pride Parade will commence at 10 a.m. on Sunday, November 8, travelling south on Palm Canyon Drive from Tachevah Drive toward downtown.</w:t>
      </w:r>
      <w:r/>
    </w:p>
    <w:p>
      <w:pPr>
        <w:pStyle w:val="ListNumber"/>
        <w:spacing w:line="240" w:lineRule="auto"/>
        <w:ind w:left="720"/>
      </w:pPr>
      <w:r/>
      <w:hyperlink r:id="rId11">
        <w:r>
          <w:rPr>
            <w:color w:val="0000EE"/>
            <w:u w:val="single"/>
          </w:rPr>
          <w:t>https://www.pspride.org/performer-application</w:t>
        </w:r>
      </w:hyperlink>
      <w:r>
        <w:t xml:space="preserve"> - Greater Palm Springs Pride invites musicians and performing artists interested in appearing at this year's Pride Celebration to submit an application. The festival will showcase artists in multiple performance venues featuring rock, pop, R&amp;B, hip-hop, folk, gospel, country, and cultural performances. Merchandise tables will be available for each band/artist to sell materials at the Festival's Main Stage. All venues are outdoors, and a limited backline is provided at some stages. The festival is scheduled for November 6–8, 2026, in downtown Palm Springs and the Arenas District.</w:t>
      </w:r>
      <w:r/>
    </w:p>
    <w:p>
      <w:pPr>
        <w:pStyle w:val="ListNumber"/>
        <w:spacing w:line="240" w:lineRule="auto"/>
        <w:ind w:left="720"/>
      </w:pPr>
      <w:r/>
      <w:hyperlink r:id="rId11">
        <w:r>
          <w:rPr>
            <w:color w:val="0000EE"/>
            <w:u w:val="single"/>
          </w:rPr>
          <w:t>https://www.pspride.org/performer-application</w:t>
        </w:r>
      </w:hyperlink>
      <w:r>
        <w:t xml:space="preserve"> - Greater Palm Springs Pride invites musicians and performing artists interested in appearing at this year's Pride Celebration to submit an application. The festival will showcase artists in multiple performance venues featuring rock, pop, R&amp;B, hip-hop, folk, gospel, country, and cultural performances. Merchandise tables will be available for each band/artist to sell materials at the Festival's Main Stage. All venues are outdoors, and a limited backline is provided at some stages. The festival is scheduled for November 6–8, 2026, in downtown Palm Springs and the Arenas District.</w:t>
      </w:r>
      <w:r/>
    </w:p>
    <w:p>
      <w:pPr>
        <w:pStyle w:val="ListNumber"/>
        <w:spacing w:line="240" w:lineRule="auto"/>
        <w:ind w:left="720"/>
      </w:pPr>
      <w:r/>
      <w:hyperlink r:id="rId11">
        <w:r>
          <w:rPr>
            <w:color w:val="0000EE"/>
            <w:u w:val="single"/>
          </w:rPr>
          <w:t>https://www.pspride.org/performer-application</w:t>
        </w:r>
      </w:hyperlink>
      <w:r>
        <w:t xml:space="preserve"> - Greater Palm Springs Pride invites musicians and performing artists interested in appearing at this year's Pride Celebration to submit an application. The festival will showcase artists in multiple performance venues featuring rock, pop, R&amp;B, hip-hop, folk, gospel, country, and cultural performances. Merchandise tables will be available for each band/artist to sell materials at the Festival's Main Stage. All venues are outdoors, and a limited backline is provided at some stages. The festival is scheduled for November 6–8, 2026, in downtown Palm Springs and the Arenas District.</w:t>
      </w:r>
      <w:r/>
    </w:p>
    <w:p>
      <w:pPr>
        <w:pStyle w:val="ListNumber"/>
        <w:spacing w:line="240" w:lineRule="auto"/>
        <w:ind w:left="720"/>
      </w:pPr>
      <w:r/>
      <w:hyperlink r:id="rId11">
        <w:r>
          <w:rPr>
            <w:color w:val="0000EE"/>
            <w:u w:val="single"/>
          </w:rPr>
          <w:t>https://www.pspride.org/performer-application</w:t>
        </w:r>
      </w:hyperlink>
      <w:r>
        <w:t xml:space="preserve"> - Greater Palm Springs Pride invites musicians and performing artists interested in appearing at this year's Pride Celebration to submit an application. The festival will showcase artists in multiple performance venues featuring rock, pop, R&amp;B, hip-hop, folk, gospel, country, and cultural performances. Merchandise tables will be available for each band/artist to sell materials at the Festival's Main Stage. All venues are outdoors, and a limited backline is provided at some stages. The festival is scheduled for November 6–8, 2026, in downtown Palm Springs and the Arenas District.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kesq.com/pride/2026/10/02/aubrey-oday-the-cowgays-to-headline-40th-annual-palm-springs-pride-celebration/" TargetMode="External"/><Relationship Id="rId10" Type="http://schemas.openxmlformats.org/officeDocument/2006/relationships/hyperlink" Target="https://www.pspride.org/" TargetMode="External"/><Relationship Id="rId11" Type="http://schemas.openxmlformats.org/officeDocument/2006/relationships/hyperlink" Target="https://www.pspride.org/performer-applic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