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Marianne Duddy-Burke to Retire After Four Decades of LGBTQ Catholic Leadership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DignityUSA executive director Marianne Duddy-Burke plans to retire after more than 40 years with the LGBTQ Catholic organisation, closing a remarkable chapter in faith-based advocacy. Her departure matters well beyond one group: she helped guide members through the AIDS crisis, marriage equality and changing attitudes inside both the Catholic Church and the wider queer community.</w:t>
      </w:r>
      <w:r/>
    </w:p>
    <w:p>
      <w:pPr>
        <w:pStyle w:val="Heading2"/>
      </w:pPr>
      <w:r>
        <w:t>Essential Takeaways</w:t>
      </w:r>
      <w:r/>
      <w:r/>
    </w:p>
    <w:p>
      <w:pPr>
        <w:pStyle w:val="ListBullet"/>
        <w:spacing w:line="240" w:lineRule="auto"/>
        <w:ind w:left="720"/>
      </w:pPr>
      <w:r/>
      <w:r>
        <w:rPr>
          <w:b/>
        </w:rPr>
        <w:t>A long leadership chapter:</w:t>
      </w:r>
      <w:r>
        <w:t xml:space="preserve"> Duddy-Burke has worked with DignityUSA for over 40 years and led it as executive director for nearly two decades.</w:t>
      </w:r>
      <w:r/>
    </w:p>
    <w:p>
      <w:pPr>
        <w:pStyle w:val="ListBullet"/>
        <w:spacing w:line="240" w:lineRule="auto"/>
        <w:ind w:left="720"/>
      </w:pPr>
      <w:r/>
      <w:r>
        <w:rPr>
          <w:b/>
        </w:rPr>
        <w:t>A bridge-builder:</w:t>
      </w:r>
      <w:r>
        <w:t xml:space="preserve"> Her work combined outspoken criticism of anti-LGBTQ+ policies with dialogue wherever engagement seemed possible.</w:t>
      </w:r>
      <w:r/>
    </w:p>
    <w:p>
      <w:pPr>
        <w:pStyle w:val="ListBullet"/>
        <w:spacing w:line="240" w:lineRule="auto"/>
        <w:ind w:left="720"/>
      </w:pPr>
      <w:r/>
      <w:r>
        <w:rPr>
          <w:b/>
        </w:rPr>
        <w:t>A changing movement:</w:t>
      </w:r>
      <w:r>
        <w:t xml:space="preserve"> She says today’s LGBTQ Catholic community needs a new generation of leadership shaped by different social and religious realities.</w:t>
      </w:r>
      <w:r/>
    </w:p>
    <w:p>
      <w:pPr>
        <w:pStyle w:val="ListBullet"/>
        <w:spacing w:line="240" w:lineRule="auto"/>
        <w:ind w:left="720"/>
      </w:pPr>
      <w:r/>
      <w:r>
        <w:rPr>
          <w:b/>
        </w:rPr>
        <w:t>Transition ahead:</w:t>
      </w:r>
      <w:r>
        <w:t xml:space="preserve"> Duddy-Burke will remain in post until DignityUSA appoints her successor, helping with the handover.</w:t>
      </w:r>
      <w:r/>
    </w:p>
    <w:p>
      <w:pPr>
        <w:pStyle w:val="ListBullet"/>
        <w:spacing w:line="240" w:lineRule="auto"/>
        <w:ind w:left="720"/>
      </w:pPr>
      <w:r/>
      <w:r>
        <w:rPr>
          <w:b/>
        </w:rPr>
        <w:t>The work continues:</w:t>
      </w:r>
      <w:r>
        <w:t xml:space="preserve"> She says she intends to keep pursuing justice work, although her next role isn’t yet decided.</w:t>
      </w:r>
      <w:r/>
      <w:r/>
    </w:p>
    <w:p>
      <w:pPr>
        <w:pStyle w:val="Heading2"/>
      </w:pPr>
      <w:r>
        <w:t>A farewell shaped by a changing Catholic community</w:t>
      </w:r>
      <w:r/>
    </w:p>
    <w:p>
      <w:r/>
      <w:r>
        <w:t>For many LGBTQ Catholics, Duddy-Burke has been a familiar and trusted public voice. Her retirement announcement comes after decades in which the movement moved from quiet survival towards greater visibility, legal recognition and public advocacy.</w:t>
      </w:r>
      <w:r/>
    </w:p>
    <w:p>
      <w:r/>
      <w:r>
        <w:t xml:space="preserve">Speaking about the decision, she said retirement had been “a long time coming”, according to Gay City News. The organisation’s leadership page continues to list her alongside the wider team, underlining that this is a transition rather than an immediate departure. Sources </w:t>
      </w:r>
      <w:hyperlink r:id="rId9">
        <w:r>
          <w:rPr>
            <w:color w:val="0000EE"/>
            <w:u w:val="single"/>
          </w:rPr>
          <w:t>[2]</w:t>
        </w:r>
      </w:hyperlink>
      <w:r>
        <w:t xml:space="preserve">, </w:t>
      </w:r>
      <w:hyperlink r:id="rId10">
        <w:r>
          <w:rPr>
            <w:color w:val="0000EE"/>
            <w:u w:val="single"/>
          </w:rPr>
          <w:t>[3]</w:t>
        </w:r>
      </w:hyperlink>
      <w:r/>
    </w:p>
    <w:p>
      <w:r/>
      <w:r>
        <w:t xml:space="preserve">Her explanation was notably generational. Duddy-Burke said shifts in queer communities, religious affiliation and the Catholic Church called for different leadership. That’s a clear-eyed assessment, but not a gloomy one: movements often stay healthy by making room for people with fresh experiences and new instincts. Sources </w:t>
      </w:r>
      <w:hyperlink r:id="rId10">
        <w:r>
          <w:rPr>
            <w:color w:val="0000EE"/>
            <w:u w:val="single"/>
          </w:rPr>
          <w:t>[3]</w:t>
        </w:r>
      </w:hyperlink>
      <w:r>
        <w:t xml:space="preserve">, </w:t>
      </w:r>
      <w:hyperlink r:id="rId11">
        <w:r>
          <w:rPr>
            <w:color w:val="0000EE"/>
            <w:u w:val="single"/>
          </w:rPr>
          <w:t>[4]</w:t>
        </w:r>
      </w:hyperlink>
      <w:r/>
    </w:p>
    <w:p>
      <w:pPr>
        <w:pStyle w:val="Heading2"/>
      </w:pPr>
      <w:r>
        <w:t>Four decades of advocacy, from crisis to marriage equality</w:t>
      </w:r>
      <w:r/>
    </w:p>
    <w:p>
      <w:r/>
      <w:r>
        <w:t>Duddy-Burke began her national leadership work at a time when LGBTQ people could lose jobs, family relationships and basic privacy simply because of who they were. She recalled an era when arrests at gay venues could be reported publicly, while teachers and parents faced devastating professional or personal consequences.</w:t>
      </w:r>
      <w:r/>
    </w:p>
    <w:p>
      <w:r/>
      <w:r>
        <w:t xml:space="preserve">Her career then stretched across some of the defining moments in modern LGBTQ history. DignityUSA worked during the HIV and AIDS crisis to support people seeking medical care and compassion, while later campaigns helped build momentum for federal marriage equality. Those milestones may now seem familiar, but the human cost behind them remains difficult to forget. Sources </w:t>
      </w:r>
      <w:hyperlink r:id="rId10">
        <w:r>
          <w:rPr>
            <w:color w:val="0000EE"/>
            <w:u w:val="single"/>
          </w:rPr>
          <w:t>[3]</w:t>
        </w:r>
      </w:hyperlink>
      <w:r>
        <w:t xml:space="preserve">, </w:t>
      </w:r>
      <w:hyperlink r:id="rId11">
        <w:r>
          <w:rPr>
            <w:color w:val="0000EE"/>
            <w:u w:val="single"/>
          </w:rPr>
          <w:t>[4]</w:t>
        </w:r>
      </w:hyperlink>
      <w:r/>
    </w:p>
    <w:p>
      <w:r/>
      <w:r>
        <w:t xml:space="preserve">She has described the AIDS epidemic as a painful failure by government, religion and society. Her memories of sitting with families who learned that a loved one was gay and dying at the same time capture the emotional reality behind the headlines. It’s a reminder that advocacy wasn’t abstract policy work; it was often intimate, exhausting and deeply personal. Sources </w:t>
      </w:r>
      <w:hyperlink r:id="rId10">
        <w:r>
          <w:rPr>
            <w:color w:val="0000EE"/>
            <w:u w:val="single"/>
          </w:rPr>
          <w:t>[3]</w:t>
        </w:r>
      </w:hyperlink>
      <w:r>
        <w:t xml:space="preserve">, </w:t>
      </w:r>
      <w:hyperlink r:id="rId12">
        <w:r>
          <w:rPr>
            <w:color w:val="0000EE"/>
            <w:u w:val="single"/>
          </w:rPr>
          <w:t>[5]</w:t>
        </w:r>
      </w:hyperlink>
      <w:r/>
    </w:p>
    <w:p>
      <w:pPr>
        <w:pStyle w:val="Heading2"/>
      </w:pPr>
      <w:r>
        <w:t>Why her approach stood out</w:t>
      </w:r>
      <w:r/>
    </w:p>
    <w:p>
      <w:r/>
      <w:r>
        <w:t>DignityUSA has frequently challenged church policies affecting LGBTQ people, but Duddy-Burke also sought conversations with church leaders when she believed engagement could improve people’s lives. That balancing act became one of her defining strengths.</w:t>
      </w:r>
      <w:r/>
    </w:p>
    <w:p>
      <w:r/>
      <w:r>
        <w:t xml:space="preserve">Francis DeBernardo of New Ways Ministry described her as someone able to connect personal suffering with political and religious decisions. In practical terms, that meant caring about an individual member’s experience while also confronting hostile legislation, public statements and institutional rules. It’s a rare combination, and one that can make advocacy feel both sharper and more humane. Sources </w:t>
      </w:r>
      <w:hyperlink r:id="rId13">
        <w:r>
          <w:rPr>
            <w:color w:val="0000EE"/>
            <w:u w:val="single"/>
          </w:rPr>
          <w:t>[1]</w:t>
        </w:r>
      </w:hyperlink>
      <w:r>
        <w:t xml:space="preserve">, </w:t>
      </w:r>
      <w:hyperlink r:id="rId10">
        <w:r>
          <w:rPr>
            <w:color w:val="0000EE"/>
            <w:u w:val="single"/>
          </w:rPr>
          <w:t>[3]</w:t>
        </w:r>
      </w:hyperlink>
      <w:r/>
    </w:p>
    <w:p>
      <w:r/>
      <w:r>
        <w:t xml:space="preserve">Her influence also reached beyond the United States. As a co-chair of the Global Network of Rainbow Catholics, she helped connect LGBTQ Catholic groups internationally, including during a 2023 delegation that met Pope Francis. DignityUSA has continued to participate in international Catholic LGBTQ initiatives, showing how local pastoral concerns have become part of a broader global conversation. Sources </w:t>
      </w:r>
      <w:hyperlink r:id="rId12">
        <w:r>
          <w:rPr>
            <w:color w:val="0000EE"/>
            <w:u w:val="single"/>
          </w:rPr>
          <w:t>[5]</w:t>
        </w:r>
      </w:hyperlink>
      <w:r>
        <w:t xml:space="preserve">, </w:t>
      </w:r>
      <w:hyperlink r:id="rId14">
        <w:r>
          <w:rPr>
            <w:color w:val="0000EE"/>
            <w:u w:val="single"/>
          </w:rPr>
          <w:t>[6]</w:t>
        </w:r>
      </w:hyperlink>
      <w:r/>
    </w:p>
    <w:p>
      <w:pPr>
        <w:pStyle w:val="Heading2"/>
      </w:pPr>
      <w:r>
        <w:t>A new generation now faces the next test</w:t>
      </w:r>
      <w:r/>
    </w:p>
    <w:p>
      <w:r/>
      <w:r>
        <w:t xml:space="preserve">DignityUSA president Meli Barber praised Duddy-Burke’s personal relationships, public skill and commitment to chapters and members. Barber said her contribution had shaped both DignityUSA and a generation of LGBTQ Catholics, a tribute that reflects the unusually long arc of her service. Sources </w:t>
      </w:r>
      <w:hyperlink r:id="rId9">
        <w:r>
          <w:rPr>
            <w:color w:val="0000EE"/>
            <w:u w:val="single"/>
          </w:rPr>
          <w:t>[2]</w:t>
        </w:r>
      </w:hyperlink>
      <w:r>
        <w:t xml:space="preserve">, </w:t>
      </w:r>
      <w:hyperlink r:id="rId10">
        <w:r>
          <w:rPr>
            <w:color w:val="0000EE"/>
            <w:u w:val="single"/>
          </w:rPr>
          <w:t>[3]</w:t>
        </w:r>
      </w:hyperlink>
      <w:r/>
    </w:p>
    <w:p>
      <w:r/>
      <w:r>
        <w:t>The succession process will matter because the organisation is operating in a more complicated landscape than the one Duddy-Burke first entered. LGBTQ visibility is far greater, yet political hostility remains intense, religious affiliation is changing and many younger queer people relate to Catholic identity differently from previous generations.</w:t>
      </w:r>
      <w:r/>
    </w:p>
    <w:p>
      <w:r/>
      <w:r>
        <w:t xml:space="preserve">Duddy-Burke has expressed cautious hope about Pope Leo’s approach to Catholic social justice, while remaining focused on what institutions actually do for LGBTQ people. Her outlook feels practical rather than starry-eyed: listen carefully, keep showing up and judge progress by whether people are safer and more welcome. Sources </w:t>
      </w:r>
      <w:hyperlink r:id="rId11">
        <w:r>
          <w:rPr>
            <w:color w:val="0000EE"/>
            <w:u w:val="single"/>
          </w:rPr>
          <w:t>[4]</w:t>
        </w:r>
      </w:hyperlink>
      <w:r>
        <w:t xml:space="preserve">, </w:t>
      </w:r>
      <w:hyperlink r:id="rId12">
        <w:r>
          <w:rPr>
            <w:color w:val="0000EE"/>
            <w:u w:val="single"/>
          </w:rPr>
          <w:t>[5]</w:t>
        </w:r>
      </w:hyperlink>
      <w:r/>
    </w:p>
    <w:p>
      <w:pPr>
        <w:pStyle w:val="Heading2"/>
      </w:pPr>
      <w:r>
        <w:t>What comes next for Marianne Duddy-Burke?</w:t>
      </w:r>
      <w:r/>
    </w:p>
    <w:p>
      <w:r/>
      <w:r>
        <w:t>There’s no fixed timetable for the handover yet. Duddy-Burke plans to stay on until a successor is chosen and has said she’ll help that person settle into the role, giving DignityUSA continuity during an important change.</w:t>
      </w:r>
      <w:r/>
    </w:p>
    <w:p>
      <w:r/>
      <w:r>
        <w:t>As for her own future, she says she expects to keep working for several more years, although she doesn’t know in what capacity. Her observation that there aren’t many married lesbian mothers in church leadership points to both the progress she represents and the gaps that remain.</w:t>
      </w:r>
      <w:r/>
    </w:p>
    <w:p>
      <w:r/>
      <w:r>
        <w:t xml:space="preserve">After such a long public life, a little uncertainty may be welcome. For now, she can leave the door open, knowing that the movement she helped strengthen has more voices, wider networks and a new generation ready to carry the work forward. Sources </w:t>
      </w:r>
      <w:hyperlink r:id="rId13">
        <w:r>
          <w:rPr>
            <w:color w:val="0000EE"/>
            <w:u w:val="single"/>
          </w:rPr>
          <w:t>[1]</w:t>
        </w:r>
      </w:hyperlink>
      <w:r>
        <w:t xml:space="preserve">, </w:t>
      </w:r>
      <w:hyperlink r:id="rId10">
        <w:r>
          <w:rPr>
            <w:color w:val="0000EE"/>
            <w:u w:val="single"/>
          </w:rPr>
          <w:t>[3]</w:t>
        </w:r>
      </w:hyperlink>
      <w:r>
        <w:t xml:space="preserve">, </w:t>
      </w:r>
      <w:hyperlink r:id="rId15">
        <w:r>
          <w:rPr>
            <w:color w:val="0000EE"/>
            <w:u w:val="single"/>
          </w:rPr>
          <w:t>[7]</w:t>
        </w:r>
      </w:hyperlink>
      <w:r/>
    </w:p>
    <w:p>
      <w:r/>
      <w:r>
        <w:t>It's a leadership change, but the call for LGBTQ Catholic justice is still very much alive.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[1]</w:t>
        </w:r>
      </w:hyperlink>
      <w:r>
        <w:t xml:space="preserve">, </w:t>
      </w:r>
      <w:hyperlink r:id="rId10">
        <w:r>
          <w:rPr>
            <w:color w:val="0000EE"/>
            <w:u w:val="single"/>
          </w:rPr>
          <w:t>[3]</w:t>
        </w:r>
      </w:hyperlink>
      <w:r>
        <w:t xml:space="preserve">- Paragraph 6: </w:t>
      </w:r>
      <w:hyperlink r:id="rId12">
        <w:r>
          <w:rPr>
            <w:color w:val="0000EE"/>
            <w:u w:val="single"/>
          </w:rPr>
          <w:t>[5]</w:t>
        </w:r>
      </w:hyperlink>
      <w:r>
        <w:t xml:space="preserve">,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[1]</w:t>
        </w:r>
      </w:hyperlink>
      <w:r>
        <w:t xml:space="preserve">, </w:t>
      </w:r>
      <w:hyperlink r:id="rId10">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https://www.newwaysministry.org/2026/10/02/long-time-leader-of-dignityusa-announces-plan-to-retire/</w:t>
        </w:r>
      </w:hyperlink>
      <w:r>
        <w:t xml:space="preserve"> - Please view link - unable to able to access data</w:t>
      </w:r>
      <w:r/>
    </w:p>
    <w:p>
      <w:pPr>
        <w:pStyle w:val="ListNumber"/>
        <w:spacing w:line="240" w:lineRule="auto"/>
        <w:ind w:left="720"/>
      </w:pPr>
      <w:r/>
      <w:hyperlink r:id="rId9">
        <w:r>
          <w:rPr>
            <w:color w:val="0000EE"/>
            <w:u w:val="single"/>
          </w:rPr>
          <w:t>https://www.dignityusa.org/leadership</w:t>
        </w:r>
      </w:hyperlink>
      <w:r>
        <w:t xml:space="preserve"> - This page provides information about the leadership of DignityUSA, including Marianne Duddy-Burke, who has been the Executive Director since 2007 and served as the first female president from 1993 to 1997. The page also lists other key members of the organization, such as Darby DeJarnette, Director of Operations, and the Board of Directors, including Meli Barber, President, and Tom Yates, Vice President. DignityUSA is dedicated to advocating for LGBTQIA+ inclusion and equality within the Catholic Church and society.</w:t>
      </w:r>
      <w:r/>
    </w:p>
    <w:p>
      <w:pPr>
        <w:pStyle w:val="ListNumber"/>
        <w:spacing w:line="240" w:lineRule="auto"/>
        <w:ind w:left="720"/>
      </w:pPr>
      <w:r/>
      <w:hyperlink r:id="rId10">
        <w:r>
          <w:rPr>
            <w:color w:val="0000EE"/>
            <w:u w:val="single"/>
          </w:rPr>
          <w:t>https://www.dignityusa.org/articles/longtime-leader-of-lgbtqia-catholic-group-dignityusa-to-step-down</w:t>
        </w:r>
      </w:hyperlink>
      <w:r>
        <w:t xml:space="preserve"> - This article announces Marianne Duddy-Burke's planned retirement from DignityUSA after more than forty years of service, including nearly 20 years as Executive Director. It highlights her numerous roles within the organization, such as the first female president from 1993 to 1997, and her contributions to LGBTQIA+ Catholics, including responding to significant developments, representing DignityUSA at various events, and advocating for inclusion and equality. The article also mentions the organization's preparation for her successor and expresses gratitude for her leadership.</w:t>
      </w:r>
      <w:r/>
    </w:p>
    <w:p>
      <w:pPr>
        <w:pStyle w:val="ListNumber"/>
        <w:spacing w:line="240" w:lineRule="auto"/>
        <w:ind w:left="720"/>
      </w:pPr>
      <w:r/>
      <w:hyperlink r:id="rId11">
        <w:r>
          <w:rPr>
            <w:color w:val="0000EE"/>
            <w:u w:val="single"/>
          </w:rPr>
          <w:t>https://www.washingtonblade.com/2026/09/21/long-time-dignityusa-executive-director-announces-retirement/</w:t>
        </w:r>
      </w:hyperlink>
      <w:r>
        <w:t xml:space="preserve"> - This article reports on Marianne Duddy-Burke's announcement of her retirement from DignityUSA after more than four decades with the organization, including nearly 20 years as Executive Director. It discusses her tenure, during which she urged the Vatican to welcome LGBTQ Catholics, championed marriage equality, and advised the State Department on LGBTQ-specific issues. The article also notes the organization's plans to search for a new Executive Director and expresses appreciation for Duddy-Burke's contributions.</w:t>
      </w:r>
      <w:r/>
    </w:p>
    <w:p>
      <w:pPr>
        <w:pStyle w:val="ListNumber"/>
        <w:spacing w:line="240" w:lineRule="auto"/>
        <w:ind w:left="720"/>
      </w:pPr>
      <w:r/>
      <w:hyperlink r:id="rId12">
        <w:r>
          <w:rPr>
            <w:color w:val="0000EE"/>
            <w:u w:val="single"/>
          </w:rPr>
          <w:t>https://www.lgbtqnation.com/2023/12/the-leader-of-an-lgbtq-catholic-org-says-the-church-might-actually-be-on-the-path-to-acceptance/</w:t>
        </w:r>
      </w:hyperlink>
      <w:r>
        <w:t xml:space="preserve"> - This article features an interview with Marianne Duddy-Burke, Executive Director of DignityUSA, discussing her meeting with Pope Francis and the potential for full acceptance of LGBTQ Catholics within the Church. Duddy-Burke reflects on the changes in the Church under Pope Francis and expresses hope for a more inclusive future. The article highlights her role in advocating for LGBTQ rights within the Catholic Church and her perspective on the evolving relationship between the Church and the LGBTQ community.</w:t>
      </w:r>
      <w:r/>
    </w:p>
    <w:p>
      <w:pPr>
        <w:pStyle w:val="ListNumber"/>
        <w:spacing w:line="240" w:lineRule="auto"/>
        <w:ind w:left="720"/>
      </w:pPr>
      <w:r/>
      <w:hyperlink r:id="rId14">
        <w:r>
          <w:rPr>
            <w:color w:val="0000EE"/>
            <w:u w:val="single"/>
          </w:rPr>
          <w:t>https://www.dignityusa.org/articles/members-of-worlds-oldest-lgbtq-catholic-group-to-participate-in-vatican-lgbtq-pilgrimage</w:t>
        </w:r>
      </w:hyperlink>
      <w:r>
        <w:t xml:space="preserve"> - This article discusses DignityUSA's participation in a Vatican LGBTQ+ pilgrimage, marking a significant moment for LGBTQ+ Catholics. It includes statements from DignityUSA members, such as Sam Albano, who views the pilgrimage as a witness to LGBTQ+ Catholics' enduring faith and love for the Church. The article highlights the organization's ongoing efforts to advocate for inclusion and recognition within the Catholic Church and the personal significance of the pilgrimage for its members.</w:t>
      </w:r>
      <w:r/>
    </w:p>
    <w:p>
      <w:pPr>
        <w:pStyle w:val="ListNumber"/>
        <w:spacing w:line="240" w:lineRule="auto"/>
        <w:ind w:left="720"/>
      </w:pPr>
      <w:r/>
      <w:hyperlink r:id="rId15">
        <w:r>
          <w:rPr>
            <w:color w:val="0000EE"/>
            <w:u w:val="single"/>
          </w:rPr>
          <w:t>https://www.dignityny.org/node/1347</w:t>
        </w:r>
      </w:hyperlink>
      <w:r>
        <w:t xml:space="preserve"> - This article reports on DignityUSA's response to the Supreme Court decision protecting LGBTQ+ workers from discrimination under the Civil Rights Act of 1964. Marianne Duddy-Burke, Executive Director of DignityUSA, expresses that the decision is a critical recognition of the bias the LGBTQ+ community has faced and will strengthen their ability to support themselves and their families. The article underscores DignityUSA's commitment to justice, equality, and full inclusion of LGBTQ+ individuals in the Church and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ignityusa.org/leadership" TargetMode="External"/><Relationship Id="rId10" Type="http://schemas.openxmlformats.org/officeDocument/2006/relationships/hyperlink" Target="https://www.dignityusa.org/articles/longtime-leader-of-lgbtqia-catholic-group-dignityusa-to-step-down" TargetMode="External"/><Relationship Id="rId11" Type="http://schemas.openxmlformats.org/officeDocument/2006/relationships/hyperlink" Target="https://www.washingtonblade.com/2026/09/21/long-time-dignityusa-executive-director-announces-retirement/" TargetMode="External"/><Relationship Id="rId12" Type="http://schemas.openxmlformats.org/officeDocument/2006/relationships/hyperlink" Target="https://www.lgbtqnation.com/2023/12/the-leader-of-an-lgbtq-catholic-org-says-the-church-might-actually-be-on-the-path-to-acceptance/" TargetMode="External"/><Relationship Id="rId13" Type="http://schemas.openxmlformats.org/officeDocument/2006/relationships/hyperlink" Target="https://www.newwaysministry.org/2026/10/02/long-time-leader-of-dignityusa-announces-plan-to-retire/" TargetMode="External"/><Relationship Id="rId14" Type="http://schemas.openxmlformats.org/officeDocument/2006/relationships/hyperlink" Target="https://www.dignityusa.org/articles/members-of-worlds-oldest-lgbtq-catholic-group-to-participate-in-vatican-lgbtq-pilgrimage" TargetMode="External"/><Relationship Id="rId15" Type="http://schemas.openxmlformats.org/officeDocument/2006/relationships/hyperlink" Target="https://www.dignityny.org/node/134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