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Austin Mzukwa Zanzibar Entry Dispute Explained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South African content creator’s account of being stopped at Zanzibar airport has sparked fresh debate about LGBTQ+ travel, Tanzania’s laws and the limits of what’s publicly confirmed. The alleged incident has also thrust Austin Mzukwa’s luxury lifestyle and business ventures back into the spotlight, making this a story about travel, identity and online scrutiny.</w:t>
      </w:r>
      <w:r/>
    </w:p>
    <w:p>
      <w:pPr>
        <w:pStyle w:val="Heading2"/>
      </w:pPr>
      <w:r>
        <w:t>Essential Takeaways</w:t>
      </w:r>
      <w:r/>
      <w:r/>
    </w:p>
    <w:p>
      <w:pPr>
        <w:pStyle w:val="ListBullet"/>
        <w:spacing w:line="240" w:lineRule="auto"/>
        <w:ind w:left="720"/>
      </w:pPr>
      <w:r/>
      <w:r>
        <w:rPr>
          <w:b/>
        </w:rPr>
        <w:t>Mzukwa’s account:</w:t>
      </w:r>
      <w:r>
        <w:t xml:space="preserve"> He says officials questioned him and a male friend after allegedly assuming they were a couple.</w:t>
      </w:r>
      <w:r/>
    </w:p>
    <w:p>
      <w:pPr>
        <w:pStyle w:val="ListBullet"/>
        <w:spacing w:line="240" w:lineRule="auto"/>
        <w:ind w:left="720"/>
      </w:pPr>
      <w:r/>
      <w:r>
        <w:rPr>
          <w:b/>
        </w:rPr>
        <w:t>No official confirmation:</w:t>
      </w:r>
      <w:r>
        <w:t xml:space="preserve"> Tanzanian authorities haven’t publicly confirmed that sexual orientation was the reason for any refusal of entry.</w:t>
      </w:r>
      <w:r/>
    </w:p>
    <w:p>
      <w:pPr>
        <w:pStyle w:val="ListBullet"/>
        <w:spacing w:line="240" w:lineRule="auto"/>
        <w:ind w:left="720"/>
      </w:pPr>
      <w:r/>
      <w:r>
        <w:rPr>
          <w:b/>
        </w:rPr>
        <w:t>Legal risk:</w:t>
      </w:r>
      <w:r>
        <w:t xml:space="preserve"> Same-sex sexual activity is criminalised in Tanzania, while Zanzibar has separate provisions carrying serious penalties.</w:t>
      </w:r>
      <w:r/>
    </w:p>
    <w:p>
      <w:pPr>
        <w:pStyle w:val="ListBullet"/>
        <w:spacing w:line="240" w:lineRule="auto"/>
        <w:ind w:left="720"/>
      </w:pPr>
      <w:r/>
      <w:r>
        <w:rPr>
          <w:b/>
        </w:rPr>
        <w:t>Wider attention:</w:t>
      </w:r>
      <w:r>
        <w:t xml:space="preserve"> The airport claim follows debate about Mzukwa’s Mercedes-Benz purchase, business interests and online lifestyle.</w:t>
      </w:r>
      <w:r/>
    </w:p>
    <w:p>
      <w:pPr>
        <w:pStyle w:val="ListBullet"/>
        <w:spacing w:line="240" w:lineRule="auto"/>
        <w:ind w:left="720"/>
      </w:pPr>
      <w:r/>
      <w:r>
        <w:rPr>
          <w:b/>
        </w:rPr>
        <w:t>Travel caution:</w:t>
      </w:r>
      <w:r>
        <w:t xml:space="preserve"> LGBTQ+ visitors should check current advice, understand local laws and plan discreetly before travelling.</w:t>
      </w:r>
      <w:r/>
      <w:r/>
    </w:p>
    <w:p>
      <w:pPr>
        <w:pStyle w:val="Heading2"/>
      </w:pPr>
      <w:r>
        <w:t>Austin Mzukwa’s Zanzibar story has fuelled a bigger conversation</w:t>
      </w:r>
      <w:r/>
    </w:p>
    <w:p>
      <w:r/>
      <w:r>
        <w:t>The sharpest detail in Austin Mzukwa’s story is also the simplest. He says he and a male friend were stopped at Zanzibar airport after officials allegedly believed they were romantically involved. The claim, shared in a social-media video, quickly travelled beyond the airport and into a much wider discussion about safety, privacy and LGBTQ+ travel.</w:t>
      </w:r>
      <w:r/>
    </w:p>
    <w:p>
      <w:r/>
      <w:r>
        <w:t>Mzukwa said both men are gay, but that detail doesn’t establish why they were allegedly refused entry. As Bona and Briefly.co.za reported, the account comes from Mzukwa himself, and there has been no public confirmation from Tanzanian officials that their sexual orientation was the stated reason for the decision.</w:t>
      </w:r>
      <w:r/>
    </w:p>
    <w:p>
      <w:r/>
      <w:r>
        <w:t>That distinction matters. Airport refusals can involve documentation, immigration concerns or other factors, so it would be premature to treat the alleged explanation as an officially established fact. Still, the story has resonated because it sits against a well-documented legal backdrop.</w:t>
      </w:r>
      <w:r/>
    </w:p>
    <w:p>
      <w:pPr>
        <w:pStyle w:val="Heading2"/>
      </w:pPr>
      <w:r>
        <w:t>What Tanzania and Zanzibar’s laws mean for visitors</w:t>
      </w:r>
      <w:r/>
    </w:p>
    <w:p>
      <w:r/>
      <w:r>
        <w:t>Tanzania criminalises consensual same-sex sexual activity between men. The US State Department’s human-rights reporting has also described discrimination and risks affecting LGBTQ+ people, including the possibility of arrest and detention.</w:t>
      </w:r>
      <w:r/>
    </w:p>
    <w:p>
      <w:r/>
      <w:r>
        <w:t>Zanzibar has its own penal legislation. Human Dignity Trust says the territory criminalises same-sex conduct and certain forms of so-called gross indecency, with severe penalties attached. The organisation also documents enforcement and reported arrests, rather than presenting the laws as merely symbolic.</w:t>
      </w:r>
      <w:r/>
    </w:p>
    <w:p>
      <w:r/>
      <w:r>
        <w:t>For travellers, that creates a difficult reality. A sunny beach destination can still have laws and social conditions that feel hostile or unsafe for LGBTQ+ visitors. The warm water and postcard views don't cancel out the need to understand the legal environment before booking a flight.</w:t>
      </w:r>
      <w:r/>
    </w:p>
    <w:p>
      <w:pPr>
        <w:pStyle w:val="Heading2"/>
      </w:pPr>
      <w:r>
        <w:t>Why the allegation has travelled so quickly online</w:t>
      </w:r>
      <w:r/>
    </w:p>
    <w:p>
      <w:r/>
      <w:r>
        <w:t>The story arrived at a moment when Mzukwa was already attracting attention. Coverage from Mzansi Today Live, Omega TV and Briefly.co.za linked the Zanzibar discussion to his wider online profile, where beauty, fashion and lifestyle content have helped build a sizeable following.</w:t>
      </w:r>
      <w:r/>
    </w:p>
    <w:p>
      <w:r/>
      <w:r>
        <w:t>His recent Mercedes-Benz A250 purchase also became a talking point. A lavish reveal, reportedly featuring a floral display costing about R50,000, prompted social-media users to question how he funds the lifestyle shown online.</w:t>
      </w:r>
      <w:r/>
    </w:p>
    <w:p>
      <w:r/>
      <w:r>
        <w:t>That combination is tailor-made for the internet: a luxury car, a glamorous public image and a troubling travel claim. But online interest can flatten separate issues into one fast-moving narrative. Questions about wealth aren't proof of wrongdoing, just as a viral airport account isn't the same as an official finding.</w:t>
      </w:r>
      <w:r/>
    </w:p>
    <w:p>
      <w:pPr>
        <w:pStyle w:val="Heading2"/>
      </w:pPr>
      <w:r>
        <w:t>Practical advice for LGBTQ+ travellers considering Zanzibar</w:t>
      </w:r>
      <w:r/>
    </w:p>
    <w:p>
      <w:r/>
      <w:r>
        <w:t>The first step is to check current government travel advice and reputable LGBTQ+ rights resources before travelling. Human Dignity Trust’s Tanzania profile is useful for understanding the legal framework, while official consular guidance can flag changes in enforcement, entry rules or local conditions.</w:t>
      </w:r>
      <w:r/>
    </w:p>
    <w:p>
      <w:r/>
      <w:r>
        <w:t>Travellers should also be cautious about public displays of affection, dating apps, private messages and sharing personal information with strangers. That isn't a judgement on anyone's identity; it's a practical response to a destination where laws criminalise same-sex conduct and reports describe harassment and detention.</w:t>
      </w:r>
      <w:r/>
    </w:p>
    <w:p>
      <w:r/>
      <w:r>
        <w:t>Keep important documents secure, make sure someone at home knows the itinerary and consider travel insurance that includes legal or emergency assistance. If immigration officials refuse entry, ask calmly for written reasons where possible and contact your embassy or consulate.</w:t>
      </w:r>
      <w:r/>
    </w:p>
    <w:p>
      <w:pPr>
        <w:pStyle w:val="Heading2"/>
      </w:pPr>
      <w:r>
        <w:t>The unanswered questions still matter</w:t>
      </w:r>
      <w:r/>
    </w:p>
    <w:p>
      <w:r/>
      <w:r>
        <w:t>At present, the central question remains unresolved: did officials actually deny Mzukwa and his friend entry because they believed they were a couple? The available reports repeat Mzukwa’s allegation but don't provide an independent official account.</w:t>
      </w:r>
      <w:r/>
    </w:p>
    <w:p>
      <w:r/>
      <w:r>
        <w:t>That uncertainty shouldn't erase the broader concern. Tanzania’s legal restrictions are documented, and LGBTQ+ travellers have legitimate reasons to think carefully about personal safety, privacy and access to help. As the story develops, any response from Tanzanian authorities could clarify what happened at the airport.</w:t>
      </w:r>
      <w:r/>
    </w:p>
    <w:p>
      <w:r/>
      <w:r>
        <w:t>For now, Mzukwa’s account has done something social media often does unexpectedly: it has turned one traveller’s experience into a prompt for a much larger conversation. Many people will be watching not just for the next update, but for clearer guidance about how LGBTQ+ visitors are treated at the border.</w:t>
      </w:r>
      <w:r/>
    </w:p>
    <w:p>
      <w:r/>
      <w:r>
        <w:t>It's a reminder that destination research should include human-rights realities, not just beaches and hotel reviews.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[5]</w:t>
        </w:r>
      </w:hyperlink>
      <w:r>
        <w:t xml:space="preserve">- Paragraph 17: </w:t>
      </w:r>
      <w:hyperlink r:id="rId14">
        <w:r>
          <w:rPr>
            <w:color w:val="0000EE"/>
            <w:u w:val="single"/>
          </w:rPr>
          <w:t>[6]</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[3]</w:t>
        </w:r>
      </w:hyperlink>
      <w:r>
        <w:t xml:space="preserve">- Paragraph 19: </w:t>
      </w:r>
      <w:hyperlink r:id="rId11">
        <w:r>
          <w:rPr>
            <w:color w:val="0000EE"/>
            <w:u w:val="single"/>
          </w:rPr>
          <w:t>[4]</w:t>
        </w:r>
      </w:hyperlink>
      <w:r>
        <w:t xml:space="preserve">, </w:t>
      </w:r>
      <w:hyperlink r:id="rId13">
        <w:r>
          <w:rPr>
            <w:color w:val="0000EE"/>
            <w:u w:val="single"/>
          </w:rPr>
          <w:t>[5]</w:t>
        </w:r>
      </w:hyperlink>
      <w:r>
        <w:t xml:space="preserve">- Paragraph 20: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https://magic828.co.za/they-assumed-we-were-a-couple-austin-mzukwa-recounts-zanzibar-airport-incident/</w:t>
        </w:r>
      </w:hyperlink>
      <w:r>
        <w:t xml:space="preserve"> - Please view link - unable to able to access data</w:t>
      </w:r>
      <w:r/>
    </w:p>
    <w:p>
      <w:pPr>
        <w:pStyle w:val="ListNumber"/>
        <w:spacing w:line="240" w:lineRule="auto"/>
        <w:ind w:left="720"/>
      </w:pPr>
      <w:r/>
      <w:hyperlink r:id="rId10">
        <w:r>
          <w:rPr>
            <w:color w:val="0000EE"/>
            <w:u w:val="single"/>
          </w:rPr>
          <w:t>https://www.bona.co.za/entertainment/austin-mzukwa-addresses-alleged-zanzibar-entry-denial-over-suspected-same-sex-relationship/</w:t>
        </w:r>
      </w:hyperlink>
      <w:r>
        <w:t xml:space="preserve"> - South African content creator Austin Mzukwa addressed an alleged incident at Zanzibar’s airport, where he and a male travel companion were reportedly denied entry and sent back to South Africa. Mzukwa claimed officials believed they were a couple, leading to their refusal of entry. However, Tanzanian authorities have not publicly confirmed the circumstances surrounding the incident. The situation has sparked discussions about Tanzania's laws concerning same-sex sexual activity, which are criminalised and carry severe penalties. The incident also raised questions about the treatment of LGBTQ+ travellers in countries with such laws.</w:t>
      </w:r>
      <w:r/>
    </w:p>
    <w:p>
      <w:pPr>
        <w:pStyle w:val="ListNumber"/>
        <w:spacing w:line="240" w:lineRule="auto"/>
        <w:ind w:left="720"/>
      </w:pPr>
      <w:r/>
      <w:hyperlink r:id="rId12">
        <w:r>
          <w:rPr>
            <w:color w:val="0000EE"/>
            <w:u w:val="single"/>
          </w:rPr>
          <w:t>https://mzansitodaylive.co.za/austin-mzukwa-zanzibar-denied-entry-2026/</w:t>
        </w:r>
      </w:hyperlink>
      <w:r>
        <w:t xml:space="preserve"> - South African content creator Austin Adida Mzukwa was reportedly denied entry into Zanzibar, Tanzania, after arriving for his birthday celebration. Mzukwa shared a video from the airport, stating that officials refused him entry because they believed his travelling companion was his romantic partner. Tanzanian authorities have not commented publicly on the matter. The incident has sparked a debate among South Africans about double standards on the continent and highlighted Tanzania's strict laws on same-sex activity, which carry prison sentences of up to 14 years for men and five years for women.</w:t>
      </w:r>
      <w:r/>
    </w:p>
    <w:p>
      <w:pPr>
        <w:pStyle w:val="ListNumber"/>
        <w:spacing w:line="240" w:lineRule="auto"/>
        <w:ind w:left="720"/>
      </w:pPr>
      <w:r/>
      <w:hyperlink r:id="rId11">
        <w:r>
          <w:rPr>
            <w:color w:val="0000EE"/>
            <w:u w:val="single"/>
          </w:rPr>
          <w:t>https://briefly.co.za/entertainment/celebrities/254890-sa-social-media-personality-austin-mzukwa-denied-entry-zanzibar-gay/</w:t>
        </w:r>
      </w:hyperlink>
      <w:r>
        <w:t xml:space="preserve"> - South African social media personality Austin Adida Mzukwa filmed himself at Zanzibar's airport after officials refused him and his friend entry into the country. Mzukwa had travelled to Zanzibar on 1 October 2026 to celebrate his birthday, but authorities flagged him and his travel companion as a gay couple. The video quickly went viral, sparking a heated debate about Tanzania's anti-LGBTQ+ laws and border enforcement. The incident has raised questions about the treatment of LGBTQ+ travellers in countries with such laws and the importance of understanding local regulations.</w:t>
      </w:r>
      <w:r/>
    </w:p>
    <w:p>
      <w:pPr>
        <w:pStyle w:val="ListNumber"/>
        <w:spacing w:line="240" w:lineRule="auto"/>
        <w:ind w:left="720"/>
      </w:pPr>
      <w:r/>
      <w:hyperlink r:id="rId13">
        <w:r>
          <w:rPr>
            <w:color w:val="0000EE"/>
            <w:u w:val="single"/>
          </w:rPr>
          <w:t>https://www.omegatv.uk/they-assumed-we-were-a-couple-austin-mzukwa-recounts-zanzibar-airport-incident/</w:t>
        </w:r>
      </w:hyperlink>
      <w:r>
        <w:t xml:space="preserve"> - South African content creator Austin Mzukwa recounted an alleged incident at Zanzibar's Abeid Amani Karume International Airport, where he and a male friend were prevented from entering the country after officials assumed they were a couple. Mzukwa shared the account in a video from the airport as the pair prepared to return to South Africa. The circumstances surrounding the reported incident remain unclear, and Tanzanian authorities have not publicly commented on Mzukwa's account. The incident has drawn attention to Tanzania's laws concerning same-sex sexual activity, which are criminalised and carry severe penalties.</w:t>
      </w:r>
      <w:r/>
    </w:p>
    <w:p>
      <w:pPr>
        <w:pStyle w:val="ListNumber"/>
        <w:spacing w:line="240" w:lineRule="auto"/>
        <w:ind w:left="720"/>
      </w:pPr>
      <w:r/>
      <w:hyperlink r:id="rId14">
        <w:r>
          <w:rPr>
            <w:color w:val="0000EE"/>
            <w:u w:val="single"/>
          </w:rPr>
          <w:t>https://2021-2025.state.gov/reports/2022-country-reports-on-human-rights-practices/tanzania/</w:t>
        </w:r>
      </w:hyperlink>
      <w:r>
        <w:t xml:space="preserve"> - The United States Department of State's 2022 Country Reports on Human Rights Practices for Tanzania highlights the lack of legal protections against discrimination based on sexual orientation or gender identity. The report notes that police often verbally and sometimes physically harassed or intimidated persons believed to be LGBTQ+ based on their dress or mannerisms. LGBTQ+ individuals faced societal discrimination that restricted their access to healthcare, housing, and employment. The report also mentions the absence of safe houses or shelters in Zanzibar for LGBTQ+ persons facing discrimination, violence, or abuses based on sexual orientation or gender identity and expression.</w:t>
      </w:r>
      <w:r/>
    </w:p>
    <w:p>
      <w:pPr>
        <w:pStyle w:val="ListNumber"/>
        <w:spacing w:line="240" w:lineRule="auto"/>
        <w:ind w:left="720"/>
      </w:pPr>
      <w:r/>
      <w:hyperlink r:id="rId15">
        <w:r>
          <w:rPr>
            <w:color w:val="0000EE"/>
            <w:u w:val="single"/>
          </w:rPr>
          <w:t>https://www.humandignitytrust.org/country-profile/tanzania/</w:t>
        </w:r>
      </w:hyperlink>
      <w:r>
        <w:t xml:space="preserve"> - The Human Dignity Trust provides an overview of Tanzania's laws regarding same-sex sexual activity. The Penal Code 1945 criminalises acts of 'carnal knowledge against the order of nature' and 'gross indecency,' carrying a maximum penalty of life imprisonment. Both men and women are criminalised under this law. The law was inherited from British colonial rule and continues to be enforced in Tanzania. The report also notes that since 2018, there has been a crackdown against the LGBTQ+ community, with reports of raids, mass arrests, arbitrary detention, and forced anal 'examinations' being commonplace.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gic828.co.za/they-assumed-we-were-a-couple-austin-mzukwa-recounts-zanzibar-airport-incident/" TargetMode="External"/><Relationship Id="rId10" Type="http://schemas.openxmlformats.org/officeDocument/2006/relationships/hyperlink" Target="https://www.bona.co.za/entertainment/austin-mzukwa-addresses-alleged-zanzibar-entry-denial-over-suspected-same-sex-relationship/" TargetMode="External"/><Relationship Id="rId11" Type="http://schemas.openxmlformats.org/officeDocument/2006/relationships/hyperlink" Target="https://briefly.co.za/entertainment/celebrities/254890-sa-social-media-personality-austin-mzukwa-denied-entry-zanzibar-gay/" TargetMode="External"/><Relationship Id="rId12" Type="http://schemas.openxmlformats.org/officeDocument/2006/relationships/hyperlink" Target="https://mzansitodaylive.co.za/austin-mzukwa-zanzibar-denied-entry-2026/" TargetMode="External"/><Relationship Id="rId13" Type="http://schemas.openxmlformats.org/officeDocument/2006/relationships/hyperlink" Target="https://www.omegatv.uk/they-assumed-we-were-a-couple-austin-mzukwa-recounts-zanzibar-airport-incident/" TargetMode="External"/><Relationship Id="rId14" Type="http://schemas.openxmlformats.org/officeDocument/2006/relationships/hyperlink" Target="https://2021-2025.state.gov/reports/2022-country-reports-on-human-rights-practices/tanzania/" TargetMode="External"/><Relationship Id="rId15" Type="http://schemas.openxmlformats.org/officeDocument/2006/relationships/hyperlink" Target="https://www.humandignitytrust.org/country-profile/tanzan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