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Palm Springs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returning to Palm Springs as the desert heat eases, with October bringing standout festivals, modernist design, Halloween parties and fresh food spots. From poolside celebrations to candlelit communal dinners, the city offers plenty of ways to enjoy its lively high season without losing that famously relaxed Palm Springs mood.</w:t>
      </w:r>
      <w:r/>
    </w:p>
    <w:p>
      <w:pPr>
        <w:pStyle w:val="Heading2"/>
      </w:pPr>
      <w:r>
        <w:t>Essential Takeaways</w:t>
      </w:r>
      <w:r/>
      <w:r/>
    </w:p>
    <w:p>
      <w:pPr>
        <w:pStyle w:val="ListBullet"/>
        <w:spacing w:line="240" w:lineRule="auto"/>
        <w:ind w:left="720"/>
      </w:pPr>
      <w:r/>
      <w:r>
        <w:rPr>
          <w:b/>
        </w:rPr>
        <w:t>The season starts strongly:</w:t>
      </w:r>
      <w:r>
        <w:t xml:space="preserve"> The Dinah brings music, pool parties and community events to Palm Springs.</w:t>
      </w:r>
      <w:r/>
    </w:p>
    <w:p>
      <w:pPr>
        <w:pStyle w:val="ListBullet"/>
        <w:spacing w:line="240" w:lineRule="auto"/>
        <w:ind w:left="720"/>
      </w:pPr>
      <w:r/>
      <w:r>
        <w:rPr>
          <w:b/>
        </w:rPr>
        <w:t>Modernism takes centre stage:</w:t>
      </w:r>
      <w:r>
        <w:t xml:space="preserve"> The Modernism Fall Show pairs design discovery with tours, dining and mid-century glamour.</w:t>
      </w:r>
      <w:r/>
    </w:p>
    <w:p>
      <w:pPr>
        <w:pStyle w:val="ListBullet"/>
        <w:spacing w:line="240" w:lineRule="auto"/>
        <w:ind w:left="720"/>
      </w:pPr>
      <w:r/>
      <w:r>
        <w:rPr>
          <w:b/>
        </w:rPr>
        <w:t>Halloween gets a Palm Springs twist:</w:t>
      </w:r>
      <w:r>
        <w:t xml:space="preserve"> The Arenas District hosts free street parties, DJs and costume competitions.</w:t>
      </w:r>
      <w:r/>
    </w:p>
    <w:p>
      <w:pPr>
        <w:pStyle w:val="ListBullet"/>
        <w:spacing w:line="240" w:lineRule="auto"/>
        <w:ind w:left="720"/>
      </w:pPr>
      <w:r/>
      <w:r>
        <w:rPr>
          <w:b/>
        </w:rPr>
        <w:t>Food is part of the itinerary:</w:t>
      </w:r>
      <w:r>
        <w:t xml:space="preserve"> New cafés, Italian cooking and outdoor shared dinners add plenty of flavour.</w:t>
      </w:r>
      <w:r/>
    </w:p>
    <w:p>
      <w:pPr>
        <w:pStyle w:val="ListBullet"/>
        <w:spacing w:line="240" w:lineRule="auto"/>
        <w:ind w:left="720"/>
      </w:pPr>
      <w:r/>
      <w:r>
        <w:rPr>
          <w:b/>
        </w:rPr>
        <w:t>Book ahead:</w:t>
      </w:r>
      <w:r>
        <w:t xml:space="preserve"> Popular events, restaurant seats and festival tickets can fill quickly as temperatures become more comfortable.</w:t>
      </w:r>
      <w:r/>
      <w:r/>
    </w:p>
    <w:p>
      <w:pPr>
        <w:pStyle w:val="Heading2"/>
      </w:pPr>
      <w:r>
        <w:t>October is when Palm Springs comes back to life</w:t>
      </w:r>
      <w:r/>
    </w:p>
    <w:p>
      <w:r/>
      <w:r>
        <w:t>There’s a noticeable lift in Palm Springs once the fierce summer temperatures begin to retreat. Pool water feels inviting rather than essential, outdoor tables become comfortable again, and the city’s famous mid-century silhouettes seem to glow under clearer, gentler light.</w:t>
      </w:r>
      <w:r/>
    </w:p>
    <w:p>
      <w:r/>
      <w:r>
        <w:t>The month’s calendar reflects that shift. According to Palm Springs Preferred Small Hotels, October combines major annual gatherings with new restaurants, cafés and seasonal experiences, making it a particularly easy time to mix sightseeing with spontaneous evenings out.</w:t>
      </w:r>
      <w:r/>
    </w:p>
    <w:p>
      <w:r/>
      <w:r>
        <w:t>For visitors, the appeal is simple: you can spend the morning exploring architecture, the afternoon by the pool and the evening at a lively event. Few destinations make that combination feel quite so effortless.</w:t>
      </w:r>
      <w:r/>
    </w:p>
    <w:p>
      <w:pPr>
        <w:pStyle w:val="Heading2"/>
      </w:pPr>
      <w:r>
        <w:t>Music, community and a big welcome from The Dinah</w:t>
      </w:r>
      <w:r/>
    </w:p>
    <w:p>
      <w:r/>
      <w:r>
        <w:t>The Dinah remains one of the most significant events on Palm Springs’ autumn calendar. The five-day celebration brings together lesbian, queer female, trans and non-binary communities through live music, pool gatherings, social meet-ups and evening parties.</w:t>
      </w:r>
      <w:r/>
    </w:p>
    <w:p>
      <w:r/>
      <w:r>
        <w:t>The event began on a much smaller scale in the 1990s but has grown into a major international festival. The Dinah’s own event information highlights a packed programme designed to give visitors several ways to take part, whether they arrive with friends or on their own.</w:t>
      </w:r>
      <w:r/>
    </w:p>
    <w:p>
      <w:r/>
      <w:r>
        <w:t>That welcoming atmosphere is part of the draw. Singles and solo social sessions mean the festival isn’t only for established groups, while the more glamorous evening events offer a chance to dress up and lean into Palm Springs’ playful side.</w:t>
      </w:r>
      <w:r/>
    </w:p>
    <w:p>
      <w:pPr>
        <w:pStyle w:val="Heading2"/>
      </w:pPr>
      <w:r>
        <w:t>Modernist design gets its autumn moment</w:t>
      </w:r>
      <w:r/>
    </w:p>
    <w:p>
      <w:r/>
      <w:r>
        <w:t>Palm Springs and modernism are practically inseparable, so the Modernism Fall Show feels less like a standalone event and more like a seasonal homecoming. Visitors can browse collectible furniture, art and decorative pieces while soaking up the design language that defines the city.</w:t>
      </w:r>
      <w:r/>
    </w:p>
    <w:p>
      <w:r/>
      <w:r>
        <w:t>Palm Springs.com has described Modernism Week and related shows as a major part of the destination’s cultural identity. Previous reporting from the publication also pointed to strong attendance and sales, underlining the event’s appeal to both serious collectors and curious newcomers.</w:t>
      </w:r>
      <w:r/>
    </w:p>
    <w:p>
      <w:r/>
      <w:r>
        <w:t>You don’t need to know every architect or designer to enjoy it. Start with a guided tour or a wander through the show, then look for the details that make the era so recognisable: clean lines, warm timber, sculptural seating and just enough glamour. It’s a particularly good choice for visitors who prefer their sightseeing with a little visual drama.</w:t>
      </w:r>
      <w:r/>
    </w:p>
    <w:p>
      <w:pPr>
        <w:pStyle w:val="Heading2"/>
      </w:pPr>
      <w:r>
        <w:t>Halloween arrives with music and plenty of sparkle</w:t>
      </w:r>
      <w:r/>
    </w:p>
    <w:p>
      <w:r/>
      <w:r>
        <w:t>Palm Springs doesn’t do understated Halloween. The Arenas District’s two-day street celebration brings live music, DJs, costume contests and a lively crowd, with the action continuing into the evening.</w:t>
      </w:r>
      <w:r/>
    </w:p>
    <w:p>
      <w:r/>
      <w:r>
        <w:t>Entry is free with a suggested donation supporting local LGBTQ+ organisations, while a VIP vodka lounge adds an optional upgrade for those looking to make more of the night. The atmosphere is festive rather than frightening, so expect bold costumes, dancing and plenty of people-watching.</w:t>
      </w:r>
      <w:r/>
    </w:p>
    <w:p>
      <w:r/>
      <w:r>
        <w:t>There’s also a theatrical option earlier in the month, with a screening of The Rocky Horror Picture Show at the historic Plaza Theatre. A guest appearance by Nell Campbell, who played Columbia in the original film, makes it a tempting choice for fans who like their Halloween with a generous helping of camp.</w:t>
      </w:r>
      <w:r/>
    </w:p>
    <w:p>
      <w:pPr>
        <w:pStyle w:val="Heading2"/>
      </w:pPr>
      <w:r>
        <w:t>New restaurants make room for shared tables</w:t>
      </w:r>
      <w:r/>
    </w:p>
    <w:p>
      <w:r/>
      <w:r>
        <w:t>October’s food scene is just as sociable as its event programme. Holiday House brings back its outdoor Fried Chicken Family Dinner, seating a large communal table under the stars with fried chicken, side dishes and dessert.</w:t>
      </w:r>
      <w:r/>
    </w:p>
    <w:p>
      <w:r/>
      <w:r>
        <w:t>It’s the sort of experience that works especially well in Palm Springs, where dining outdoors can feel like part of the holiday rather than a simple meal. Reservations are required, so it’s worth booking before arrival if the idea of a shared dinner appeals.</w:t>
      </w:r>
      <w:r/>
    </w:p>
    <w:p>
      <w:r/>
      <w:r>
        <w:t>New openings add more choice. Those Italian Cousins is serving pasta, pinsas and seadas, while Bird offers coffee and daytime food with plans to expand into pizza and wine as the season develops. Vegan and vegan-curious visitors can also look to Tanya’s Kitchen for hands-on classes focused on ingredients such as tofu and tempeh.</w:t>
      </w:r>
      <w:r/>
    </w:p>
    <w:p>
      <w:pPr>
        <w:pStyle w:val="Heading2"/>
      </w:pPr>
      <w:r>
        <w:t>How to plan an October visit</w:t>
      </w:r>
      <w:r/>
    </w:p>
    <w:p>
      <w:r/>
      <w:r>
        <w:t>The easiest way to enjoy Palm Springs in October is to build around one headline event, then leave space for slower pleasures. Pair the Modernism Fall Show with an architecture tour, or follow a morning coffee at Bird with a relaxed afternoon by the pool.</w:t>
      </w:r>
      <w:r/>
    </w:p>
    <w:p>
      <w:r/>
      <w:r>
        <w:t>Book accommodation and popular dinners early, especially around festival weekends. Comfortable daytime temperatures can make it tempting to pack lightly, but evenings may feel cooler, so a smart layer is useful alongside your more glamorous outfits.</w:t>
      </w:r>
      <w:r/>
    </w:p>
    <w:p>
      <w:r/>
      <w:r>
        <w:t>And if you’re staying into November, keep an eye on Palm Springs Pride and the Palm Springs Food and Wine Festival. October may open the door to the season, but the calendar only gets busier from here.</w:t>
      </w:r>
      <w:r/>
    </w:p>
    <w:p>
      <w:r/>
      <w:r>
        <w:t>October in Palm Springs is at its best when you mix one big night with plenty of time to wander.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[6]</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2">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2">
        <w:r>
          <w:rPr>
            <w:color w:val="0000EE"/>
            <w:u w:val="single"/>
          </w:rPr>
          <w:t>[5]</w:t>
        </w:r>
      </w:hyperlink>
      <w:r>
        <w:t xml:space="preserve">- Paragraph 12: </w:t>
      </w:r>
      <w:hyperlink r:id="rId12">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https://palmspringspreferredsmallhotels.com/events/whats-happening-in-palm-springs-this-october/</w:t>
        </w:r>
      </w:hyperlink>
      <w:r>
        <w:t xml:space="preserve"> - Please view link - unable to able to access data</w:t>
      </w:r>
      <w:r/>
    </w:p>
    <w:p>
      <w:pPr>
        <w:pStyle w:val="ListNumber"/>
        <w:spacing w:line="240" w:lineRule="auto"/>
        <w:ind w:left="720"/>
      </w:pPr>
      <w:r/>
      <w:hyperlink r:id="rId10">
        <w:r>
          <w:rPr>
            <w:color w:val="0000EE"/>
            <w:u w:val="single"/>
          </w:rPr>
          <w:t>https://thedinah.com/the-dinah-2023-palm-springs-ca/</w:t>
        </w:r>
      </w:hyperlink>
      <w:r>
        <w:t xml:space="preserve"> - The Dinah 2023, held from September 20 to 24 at the Margaritaville Resort in Palm Springs, celebrated its 32nd anniversary as the world's largest annual music festival for queer women and non-binary individuals. The event featured pool parties, concerts, and a Black and White Ball, with performances by artists like G. Flip, Phem, Xana, Keeana Kee, Black Box, Doechii, and Princess Nokia. Attendees experienced a vibrant atmosphere, with special moments such as G. Flip's 30th birthday celebration and a tribute to cancer survivor Rose Garcia.</w:t>
      </w:r>
      <w:r/>
    </w:p>
    <w:p>
      <w:pPr>
        <w:pStyle w:val="ListNumber"/>
        <w:spacing w:line="240" w:lineRule="auto"/>
        <w:ind w:left="720"/>
      </w:pPr>
      <w:r/>
      <w:hyperlink r:id="rId11">
        <w:r>
          <w:rPr>
            <w:color w:val="0000EE"/>
            <w:u w:val="single"/>
          </w:rPr>
          <w:t>https://www.palmsprings.com/modernism-week-and-the-palm-springs-modernism-fall-show/</w:t>
        </w:r>
      </w:hyperlink>
      <w:r>
        <w:t xml:space="preserve"> - The Palm Springs Modernism Fall Show, part of Modernism Week, is a four-day event from October 19 to 22, 2023, featuring over 50 events, including tours, talks, and parties in unique locations. The Palm Springs Modernism Show, a key component of this event, showcases nearly 50 premier national exhibitors offering vintage furniture, decorative and fine art representing all design movements of the 20th and 21st centuries. This show returns for its ninth year, highlighting Palm Springs' rich modernist heritage.</w:t>
      </w:r>
      <w:r/>
    </w:p>
    <w:p>
      <w:pPr>
        <w:pStyle w:val="ListNumber"/>
        <w:spacing w:line="240" w:lineRule="auto"/>
        <w:ind w:left="720"/>
      </w:pPr>
      <w:r/>
      <w:hyperlink r:id="rId12">
        <w:r>
          <w:rPr>
            <w:color w:val="0000EE"/>
            <w:u w:val="single"/>
          </w:rPr>
          <w:t>https://www.palmsprings.com/palm-springs-modernism-show-reports-record-sales-and-robust-attendance/</w:t>
        </w:r>
      </w:hyperlink>
      <w:r>
        <w:t xml:space="preserve"> - The 23rd annual Palm Springs Modernism Show, held during Modernism Week 2023, reported robust attendance with nearly 15,000 visitors. The event featured 120 top-tier national and international exhibitors presenting vintage 20th-century designs and 21st-century decorative and fine arts. An opening night party benefiting Modernism Week attracted over 1,200 attendees. The show is recognised as the largest vintage modernism show in the U.S., drawing attendees from around the world to celebrate Palm Springs' modernist legacy.</w:t>
      </w:r>
      <w:r/>
    </w:p>
    <w:p>
      <w:pPr>
        <w:pStyle w:val="ListNumber"/>
        <w:spacing w:line="240" w:lineRule="auto"/>
        <w:ind w:left="720"/>
      </w:pPr>
      <w:r/>
      <w:hyperlink r:id="rId12">
        <w:r>
          <w:rPr>
            <w:color w:val="0000EE"/>
            <w:u w:val="single"/>
          </w:rPr>
          <w:t>https://www.palmsprings.com/palm-springs-modernism-show-reports-record-sales-and-robust-attendance/</w:t>
        </w:r>
      </w:hyperlink>
      <w:r>
        <w:t xml:space="preserve"> - The 23rd annual Palm Springs Modernism Show, held during Modernism Week 2023, reported robust attendance with nearly 15,000 visitors. The event featured 120 top-tier national and international exhibitors presenting vintage 20th-century designs and 21st-century decorative and fine arts. An opening night party benefiting Modernism Week attracted over 1,200 attendees. The show is recognised as the largest vintage modernism show in the U.S., drawing attendees from around the world to celebrate Palm Springs' modernist legacy.</w:t>
      </w:r>
      <w:r/>
    </w:p>
    <w:p>
      <w:pPr>
        <w:pStyle w:val="ListNumber"/>
        <w:spacing w:line="240" w:lineRule="auto"/>
        <w:ind w:left="720"/>
      </w:pPr>
      <w:r/>
      <w:hyperlink r:id="rId12">
        <w:r>
          <w:rPr>
            <w:color w:val="0000EE"/>
            <w:u w:val="single"/>
          </w:rPr>
          <w:t>https://www.palmsprings.com/palm-springs-modernism-show-reports-record-sales-and-robust-attendance/</w:t>
        </w:r>
      </w:hyperlink>
      <w:r>
        <w:t xml:space="preserve"> - The 23rd annual Palm Springs Modernism Show, held during Modernism Week 2023, reported robust attendance with nearly 15,000 visitors. The event featured 120 top-tier national and international exhibitors presenting vintage 20th-century designs and 21st-century decorative and fine arts. An opening night party benefiting Modernism Week attracted over 1,200 attendees. The show is recognised as the largest vintage modernism show in the U.S., drawing attendees from around the world to celebrate Palm Springs' modernist legacy.</w:t>
      </w:r>
      <w:r/>
    </w:p>
    <w:p>
      <w:pPr>
        <w:pStyle w:val="ListNumber"/>
        <w:spacing w:line="240" w:lineRule="auto"/>
        <w:ind w:left="720"/>
      </w:pPr>
      <w:r/>
      <w:hyperlink r:id="rId12">
        <w:r>
          <w:rPr>
            <w:color w:val="0000EE"/>
            <w:u w:val="single"/>
          </w:rPr>
          <w:t>https://www.palmsprings.com/palm-springs-modernism-show-reports-record-sales-and-robust-attendance/</w:t>
        </w:r>
      </w:hyperlink>
      <w:r>
        <w:t xml:space="preserve"> - The 23rd annual Palm Springs Modernism Show, held during Modernism Week 2023, reported robust attendance with nearly 15,000 visitors. The event featured 120 top-tier national and international exhibitors presenting vintage 20th-century designs and 21st-century decorative and fine arts. An opening night party benefiting Modernism Week attracted over 1,200 attendees. The show is recognised as the largest vintage modernism show in the U.S., drawing attendees from around the world to celebrate Palm Springs' modernist legacy.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lmspringspreferredsmallhotels.com/events/whats-happening-in-palm-springs-this-october/" TargetMode="External"/><Relationship Id="rId10" Type="http://schemas.openxmlformats.org/officeDocument/2006/relationships/hyperlink" Target="https://thedinah.com/the-dinah-2023-palm-springs-ca/" TargetMode="External"/><Relationship Id="rId11" Type="http://schemas.openxmlformats.org/officeDocument/2006/relationships/hyperlink" Target="https://www.palmsprings.com/modernism-week-and-the-palm-springs-modernism-fall-show/" TargetMode="External"/><Relationship Id="rId12" Type="http://schemas.openxmlformats.org/officeDocument/2006/relationships/hyperlink" Target="https://www.palmsprings.com/palm-springs-modernism-show-reports-record-sales-and-robust-atten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