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TV and films to watch in October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across the UK and US have a packed October of queer TV and film to explore, from a chilly new Vigil mystery on BBC iPlayer to Hayley Kiyoko's long-awaited Girls Like Girls cinema release. With Halloween, International Lesbian Day and several major streaming premieres on the calendar, there's plenty to queue up before the evenings get properly dark.</w:t>
      </w:r>
      <w:r/>
    </w:p>
    <w:p>
      <w:pPr>
        <w:pStyle w:val="Heading2"/>
      </w:pPr>
      <w:r>
        <w:t>October's queer screen calendar is unusually strong</w:t>
      </w:r>
      <w:r/>
      <w:r/>
    </w:p>
    <w:p>
      <w:pPr>
        <w:pStyle w:val="ListBullet"/>
        <w:spacing w:line="240" w:lineRule="auto"/>
        <w:ind w:left="720"/>
      </w:pPr>
      <w:r/>
      <w:r>
        <w:rPr>
          <w:b/>
        </w:rPr>
        <w:t>A frosty thriller:</w:t>
      </w:r>
      <w:r>
        <w:t xml:space="preserve"> Vigil returns to BBC iPlayer with Amy Silva and Kirsten Longacre investigating a death in the Arctic.</w:t>
      </w:r>
      <w:r/>
    </w:p>
    <w:p>
      <w:pPr>
        <w:pStyle w:val="ListBullet"/>
        <w:spacing w:line="240" w:lineRule="auto"/>
        <w:ind w:left="720"/>
      </w:pPr>
      <w:r/>
      <w:r>
        <w:rPr>
          <w:b/>
        </w:rPr>
        <w:t>A long-awaited cinema release:</w:t>
      </w:r>
      <w:r>
        <w:t xml:space="preserve"> Girls Like Girls reaches UK and Irish cinemas on 2 October.</w:t>
      </w:r>
      <w:r/>
    </w:p>
    <w:p>
      <w:pPr>
        <w:pStyle w:val="ListBullet"/>
        <w:spacing w:line="240" w:lineRule="auto"/>
        <w:ind w:left="720"/>
      </w:pPr>
      <w:r/>
      <w:r>
        <w:rPr>
          <w:b/>
        </w:rPr>
        <w:t>A darker Halloween choice:</w:t>
      </w:r>
      <w:r>
        <w:t xml:space="preserve"> Teenage Sex and Death at Camp Miasma arrives on MUBI with trans and sapphic horror at its centre.</w:t>
      </w:r>
      <w:r/>
    </w:p>
    <w:p>
      <w:pPr>
        <w:pStyle w:val="ListBullet"/>
        <w:spacing w:line="240" w:lineRule="auto"/>
        <w:ind w:left="720"/>
      </w:pPr>
      <w:r/>
      <w:r>
        <w:rPr>
          <w:b/>
        </w:rPr>
        <w:t>More drama ahead:</w:t>
      </w:r>
      <w:r>
        <w:t xml:space="preserve"> Grey's Anatomy, Helluva Boss and several returning favourites add fresh queer storylines this month.</w:t>
      </w:r>
      <w:r/>
      <w:r/>
    </w:p>
    <w:p>
      <w:pPr>
        <w:pStyle w:val="Heading2"/>
      </w:pPr>
      <w:r>
        <w:t>Vigil brings lesbian detectives into the cold</w:t>
      </w:r>
      <w:r/>
    </w:p>
    <w:p>
      <w:r/>
      <w:r>
        <w:t>The strongest place to start is also the iciest. Vigil's third series sends DCI Amy Silva and DI Kirsten Longacre to a remote Arctic research station, where a death threatens to become something much larger than a standard police investigation.</w:t>
      </w:r>
      <w:r/>
    </w:p>
    <w:p>
      <w:r/>
      <w:r>
        <w:t>All six episodes are available on BBC iPlayer, making this an excellent binge for anyone who prefers their autumn television tense, polished and faintly frostbitten. According to BBC iPlayer, the new series follows the duo into another high-stakes case, while the first two series are also available if your memory needs warming up.</w:t>
      </w:r>
      <w:r/>
    </w:p>
    <w:p>
      <w:r/>
      <w:r>
        <w:t>The setting changes, but the appeal remains familiar. Amy and Kirsten are compelling investigators, and their partnership gives the thriller a human pulse beneath all that snow and military secrecy.</w:t>
      </w:r>
      <w:r/>
    </w:p>
    <w:p>
      <w:pPr>
        <w:pStyle w:val="Heading2"/>
      </w:pPr>
      <w:r>
        <w:t>Girls Like Girls finally reaches UK cinemas</w:t>
      </w:r>
      <w:r/>
    </w:p>
    <w:p>
      <w:r/>
      <w:r>
        <w:t>Hayley Kiyoko's Girls Like Girls has taken the long route to British screens, but the wait ends on 2 October in the UK and Ireland. The film follows 17-year-old Coley during a difficult summer in rural Oregon, as grief, family upheaval and an intense new attraction collide.</w:t>
      </w:r>
      <w:r/>
    </w:p>
    <w:p>
      <w:r/>
      <w:r>
        <w:t>The story began life as the world surrounding Kiyoko's sapphic pop song, but the feature gives that feeling room to breathe. The Guardian's interview with Kiyoko explores how the project grew from a short musical idea into a coming-of-age film, with its central sexuality treated as part of Coley's life rather than a problem to be solved.</w:t>
      </w:r>
      <w:r/>
    </w:p>
    <w:p>
      <w:r/>
      <w:r>
        <w:t>That distinction matters. Teen queer stories can too easily become misery machines, whereas this film appears more interested in longing, uncertainty and the strange brightness of being 17. Bring tissues, and perhaps a friend who remembers their own catastrophically intense teenage crush.</w:t>
      </w:r>
      <w:r/>
    </w:p>
    <w:p>
      <w:pPr>
        <w:pStyle w:val="Heading2"/>
      </w:pPr>
      <w:r>
        <w:t>For Halloween, choose between stylish horror and surreal dread</w:t>
      </w:r>
      <w:r/>
    </w:p>
    <w:p>
      <w:r/>
      <w:r>
        <w:t>MUBI's Teenage Sex and Death at Camp Miasma looks set to be October's most knowingly strange horror pick. Hannah Einbinder plays a queer filmmaker who becomes involved with the withdrawn final girl from an old franchise, sending the story into a feverish mix of desire, violence and creative obsession.</w:t>
      </w:r>
      <w:r/>
    </w:p>
    <w:p>
      <w:r/>
      <w:r>
        <w:t>The film's trans and sapphic perspective gives it more to chew on than a routine slasher. Its cast also includes several recognisable queer performers, while MUBI has leaned into the retro mood with a pan-and-scan VHS edition. It's a gloriously committed choice for viewers who like their horror bloody, theatrical and a little unhinged.</w:t>
      </w:r>
      <w:r/>
    </w:p>
    <w:p>
      <w:r/>
      <w:r>
        <w:t>US viewers have another option in The Cuckoo Clock, a smaller sapphic mystery arriving in selected cinemas. Its premise involves a missing nurse, a dementia-afflicted grandmother and a clock that may know more than it should. The Guardian's wider film coverage reflects the current appetite for intimate, atmosphere-led genre films, and this one sounds made for a dark evening rather than a noisy multiplex.</w:t>
      </w:r>
      <w:r/>
    </w:p>
    <w:p>
      <w:pPr>
        <w:pStyle w:val="Heading2"/>
      </w:pPr>
      <w:r>
        <w:t>Returning series keep the queer storylines moving</w:t>
      </w:r>
      <w:r/>
    </w:p>
    <w:p>
      <w:r/>
      <w:r>
        <w:t>Animation fans can look forward to Helluva Boss returning to Prime Video on 14 October. The adult musical comedy remains crude and chaotic, but its queer characters and complicated relationships give the supernatural mayhem a surprisingly warm centre.</w:t>
      </w:r>
      <w:r/>
    </w:p>
    <w:p>
      <w:r/>
      <w:r>
        <w:t>Grey's Anatomy also returns, with its 23rd season beginning in the US on 15 October and new episodes expected on Disney+ in the UK. The medical drama continues to find room for sapphic tension, including the ongoing complications around Amelia, Toni and Cass. Twenty-three seasons in, that is a remarkable amount of emotional mileage from one hospital.</w:t>
      </w:r>
      <w:r/>
    </w:p>
    <w:p>
      <w:r/>
      <w:r>
        <w:t>For something less emotionally exhausting, Kate Berlant: Parmesan arrives on HBO Max in the UK on 17 October. The comedian's new special promises surreal observations about technology, sexuality and the moon, which sounds like exactly the kind of left turn needed after a week of prestige drama.</w:t>
      </w:r>
      <w:r/>
    </w:p>
    <w:p>
      <w:pPr>
        <w:pStyle w:val="Heading2"/>
      </w:pPr>
      <w:r>
        <w:t>Save a little space for November</w:t>
      </w:r>
      <w:r/>
    </w:p>
    <w:p>
      <w:r/>
      <w:r>
        <w:t>October is busy, but November may be even gayer. Netflix's The Body is expected on 11 November, bringing a charged Catholic-school drama about a dance team, a disastrous initiation and two friends with feelings that are becoming increasingly difficult to ignore.</w:t>
      </w:r>
      <w:r/>
    </w:p>
    <w:p>
      <w:r/>
      <w:r>
        <w:t>Yellowjackets also returns for its fourth and final season on Paramount+ on 20 November. For viewers who enjoy survival drama with psychological damage, secrets and an ominous woodland atmosphere, it should make a suitably intense follow-up to October's horror viewing.</w:t>
      </w:r>
      <w:r/>
    </w:p>
    <w:p>
      <w:r/>
      <w:r>
        <w:t>Meanwhile, Drag Race UK continues on BBC Three and BBC iPlayer through 5 November. With the BBC ending its run after this series, each episode carries a little extra farewell energy. It may be wise to enjoy the glitter while it's still there.</w:t>
      </w:r>
      <w:r/>
    </w:p>
    <w:p>
      <w:r/>
      <w:r>
        <w:t>October's line-up is a reminder that queer viewing no longer fits into one neat genre. There are police thrillers, teenage romances, surreal comedy, adult animation and horror with plenty of teeth. The best choice depends on your mood, but thankfully the calendar has something for nearly all of them.</w:t>
      </w:r>
      <w:r/>
    </w:p>
    <w:p>
      <w:pPr>
        <w:pStyle w:val="Heading2"/>
      </w:pPr>
      <w:r>
        <w:t>Closing Line</w:t>
      </w:r>
      <w:r/>
    </w:p>
    <w:p>
      <w:r/>
      <w:r>
        <w:t>Put the kettle on, choose your mood and settle in for a very queer autumn.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1">
        <w:r>
          <w:rPr>
            <w:color w:val="0000EE"/>
            <w:u w:val="single"/>
          </w:rPr>
          <w:t>[4]</w:t>
        </w:r>
      </w:hyperlink>
      <w:r>
        <w:t xml:space="preserve">- Paragraph 5: </w:t>
      </w:r>
      <w:hyperlink r:id="rId11">
        <w:r>
          <w:rPr>
            <w:color w:val="0000EE"/>
            <w:u w:val="single"/>
          </w:rPr>
          <w:t>[3]</w:t>
        </w:r>
      </w:hyperlink>
      <w:r>
        <w:t xml:space="preserve">, </w:t>
      </w:r>
      <w:hyperlink r:id="rId11">
        <w:r>
          <w:rPr>
            <w:color w:val="0000EE"/>
            <w:u w:val="single"/>
          </w:rPr>
          <w:t>[5]</w:t>
        </w:r>
      </w:hyperlink>
      <w:r>
        <w:t xml:space="preserve">- Paragraph 6: </w:t>
      </w:r>
      <w:hyperlink r:id="rId11">
        <w:r>
          <w:rPr>
            <w:color w:val="0000EE"/>
            <w:u w:val="single"/>
          </w:rPr>
          <w:t>[4]</w:t>
        </w:r>
      </w:hyperlink>
      <w:r>
        <w:t xml:space="preserve">, </w:t>
      </w:r>
      <w:hyperlink r:id="rId11">
        <w:r>
          <w:rPr>
            <w:color w:val="0000EE"/>
            <w:u w:val="single"/>
          </w:rPr>
          <w:t>[6]</w:t>
        </w:r>
      </w:hyperlink>
      <w:r>
        <w:t xml:space="preserve">- Paragraph 7: </w:t>
      </w:r>
      <w:hyperlink r:id="rId11">
        <w:r>
          <w:rPr>
            <w:color w:val="0000EE"/>
            <w:u w:val="single"/>
          </w:rPr>
          <w:t>[5]</w:t>
        </w:r>
      </w:hyperlink>
      <w:r>
        <w:t xml:space="preserve">, </w:t>
      </w:r>
      <w:hyperlink r:id="rId11">
        <w:r>
          <w:rPr>
            <w:color w:val="0000EE"/>
            <w:u w:val="single"/>
          </w:rPr>
          <w:t>[7]</w:t>
        </w:r>
      </w:hyperlink>
      <w:r>
        <w:t xml:space="preserve">- Paragraph 8: </w:t>
      </w:r>
      <w:hyperlink r:id="rId11">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https://nonchalantmagazine.com/your-queer-tv-guide-for-october/</w:t>
        </w:r>
      </w:hyperlink>
      <w:r>
        <w:t xml:space="preserve"> - Please view link - unable to able to access data</w:t>
      </w:r>
      <w:r/>
    </w:p>
    <w:p>
      <w:pPr>
        <w:pStyle w:val="ListNumber"/>
        <w:spacing w:line="240" w:lineRule="auto"/>
        <w:ind w:left="720"/>
      </w:pPr>
      <w:r/>
      <w:hyperlink r:id="rId10">
        <w:r>
          <w:rPr>
            <w:color w:val="0000EE"/>
            <w:u w:val="single"/>
          </w:rPr>
          <w:t>https://www.bbc.co.uk/iplayer/episode/m000z5l5/vigil-series-3-episode-1</w:t>
        </w:r>
      </w:hyperlink>
      <w:r>
        <w:t xml:space="preserve"> - The BBC iPlayer page for 'Vigil' Series 3 Episode 1, featuring DCI Amy Silva and DI Kirsten Longacre investigating a murder at a remote Arctic research station.</w:t>
      </w:r>
      <w:r/>
    </w:p>
    <w:p>
      <w:pPr>
        <w:pStyle w:val="ListNumber"/>
        <w:spacing w:line="240" w:lineRule="auto"/>
        <w:ind w:left="720"/>
      </w:pPr>
      <w:r/>
      <w:hyperlink r:id="rId11">
        <w:r>
          <w:rPr>
            <w:color w:val="0000EE"/>
            <w:u w:val="single"/>
          </w:rPr>
          <w:t>https://www.theguardian.com/film/2026/oct/02/hayley-kiyoko-interview-girls-like-girls-music-film-books</w:t>
        </w:r>
      </w:hyperlink>
      <w:r>
        <w:t xml:space="preserve"> - An interview with Hayley Kiyoko discussing her directorial debut with the film adaptation of her 2015 song 'Girls Like Girls', exploring themes of sexuality and representation.</w:t>
      </w:r>
      <w:r/>
    </w:p>
    <w:p>
      <w:pPr>
        <w:pStyle w:val="ListNumber"/>
        <w:spacing w:line="240" w:lineRule="auto"/>
        <w:ind w:left="720"/>
      </w:pPr>
      <w:r/>
      <w:hyperlink r:id="rId11">
        <w:r>
          <w:rPr>
            <w:color w:val="0000EE"/>
            <w:u w:val="single"/>
          </w:rPr>
          <w:t>https://www.theguardian.com/film/2026/oct/02/hayley-kiyoko-interview-girls-like-girls-music-film-books</w:t>
        </w:r>
      </w:hyperlink>
      <w:r>
        <w:t xml:space="preserve"> - An interview with Hayley Kiyoko discussing her directorial debut with the film adaptation of her 2015 song 'Girls Like Girls', exploring themes of sexuality and representation.</w:t>
      </w:r>
      <w:r/>
    </w:p>
    <w:p>
      <w:pPr>
        <w:pStyle w:val="ListNumber"/>
        <w:spacing w:line="240" w:lineRule="auto"/>
        <w:ind w:left="720"/>
      </w:pPr>
      <w:r/>
      <w:hyperlink r:id="rId11">
        <w:r>
          <w:rPr>
            <w:color w:val="0000EE"/>
            <w:u w:val="single"/>
          </w:rPr>
          <w:t>https://www.theguardian.com/film/2026/oct/02/hayley-kiyoko-interview-girls-like-girls-music-film-books</w:t>
        </w:r>
      </w:hyperlink>
      <w:r>
        <w:t xml:space="preserve"> - An interview with Hayley Kiyoko discussing her directorial debut with the film adaptation of her 2015 song 'Girls Like Girls', exploring themes of sexuality and representation.</w:t>
      </w:r>
      <w:r/>
    </w:p>
    <w:p>
      <w:pPr>
        <w:pStyle w:val="ListNumber"/>
        <w:spacing w:line="240" w:lineRule="auto"/>
        <w:ind w:left="720"/>
      </w:pPr>
      <w:r/>
      <w:hyperlink r:id="rId11">
        <w:r>
          <w:rPr>
            <w:color w:val="0000EE"/>
            <w:u w:val="single"/>
          </w:rPr>
          <w:t>https://www.theguardian.com/film/2026/oct/02/hayley-kiyoko-interview-girls-like-girls-music-film-books</w:t>
        </w:r>
      </w:hyperlink>
      <w:r>
        <w:t xml:space="preserve"> - An interview with Hayley Kiyoko discussing her directorial debut with the film adaptation of her 2015 song 'Girls Like Girls', exploring themes of sexuality and representation.</w:t>
      </w:r>
      <w:r/>
    </w:p>
    <w:p>
      <w:pPr>
        <w:pStyle w:val="ListNumber"/>
        <w:spacing w:line="240" w:lineRule="auto"/>
        <w:ind w:left="720"/>
      </w:pPr>
      <w:r/>
      <w:hyperlink r:id="rId11">
        <w:r>
          <w:rPr>
            <w:color w:val="0000EE"/>
            <w:u w:val="single"/>
          </w:rPr>
          <w:t>https://www.theguardian.com/film/2026/oct/02/hayley-kiyoko-interview-girls-like-girls-music-film-books</w:t>
        </w:r>
      </w:hyperlink>
      <w:r>
        <w:t xml:space="preserve"> - An interview with Hayley Kiyoko discussing her directorial debut with the film adaptation of her 2015 song 'Girls Like Girls', exploring themes of sexuality and representation.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nchalantmagazine.com/your-queer-tv-guide-for-october/" TargetMode="External"/><Relationship Id="rId10" Type="http://schemas.openxmlformats.org/officeDocument/2006/relationships/hyperlink" Target="https://www.bbc.co.uk/iplayer/episode/m000z5l5/vigil-series-3-episode-1" TargetMode="External"/><Relationship Id="rId11" Type="http://schemas.openxmlformats.org/officeDocument/2006/relationships/hyperlink" Target="https://www.theguardian.com/film/2026/oct/02/hayley-kiyoko-interview-girls-like-girls-music-film-boo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