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art events in Sydney: explore The Golden Mile Grotto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Sydney's Oxford Street can step into a shimmering underwater world this October, where queer history, live storytelling and hands-on art come together. The Golden Mile Grotto offers a playful new way to experience Darlinghurst's past, while celebrating the people and creativity shaping its future.</w:t>
      </w:r>
      <w:r/>
    </w:p>
    <w:p>
      <w:pPr>
        <w:pStyle w:val="Heading2"/>
      </w:pPr>
      <w:r>
        <w:t>Essential Takeaways</w:t>
      </w:r>
      <w:r/>
      <w:r/>
    </w:p>
    <w:p>
      <w:pPr>
        <w:pStyle w:val="ListBullet"/>
        <w:spacing w:line="240" w:lineRule="auto"/>
        <w:ind w:left="720"/>
      </w:pPr>
      <w:r/>
      <w:r>
        <w:rPr>
          <w:b/>
        </w:rPr>
        <w:t>A living artwork:</w:t>
      </w:r>
      <w:r>
        <w:t xml:space="preserve"> The Golden Mile Grotto blends sculpture, sound, costume and personal stories.</w:t>
      </w:r>
      <w:r/>
    </w:p>
    <w:p>
      <w:pPr>
        <w:pStyle w:val="ListBullet"/>
        <w:spacing w:line="240" w:lineRule="auto"/>
        <w:ind w:left="720"/>
      </w:pPr>
      <w:r/>
      <w:r>
        <w:rPr>
          <w:b/>
        </w:rPr>
        <w:t>Rooted in local history:</w:t>
      </w:r>
      <w:r>
        <w:t xml:space="preserve"> Recorded oral histories bring Oxford Street's queer past into the installation.</w:t>
      </w:r>
      <w:r/>
    </w:p>
    <w:p>
      <w:pPr>
        <w:pStyle w:val="ListBullet"/>
        <w:spacing w:line="240" w:lineRule="auto"/>
        <w:ind w:left="720"/>
      </w:pPr>
      <w:r/>
      <w:r>
        <w:rPr>
          <w:b/>
        </w:rPr>
        <w:t>Made for participation:</w:t>
      </w:r>
      <w:r>
        <w:t xml:space="preserve"> Visitors can create creatures, share memories and send messages to their future selves.</w:t>
      </w:r>
      <w:r/>
    </w:p>
    <w:p>
      <w:pPr>
        <w:pStyle w:val="ListBullet"/>
        <w:spacing w:line="240" w:lineRule="auto"/>
        <w:ind w:left="720"/>
      </w:pPr>
      <w:r/>
      <w:r>
        <w:rPr>
          <w:b/>
        </w:rPr>
        <w:t>Part of a bigger celebration:</w:t>
      </w:r>
      <w:r>
        <w:t xml:space="preserve"> The installation sits within a free Art &amp; About programme across Oxford Street.</w:t>
      </w:r>
      <w:r/>
    </w:p>
    <w:p>
      <w:pPr>
        <w:pStyle w:val="ListBullet"/>
        <w:spacing w:line="240" w:lineRule="auto"/>
        <w:ind w:left="720"/>
      </w:pPr>
      <w:r/>
      <w:r>
        <w:rPr>
          <w:b/>
        </w:rPr>
        <w:t>A thoughtful material choice:</w:t>
      </w:r>
      <w:r>
        <w:t xml:space="preserve"> Recycled ocean-plastic filament features in some of the coral-like elements.</w:t>
      </w:r>
      <w:r/>
      <w:r/>
    </w:p>
    <w:p>
      <w:pPr>
        <w:pStyle w:val="Heading2"/>
      </w:pPr>
      <w:r>
        <w:t>Step inside Sydney's shimmering queer grotto</w:t>
      </w:r>
      <w:r/>
    </w:p>
    <w:p>
      <w:r/>
      <w:r>
        <w:t>The first thing visitors may notice is a giant rainbow clam shell, surrounded by glittering tinsel, soft sculptures and curious underwater forms. It sounds delightfully theatrical, but The Golden Mile Grotto isn't just a pretty backdrop for a few photographs.</w:t>
      </w:r>
      <w:r/>
    </w:p>
    <w:p>
      <w:r/>
      <w:r>
        <w:t xml:space="preserve">Created by The Sirens Collective, the installation turns Darlinghurst Community Space into an immersive sanctuary inspired by Oxford Street's queer history. The city's official event listing describes it as an interactive experience, making it as much about participation as observation. </w:t>
      </w:r>
      <w:hyperlink r:id="rId9">
        <w:r>
          <w:rPr>
            <w:color w:val="0000EE"/>
            <w:u w:val="single"/>
          </w:rPr>
          <w:t>[2]</w:t>
        </w:r>
      </w:hyperlink>
      <w:r/>
    </w:p>
    <w:p>
      <w:r/>
      <w:r>
        <w:t>There are costumes to try, objects to make and stories to hear, so the mood should feel closer to a communal gathering than a traditional gallery visit. It's art with a little sparkle, a little silliness and plenty of room for visitors to find their own way in.</w:t>
      </w:r>
      <w:r/>
    </w:p>
    <w:p>
      <w:pPr>
        <w:pStyle w:val="Heading2"/>
      </w:pPr>
      <w:r>
        <w:t>Oxford Street's history gets a voice</w:t>
      </w:r>
      <w:r/>
    </w:p>
    <w:p>
      <w:r/>
      <w:r>
        <w:t>Oxford Street has long carried several stories at once. It has been a place of protest, nightlife, celebration, heartbreak and everyday community, and The Golden Mile Grotto treats those layers as something alive rather than neatly finished.</w:t>
      </w:r>
      <w:r/>
    </w:p>
    <w:p>
      <w:r/>
      <w:r>
        <w:t xml:space="preserve">The soundscape draws on oral histories connected with the Pride History Group. Those recordings add humour, intimacy and personality to the space, allowing visitors to hear recollections in the voices of people who experienced the street themselves. The Pride History Group's work on Oxford Street's historic Golden Mile provides important context for that approach. </w:t>
      </w:r>
      <w:hyperlink r:id="rId10">
        <w:r>
          <w:rPr>
            <w:color w:val="0000EE"/>
            <w:u w:val="single"/>
          </w:rPr>
          <w:t>[3]</w:t>
        </w:r>
      </w:hyperlink>
      <w:r/>
    </w:p>
    <w:p>
      <w:r/>
      <w:r>
        <w:t>That matters because queer heritage can easily become flattened into a handful of dates, venues and famous names. Here, the atmosphere is more personal: memory hums through the installation, while the artwork invites a new generation to add its own contribution.</w:t>
      </w:r>
      <w:r/>
    </w:p>
    <w:p>
      <w:pPr>
        <w:pStyle w:val="Heading2"/>
      </w:pPr>
      <w:r>
        <w:t>Why this is more than a photo opportunity</w:t>
      </w:r>
      <w:r/>
    </w:p>
    <w:p>
      <w:r/>
      <w:r>
        <w:t>Interactive art can sometimes feel like a polite instruction to touch one carefully selected object. This project appears to take a more generous view, encouraging visitors to make, listen, dress up and leave something behind.</w:t>
      </w:r>
      <w:r/>
    </w:p>
    <w:p>
      <w:r/>
      <w:r>
        <w:t>The Grotto includes coral made with 3D-printed recycled ocean-plastic filament, alongside a woven net commissioned from Wiradjuri and Māori artist Ngaire Pakai. Those details give the installation a tactile quality, while also connecting its fantasy setting with questions about materials, place and responsibility.</w:t>
      </w:r>
      <w:r/>
    </w:p>
    <w:p>
      <w:r/>
      <w:r>
        <w:t>For families, curious travellers and anyone seeking unusual things to do in Sydney, the practical appeal is obvious: you don't need specialist art knowledge to enjoy it. Follow the sound, inspect the strange little creatures, make something small and let your curiosity do the work.</w:t>
      </w:r>
      <w:r/>
    </w:p>
    <w:p>
      <w:pPr>
        <w:pStyle w:val="Heading2"/>
      </w:pPr>
      <w:r>
        <w:t>A colourful highlight in Art &amp; About</w:t>
      </w:r>
      <w:r/>
    </w:p>
    <w:p>
      <w:r/>
      <w:r>
        <w:t xml:space="preserve">The Grotto is part of a larger Art &amp; About weekend running from 23 to 25 October. City of Sydney listings point to a broad programme of free events around Oxford Street, with performance, workshops, markets and public art adding to the atmosphere. </w:t>
      </w:r>
      <w:hyperlink r:id="rId11">
        <w:r>
          <w:rPr>
            <w:color w:val="0000EE"/>
            <w:u w:val="single"/>
          </w:rPr>
          <w:t>[4]</w:t>
        </w:r>
      </w:hyperlink>
      <w:r/>
    </w:p>
    <w:p>
      <w:r/>
      <w:r>
        <w:t>That wider setting is important. The installation isn't tucked away as a solitary cultural attraction; it's part of a neighbourhood-wide celebration, with the surrounding streets becoming stages, meeting places and late-night viewing spots.</w:t>
      </w:r>
      <w:r/>
    </w:p>
    <w:p>
      <w:r/>
      <w:r>
        <w:t>If you're planning a visit, allow time to explore beyond the grotto. A comfortable pair of shoes will help, and arriving with an open-ended schedule is wise. The best discoveries may happen between the headline events, perhaps over street food or while following music towards Taylor Square.</w:t>
      </w:r>
      <w:r/>
    </w:p>
    <w:p>
      <w:pPr>
        <w:pStyle w:val="Heading2"/>
      </w:pPr>
      <w:r>
        <w:t>A festival that looks forward, not back</w:t>
      </w:r>
      <w:r/>
    </w:p>
    <w:p>
      <w:r/>
      <w:r>
        <w:t>The most compelling idea here is that heritage doesn't have to sit behind glass. The Golden Mile Grotto honours Oxford Street's past, but its participatory format also asks what kind of future visitors want to help create.</w:t>
      </w:r>
      <w:r/>
    </w:p>
    <w:p>
      <w:r/>
      <w:r>
        <w:t xml:space="preserve">The City of Sydney's festival material frames the programme as a celebration of creativity already embedded in the area, rather than something imported from elsewhere. </w:t>
      </w:r>
      <w:hyperlink r:id="rId11">
        <w:r>
          <w:rPr>
            <w:color w:val="0000EE"/>
            <w:u w:val="single"/>
          </w:rPr>
          <w:t>[4]</w:t>
        </w:r>
      </w:hyperlink>
      <w:r>
        <w:t xml:space="preserve"> That distinction feels significant, particularly in a neighbourhood where queer visibility has always been tied to public space.</w:t>
      </w:r>
      <w:r/>
    </w:p>
    <w:p>
      <w:r/>
      <w:r>
        <w:t>For visitors, the result should be warm, memorable and slightly mischievous. You may arrive expecting an attractive installation and leave thinking about the voices, friendships and communities that make a street feel like home.</w:t>
      </w:r>
      <w:r/>
    </w:p>
    <w:p>
      <w:r/>
      <w:r>
        <w:t>Make time for the grotto, then let Oxford Street surprise you.</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https://www.starobserver.com.au/artsentertainment/this-month-oxford-street-is-getting-a-gorgeous-grotto-filled-with-queer-history/244325</w:t>
        </w:r>
      </w:hyperlink>
      <w:r>
        <w:t xml:space="preserve"> - Please view link - unable to able to access data</w:t>
      </w:r>
      <w:r/>
    </w:p>
    <w:p>
      <w:pPr>
        <w:pStyle w:val="ListNumber"/>
        <w:spacing w:line="240" w:lineRule="auto"/>
        <w:ind w:left="720"/>
      </w:pPr>
      <w:r/>
      <w:hyperlink r:id="rId9">
        <w:r>
          <w:rPr>
            <w:color w:val="0000EE"/>
            <w:u w:val="single"/>
          </w:rPr>
          <w:t>https://whatson.cityofsydney.nsw.gov.au/events/the-golden-mile-grotto-by-the-sirens-collective</w:t>
        </w:r>
      </w:hyperlink>
      <w:r>
        <w:t xml:space="preserve"> - The Golden Mile Grotto, an immersive underwater sanctuary, was presented by The Sirens Collective at Darlinghurst Community Space during the Art &amp; About Festival from 23 to 25 October 2023. This interactive installation invited visitors to engage in workshops, create sea creatures, share stories, and transform into luminous characters, celebrating marine life, mythology, and queer creativity. The event aimed to foster a sense of imagination, belonging, and transformation within the community.</w:t>
      </w:r>
      <w:r/>
    </w:p>
    <w:p>
      <w:pPr>
        <w:pStyle w:val="ListNumber"/>
        <w:spacing w:line="240" w:lineRule="auto"/>
        <w:ind w:left="720"/>
      </w:pPr>
      <w:r/>
      <w:hyperlink r:id="rId10">
        <w:r>
          <w:rPr>
            <w:color w:val="0000EE"/>
            <w:u w:val="single"/>
          </w:rPr>
          <w:t>https://www.pridehistory.org.au/spaces/the-golden-mile</w:t>
        </w:r>
      </w:hyperlink>
      <w:r>
        <w:t xml:space="preserve"> - The Pride History Group's 'Spaces: The Golden Mile' project delves into the rich queer history of Darlinghurst, Kings Cross, and Bondi Junction. It highlights the emergence of gay discos, pubs, and night spots around Oxford Street in the late 1970s and early 1980s, a period when 'Oxford Street' became synonymous with homosexuality. The project features oral histories from individuals like Roni McGarrigle and Sandra Mackay, recalling the first lesbian bars and mixed gay discos, offering insights into the vibrant LGBTQ+ nightlife of that era.</w:t>
      </w:r>
      <w:r/>
    </w:p>
    <w:p>
      <w:pPr>
        <w:pStyle w:val="ListNumber"/>
        <w:spacing w:line="240" w:lineRule="auto"/>
        <w:ind w:left="720"/>
      </w:pPr>
      <w:r/>
      <w:hyperlink r:id="rId11">
        <w:r>
          <w:rPr>
            <w:color w:val="0000EE"/>
            <w:u w:val="single"/>
          </w:rPr>
          <w:t>https://www.cityofsydney.nsw.gov.au/events/heritage-festival-birth-of-the-golden-mile</w:t>
        </w:r>
      </w:hyperlink>
      <w:r>
        <w:t xml:space="preserve"> - As part of the Australian Heritage Festival, the City of Sydney hosted an event titled 'Heritage festival: birth of the Golden Mile' on 14 May 2026. The event featured a discussion with heritage expert Matt Devine, Dr Shirleene Robinson, and Producer and DJ Gemma, exploring the history and heritage of Oxford Street and the origins of the 'Golden Mile'. The conversation covered the transformation of Oxford Street from a major commercial thoroughfare to a focal point for Sydney’s LGBTQIA+ communities from the 1960s onwards.</w:t>
      </w:r>
      <w:r/>
    </w:p>
    <w:p>
      <w:pPr>
        <w:pStyle w:val="ListNumber"/>
        <w:spacing w:line="240" w:lineRule="auto"/>
        <w:ind w:left="720"/>
      </w:pPr>
      <w:r/>
      <w:hyperlink r:id="rId13">
        <w:r>
          <w:rPr>
            <w:color w:val="0000EE"/>
            <w:u w:val="single"/>
          </w:rPr>
          <w:t>https://www.splashd.app/cities/sydney</w:t>
        </w:r>
      </w:hyperlink>
      <w:r>
        <w:t xml:space="preserve"> - Splashd's guide to Sydney's gay scene highlights Oxford Street in Darlinghurst as the historic 'Golden Mile', the heart of the city's queer nightlife. The area is home to a variety of venues, including Universal Sydney, a two-level drag temple and queer superclub, and Palms on Oxford, a basement retro disco. The guide notes that while the area has faced challenges, it continues to thrive with new spots like Tribe @ 231 and the reopening of longtime favourite Arq, signalling a genuine rebound for the scene.</w:t>
      </w:r>
      <w:r/>
    </w:p>
    <w:p>
      <w:pPr>
        <w:pStyle w:val="ListNumber"/>
        <w:spacing w:line="240" w:lineRule="auto"/>
        <w:ind w:left="720"/>
      </w:pPr>
      <w:r/>
      <w:hyperlink r:id="rId15">
        <w:r>
          <w:rPr>
            <w:color w:val="0000EE"/>
            <w:u w:val="single"/>
          </w:rPr>
          <w:t>https://www.honeycombclub.com.au/pages/about-us</w:t>
        </w:r>
      </w:hyperlink>
      <w:r>
        <w:t xml:space="preserve"> - The Honeycomb Club, located in Kings Cross, Sydney, is an immersive cabaret dinner theatre that has been part of the 'Golden Mile' since 2016. Situated above the Potts Point Hotel, the venue hosts original, authentically immersive cabaret experiences, reimagining contemporary cabaret and burlesque. The club has a rich history, with past performances by big-name stars such as Robin Williams, and continues to produce original shows that offer a unique and magical experience to its audience.</w:t>
      </w:r>
      <w:r/>
    </w:p>
    <w:p>
      <w:pPr>
        <w:pStyle w:val="ListNumber"/>
        <w:spacing w:line="240" w:lineRule="auto"/>
        <w:ind w:left="720"/>
      </w:pPr>
      <w:r/>
      <w:hyperlink r:id="rId14">
        <w:r>
          <w:rPr>
            <w:color w:val="0000EE"/>
            <w:u w:val="single"/>
          </w:rPr>
          <w:t>https://www.gay-travel.net/hotspots/sydney/bars</w:t>
        </w:r>
      </w:hyperlink>
      <w:r>
        <w:t xml:space="preserve"> - Gay-Travel.net's guide to Sydney's bars and clubs highlights Oxford Street in Darlinghurst as the city's gay centre since the 1970s, known as the 'Golden Mile'. The area features a variety of venues, including the Stonewall Hotel, the Colombian Hotel, and Universal, a large dance club. The guide also mentions alternative spots in Newtown, such as the Imperial Hotel, known from the film 'Priscilla', and notes that during Mardi Gras, the area transforms into a non-stop party mile, offering a diverse selection of venues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hatson.cityofsydney.nsw.gov.au/events/the-golden-mile-grotto-by-the-sirens-collective" TargetMode="External"/><Relationship Id="rId10" Type="http://schemas.openxmlformats.org/officeDocument/2006/relationships/hyperlink" Target="https://www.pridehistory.org.au/spaces/the-golden-mile" TargetMode="External"/><Relationship Id="rId11" Type="http://schemas.openxmlformats.org/officeDocument/2006/relationships/hyperlink" Target="https://www.cityofsydney.nsw.gov.au/events/heritage-festival-birth-of-the-golden-mile" TargetMode="External"/><Relationship Id="rId12" Type="http://schemas.openxmlformats.org/officeDocument/2006/relationships/hyperlink" Target="https://www.starobserver.com.au/artsentertainment/this-month-oxford-street-is-getting-a-gorgeous-grotto-filled-with-queer-history/244325" TargetMode="External"/><Relationship Id="rId13" Type="http://schemas.openxmlformats.org/officeDocument/2006/relationships/hyperlink" Target="https://www.splashd.app/cities/sydney" TargetMode="External"/><Relationship Id="rId14" Type="http://schemas.openxmlformats.org/officeDocument/2006/relationships/hyperlink" Target="https://www.gay-travel.net/hotspots/sydney/bars" TargetMode="External"/><Relationship Id="rId15" Type="http://schemas.openxmlformats.org/officeDocument/2006/relationships/hyperlink" Target="https://www.honeycombclub.com.au/pages/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