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Poppin Out 2026 Adelaide Pride Party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Adelaide’s Mary’s Poppin is bringing Poppin Out 2026 into Synagogue Place for a colourful night of drag, DJs and queer celebration. Following the Pride March, the open-air party will feature 32 performers before continuing inside the club, giving revellers a full evening of entertainment in the heart of the CBD.</w:t>
      </w:r>
      <w:r/>
    </w:p>
    <w:p>
      <w:pPr>
        <w:pStyle w:val="Heading2"/>
      </w:pPr>
      <w:r>
        <w:t>Essential Takeaways</w:t>
      </w:r>
      <w:r/>
      <w:r/>
    </w:p>
    <w:p>
      <w:pPr>
        <w:pStyle w:val="ListBullet"/>
        <w:spacing w:line="240" w:lineRule="auto"/>
        <w:ind w:left="720"/>
      </w:pPr>
      <w:r/>
      <w:r>
        <w:rPr>
          <w:b/>
        </w:rPr>
        <w:t>When:</w:t>
      </w:r>
      <w:r>
        <w:t xml:space="preserve"> Saturday 7 November 2026, from 5pm to 11pm, followed by the club party.</w:t>
      </w:r>
      <w:r/>
    </w:p>
    <w:p>
      <w:pPr>
        <w:pStyle w:val="ListBullet"/>
        <w:spacing w:line="240" w:lineRule="auto"/>
        <w:ind w:left="720"/>
      </w:pPr>
      <w:r/>
      <w:r>
        <w:rPr>
          <w:b/>
        </w:rPr>
        <w:t>Where:</w:t>
      </w:r>
      <w:r>
        <w:t xml:space="preserve"> Synagogue Place and Mary’s Poppin in Adelaide’s CBD.</w:t>
      </w:r>
      <w:r/>
    </w:p>
    <w:p>
      <w:pPr>
        <w:pStyle w:val="ListBullet"/>
        <w:spacing w:line="240" w:lineRule="auto"/>
        <w:ind w:left="720"/>
      </w:pPr>
      <w:r/>
      <w:r>
        <w:rPr>
          <w:b/>
        </w:rPr>
        <w:t>Line-up:</w:t>
      </w:r>
      <w:r>
        <w:t xml:space="preserve"> 32 drag performers, including Kween Kong, Hannah Conda and Kane Enable.</w:t>
      </w:r>
      <w:r/>
    </w:p>
    <w:p>
      <w:pPr>
        <w:pStyle w:val="ListBullet"/>
        <w:spacing w:line="240" w:lineRule="auto"/>
        <w:ind w:left="720"/>
      </w:pPr>
      <w:r/>
      <w:r>
        <w:rPr>
          <w:b/>
        </w:rPr>
        <w:t>Ticket value:</w:t>
      </w:r>
      <w:r>
        <w:t xml:space="preserve"> Presale entry starts at $25 and includes access to Mary’s Poppin later that night.</w:t>
      </w:r>
      <w:r/>
    </w:p>
    <w:p>
      <w:pPr>
        <w:pStyle w:val="ListBullet"/>
        <w:spacing w:line="240" w:lineRule="auto"/>
        <w:ind w:left="720"/>
      </w:pPr>
      <w:r/>
      <w:r>
        <w:rPr>
          <w:b/>
        </w:rPr>
        <w:t>Best timing:</w:t>
      </w:r>
      <w:r>
        <w:t xml:space="preserve"> Arrive early after the Pride March, as the street party is expected to draw a lively crowd.</w:t>
      </w:r>
      <w:r/>
      <w:r/>
    </w:p>
    <w:p>
      <w:pPr>
        <w:pStyle w:val="Heading2"/>
      </w:pPr>
      <w:r>
        <w:t>Adelaide’s Pride party is heading outdoors</w:t>
      </w:r>
      <w:r/>
    </w:p>
    <w:p>
      <w:r/>
      <w:r>
        <w:t>The strongest image from Poppin Out 2026 is a city laneway transformed into a glittering outdoor stage. Synagogue Place will become the centre of Adelaide’s queer nightlife on Saturday 7 November, with drag performances, music and crowds continuing from the Pride March into the evening.</w:t>
      </w:r>
      <w:r/>
    </w:p>
    <w:p>
      <w:r/>
      <w:r>
        <w:t>The event runs from 5pm to 11pm before moving indoors at Mary’s Poppin. That makes it more than a standard club night. It’s a day-to-night celebration, with the open air bringing a little extra scale, noise and theatrical sparkle.</w:t>
      </w:r>
      <w:r/>
    </w:p>
    <w:p>
      <w:r/>
      <w:r>
        <w:t>According to Glam Adelaide, the event is expected to attract hundreds of revellers. That sounds about right for a venue known for turning a regular night out into something far more dramatic. (</w:t>
      </w:r>
      <w:hyperlink r:id="rId9">
        <w:r>
          <w:rPr>
            <w:color w:val="0000EE"/>
            <w:u w:val="single"/>
          </w:rPr>
          <w:t>[2]</w:t>
        </w:r>
      </w:hyperlink>
      <w:r>
        <w:t xml:space="preserve">, </w:t>
      </w:r>
      <w:hyperlink r:id="rId10">
        <w:r>
          <w:rPr>
            <w:color w:val="0000EE"/>
            <w:u w:val="single"/>
          </w:rPr>
          <w:t>[4]</w:t>
        </w:r>
      </w:hyperlink>
      <w:r>
        <w:t>)</w:t>
      </w:r>
      <w:r/>
    </w:p>
    <w:p>
      <w:pPr>
        <w:pStyle w:val="Heading2"/>
      </w:pPr>
      <w:r>
        <w:t>Thirty-two performers bring serious star power</w:t>
      </w:r>
      <w:r/>
    </w:p>
    <w:p>
      <w:r/>
      <w:r>
        <w:t>This year’s programme brings together interstate favourites, established names and local Adelaide talent. The announced performers include Alison Xpress, Bebe Babow, Berri Juicy, Boystress, Brooke Seto, Camp Minister, Champagne, Cleo Taurus, Coco Jumbo, Ellie Delight, Estelle, Eve Elle, Fay Rocious and Glitzy Von Jagger.</w:t>
      </w:r>
      <w:r/>
    </w:p>
    <w:p>
      <w:r/>
      <w:r>
        <w:t>The line-up also features Hannah Conda, Indi Klosette, Jules Harlow, Kane Enable, Kween Kong, Luci Furr, Mihz, Minty Hydrangea, Miss Jay, Miss Jackson, Pinball, Popchops, Tritri, Vanity, Venti, Vonni, Vybe and Xai. For fans, the appeal is obvious: there’s enough variety to keep the night moving, whether you prefer polished showstoppers, comedy-led numbers or high-energy performance.</w:t>
      </w:r>
      <w:r/>
    </w:p>
    <w:p>
      <w:r/>
      <w:r>
        <w:t>Mary’s Poppin’s events calendar places the venue firmly at the centre of Adelaide’s drag and nightlife scene. Poppin Out simply turns that identity up several notches. (</w:t>
      </w:r>
      <w:hyperlink r:id="rId11">
        <w:r>
          <w:rPr>
            <w:color w:val="0000EE"/>
            <w:u w:val="single"/>
          </w:rPr>
          <w:t>[3]</w:t>
        </w:r>
      </w:hyperlink>
      <w:r>
        <w:t xml:space="preserve">, </w:t>
      </w:r>
      <w:hyperlink r:id="rId12">
        <w:r>
          <w:rPr>
            <w:color w:val="0000EE"/>
            <w:u w:val="single"/>
          </w:rPr>
          <w:t>[5]</w:t>
        </w:r>
      </w:hyperlink>
      <w:r>
        <w:t>)</w:t>
      </w:r>
      <w:r/>
    </w:p>
    <w:p>
      <w:pPr>
        <w:pStyle w:val="Heading2"/>
      </w:pPr>
      <w:r>
        <w:t>Why Poppin Out works as a full evening</w:t>
      </w:r>
      <w:r/>
    </w:p>
    <w:p>
      <w:r/>
      <w:r>
        <w:t>The event’s timing is part of its charm. Guests can begin with the Pride March, head to Synagogue Place for the street celebration and then continue inside Mary’s Poppin once the outdoor programme ends.</w:t>
      </w:r>
      <w:r/>
    </w:p>
    <w:p>
      <w:r/>
      <w:r>
        <w:t>That flow should suit groups who want a proper night out rather than a short appearance at a single event. It also means visitors can enjoy different atmospheres across the evening, from the shared buzz of an open-air crowd to the closer, louder feel of the club.</w:t>
      </w:r>
      <w:r/>
    </w:p>
    <w:p>
      <w:r/>
      <w:r>
        <w:t>Mary’s Poppin’s previous event promotions show a clear appetite for themed nights built around performance and community. Poppin Out adds the extra ingredient of public space, making the celebration feel visible as well as entertaining. (</w:t>
      </w:r>
      <w:hyperlink r:id="rId12">
        <w:r>
          <w:rPr>
            <w:color w:val="0000EE"/>
            <w:u w:val="single"/>
          </w:rPr>
          <w:t>[5]</w:t>
        </w:r>
      </w:hyperlink>
      <w:r>
        <w:t xml:space="preserve">, </w:t>
      </w:r>
      <w:hyperlink r:id="rId13">
        <w:r>
          <w:rPr>
            <w:color w:val="0000EE"/>
            <w:u w:val="single"/>
          </w:rPr>
          <w:t>[6]</w:t>
        </w:r>
      </w:hyperlink>
      <w:r>
        <w:t>)</w:t>
      </w:r>
      <w:r/>
    </w:p>
    <w:p>
      <w:pPr>
        <w:pStyle w:val="Heading2"/>
      </w:pPr>
      <w:r>
        <w:t>How to plan your night at Poppin Out 2026</w:t>
      </w:r>
      <w:r/>
    </w:p>
    <w:p>
      <w:r/>
      <w:r>
        <w:t>Presale tickets start at $25 and include entry to Mary’s Poppin for the rest of the night. That’s useful value for anyone planning to stay on after the street party, although it’s worth checking the latest ticket conditions before buying.</w:t>
      </w:r>
      <w:r/>
    </w:p>
    <w:p>
      <w:r/>
      <w:r>
        <w:t>Arriving early should be the safest bet, particularly for visitors who want to see as much of the line-up as possible. The event follows the Pride March, so allow time for travel, queues and the inevitable pause when someone in your group spots a particularly spectacular outfit.</w:t>
      </w:r>
      <w:r/>
    </w:p>
    <w:p>
      <w:r/>
      <w:r>
        <w:t>Comfortable shoes are also a sensible choice. Six hours of standing, dancing and moving between outdoor and indoor spaces can test even the most committed party footwear. (</w:t>
      </w:r>
      <w:hyperlink r:id="rId9">
        <w:r>
          <w:rPr>
            <w:color w:val="0000EE"/>
            <w:u w:val="single"/>
          </w:rPr>
          <w:t>[2]</w:t>
        </w:r>
      </w:hyperlink>
      <w:r>
        <w:t xml:space="preserve">, </w:t>
      </w:r>
      <w:hyperlink r:id="rId10">
        <w:r>
          <w:rPr>
            <w:color w:val="0000EE"/>
            <w:u w:val="single"/>
          </w:rPr>
          <w:t>[4]</w:t>
        </w:r>
      </w:hyperlink>
      <w:r>
        <w:t>)</w:t>
      </w:r>
      <w:r/>
    </w:p>
    <w:p>
      <w:pPr>
        <w:pStyle w:val="Heading2"/>
      </w:pPr>
      <w:r>
        <w:t>A big, bright night for Adelaide’s queer community</w:t>
      </w:r>
      <w:r/>
    </w:p>
    <w:p>
      <w:r/>
      <w:r>
        <w:t>Poppin Out 2026 reflects the way Pride events have evolved into major cultural and nightlife occasions. The focus isn’t only on a stage or a club, but on taking up space together and making the celebration part of the city itself.</w:t>
      </w:r>
      <w:r/>
    </w:p>
    <w:p>
      <w:r/>
      <w:r>
        <w:t>That public setting gives the event an emotional lift. There’s something powerful about seeing a familiar laneway filled with music, performance and people expressing themselves freely. For Mary’s Poppin, it’s also a chance to show what the venue does best, only louder, brighter and with considerably more glitter.</w:t>
      </w:r>
      <w:r/>
    </w:p>
    <w:p>
      <w:r/>
      <w:r>
        <w:t>If the previous editions are anything to go by, this is likely to become one of Adelaide’s most talked-about queer nights of the year. (</w:t>
      </w:r>
      <w:hyperlink r:id="rId11">
        <w:r>
          <w:rPr>
            <w:color w:val="0000EE"/>
            <w:u w:val="single"/>
          </w:rPr>
          <w:t>[3]</w:t>
        </w:r>
      </w:hyperlink>
      <w:r>
        <w:t xml:space="preserve">, </w:t>
      </w:r>
      <w:hyperlink r:id="rId14">
        <w:r>
          <w:rPr>
            <w:color w:val="0000EE"/>
            <w:u w:val="single"/>
          </w:rPr>
          <w:t>[7]</w:t>
        </w:r>
      </w:hyperlink>
      <w:r>
        <w:t>)</w:t>
      </w:r>
      <w:r/>
    </w:p>
    <w:p>
      <w:r/>
      <w:r>
        <w:t>Poppin Out 2026 looks set to turn Adelaide’s CBD into one enormous, glittering dance floor.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https://glamadelaide.com.au/marys-poppin-is-taking-over-an-adelaide-street-with-32-drag-performers-for-poppin-out-2026/</w:t>
        </w:r>
      </w:hyperlink>
      <w:r>
        <w:t xml:space="preserve"> - Please view link - unable to able to access data</w:t>
      </w:r>
      <w:r/>
    </w:p>
    <w:p>
      <w:pPr>
        <w:pStyle w:val="ListNumber"/>
        <w:spacing w:line="240" w:lineRule="auto"/>
        <w:ind w:left="720"/>
      </w:pPr>
      <w:r/>
      <w:hyperlink r:id="rId9">
        <w:r>
          <w:rPr>
            <w:color w:val="0000EE"/>
            <w:u w:val="single"/>
          </w:rPr>
          <w:t>https://www.maryspoppin.com/events/poppin-out-2026</w:t>
        </w:r>
      </w:hyperlink>
      <w:r>
        <w:t xml:space="preserve"> - Mary's Poppin is hosting Poppin Out 2026 on Saturday, November 7, 2026, from 5:00 pm at 5 Synagogue Place, Adelaide. The event features drag shows, DJs, and a massive street party, transforming Synagogue Place into a vibrant celebration of drag, music, Pride, and queer joy. The festivities begin after the Adelaide Pride March and continue into the night inside Mary's Poppin. Presale tickets start from $25, granting access to both the street party and the club. For more details and ticket purchases, visit their official website.</w:t>
      </w:r>
      <w:r/>
    </w:p>
    <w:p>
      <w:pPr>
        <w:pStyle w:val="ListNumber"/>
        <w:spacing w:line="240" w:lineRule="auto"/>
        <w:ind w:left="720"/>
      </w:pPr>
      <w:r/>
      <w:hyperlink r:id="rId11">
        <w:r>
          <w:rPr>
            <w:color w:val="0000EE"/>
            <w:u w:val="single"/>
          </w:rPr>
          <w:t>https://www.maryspoppin.com/events/poppinout</w:t>
        </w:r>
      </w:hyperlink>
      <w:r>
        <w:t xml:space="preserve"> - Mary's Poppin's Poppin Out 2026 is set for Saturday, November 7, 2026, at 5:00 pm at 5 Synagogue Place, Adelaide. The event promises a day-to-night street party with drag shows, DJs, and Pride celebrations, following the Adelaide Pride March. The lineup includes 32 performers, featuring both local and interstate artists. Presale tickets are available from $25, which includes access to the club for the rest of the night. For more information and ticket purchases, visit their official website.</w:t>
      </w:r>
      <w:r/>
    </w:p>
    <w:p>
      <w:pPr>
        <w:pStyle w:val="ListNumber"/>
        <w:spacing w:line="240" w:lineRule="auto"/>
        <w:ind w:left="720"/>
      </w:pPr>
      <w:r/>
      <w:hyperlink r:id="rId10">
        <w:r>
          <w:rPr>
            <w:color w:val="0000EE"/>
            <w:u w:val="single"/>
          </w:rPr>
          <w:t>https://www.maryspoppin.com/poppinout</w:t>
        </w:r>
      </w:hyperlink>
      <w:r>
        <w:t xml:space="preserve"> - Poppin Out 2026, hosted by Mary's Poppin, is scheduled for Saturday, November 7, 2026, at 5:00 pm at 5 Synagogue Place, Adelaide. The event will transform Synagogue Place into a massive street party, featuring drag shows, DJs, and Pride celebrations, starting after the Adelaide Pride March. The lineup boasts 32 performers, including local legends and interstate superstars. Presale tickets start from $25, granting access to both the street party and the club. For more details and ticket purchases, visit their official website.</w:t>
      </w:r>
      <w:r/>
    </w:p>
    <w:p>
      <w:pPr>
        <w:pStyle w:val="ListNumber"/>
        <w:spacing w:line="240" w:lineRule="auto"/>
        <w:ind w:left="720"/>
      </w:pPr>
      <w:r/>
      <w:hyperlink r:id="rId12">
        <w:r>
          <w:rPr>
            <w:color w:val="0000EE"/>
            <w:u w:val="single"/>
          </w:rPr>
          <w:t>https://www.maryspoppin.com/</w:t>
        </w:r>
      </w:hyperlink>
      <w:r>
        <w:t xml:space="preserve"> - Mary's Poppin is a renowned LGBTQIA+ venue located at 5 Synagogue Place, Adelaide. Open on Fridays and Saturdays from 9 pm till late, the venue hosts a variety of events, including drag shows, DJ sets, and themed parties. Upcoming events include Poppin Out 2026 on November 7, 2026, and New Year's Eve 2026 on December 31, 2026. For more information on events, ticket purchases, and venue details, visit their official website.</w:t>
      </w:r>
      <w:r/>
    </w:p>
    <w:p>
      <w:pPr>
        <w:pStyle w:val="ListNumber"/>
        <w:spacing w:line="240" w:lineRule="auto"/>
        <w:ind w:left="720"/>
      </w:pPr>
      <w:r/>
      <w:hyperlink r:id="rId13">
        <w:r>
          <w:rPr>
            <w:color w:val="0000EE"/>
            <w:u w:val="single"/>
          </w:rPr>
          <w:t>https://www.maryspoppin.com/events/nye</w:t>
        </w:r>
      </w:hyperlink>
      <w:r>
        <w:t xml:space="preserve"> - Mary's Poppin is hosting New Year's Eve 2026 on Thursday, December 31, 2026, at 9:00 pm at 5 Synagogue Place, Adelaide. The event promises a glittering celebration with drag shows, DJs, and over-the-top décor. Complimentary bubbles will be provided on arrival. The venue is 18+ only, and valid photo ID is required for entry. For more details and ticket purchases, visit their official website.</w:t>
      </w:r>
      <w:r/>
    </w:p>
    <w:p>
      <w:pPr>
        <w:pStyle w:val="ListNumber"/>
        <w:spacing w:line="240" w:lineRule="auto"/>
        <w:ind w:left="720"/>
      </w:pPr>
      <w:r/>
      <w:hyperlink r:id="rId14">
        <w:r>
          <w:rPr>
            <w:color w:val="0000EE"/>
            <w:u w:val="single"/>
          </w:rPr>
          <w:t>https://www.maryspoppin.com/events/icons-only</w:t>
        </w:r>
      </w:hyperlink>
      <w:r>
        <w:t xml:space="preserve"> - Mary's Poppin is hosting ICONS ONLY on Friday, November 27, 2026, at 7:00 pm at 5 Synagogue Place, Adelaide. The event features performances by The Sashas (Sasha Colby and Sasha Velour), Violet Chachki, and other notable drag artists. The venue is 18+ only, and valid photo ID is required for entry. For more details and ticket purchases, visit their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ryspoppin.com/events/poppin-out-2026" TargetMode="External"/><Relationship Id="rId10" Type="http://schemas.openxmlformats.org/officeDocument/2006/relationships/hyperlink" Target="https://www.maryspoppin.com/poppinout" TargetMode="External"/><Relationship Id="rId11" Type="http://schemas.openxmlformats.org/officeDocument/2006/relationships/hyperlink" Target="https://www.maryspoppin.com/events/poppinout" TargetMode="External"/><Relationship Id="rId12" Type="http://schemas.openxmlformats.org/officeDocument/2006/relationships/hyperlink" Target="https://www.maryspoppin.com/" TargetMode="External"/><Relationship Id="rId13" Type="http://schemas.openxmlformats.org/officeDocument/2006/relationships/hyperlink" Target="https://www.maryspoppin.com/events/nye" TargetMode="External"/><Relationship Id="rId14" Type="http://schemas.openxmlformats.org/officeDocument/2006/relationships/hyperlink" Target="https://www.maryspoppin.com/events/icons-only" TargetMode="External"/><Relationship Id="rId15" Type="http://schemas.openxmlformats.org/officeDocument/2006/relationships/hyperlink" Target="https://glamadelaide.com.au/marys-poppin-is-taking-over-an-adelaide-street-with-32-drag-performers-for-poppin-ou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