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OC Pride Festival Guide for Santa Ana in October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families and LGBTQ+ visitors will find Orange County Pride back in downtown Santa Ana on 10 October 2026, with free admission, multiple performance zones and an after-festival bar crawl. The homecoming matters because the event began in Santa Ana and organisers say strong local support has helped make this one of the most ambitious OC Pride celebrations yet.</w:t>
      </w:r>
      <w:r/>
    </w:p>
    <w:p>
      <w:pPr>
        <w:pStyle w:val="Heading2"/>
      </w:pPr>
      <w:r>
        <w:t>Essential Takeaways</w:t>
      </w:r>
      <w:r/>
      <w:r/>
    </w:p>
    <w:p>
      <w:pPr>
        <w:pStyle w:val="ListBullet"/>
        <w:spacing w:line="240" w:lineRule="auto"/>
        <w:ind w:left="720"/>
      </w:pPr>
      <w:r/>
      <w:r>
        <w:rPr>
          <w:b/>
        </w:rPr>
        <w:t>When:</w:t>
      </w:r>
      <w:r>
        <w:t xml:space="preserve"> OC Pride’s festival takes place on 10 October 2026, with the wider evening programme running until 10pm.</w:t>
      </w:r>
      <w:r/>
    </w:p>
    <w:p>
      <w:pPr>
        <w:pStyle w:val="ListBullet"/>
        <w:spacing w:line="240" w:lineRule="auto"/>
        <w:ind w:left="720"/>
      </w:pPr>
      <w:r/>
      <w:r>
        <w:rPr>
          <w:b/>
        </w:rPr>
        <w:t>Where:</w:t>
      </w:r>
      <w:r>
        <w:t xml:space="preserve"> The celebration returns to downtown Santa Ana after two years at the OC Fair &amp; Event Center in Costa Mesa.</w:t>
      </w:r>
      <w:r/>
    </w:p>
    <w:p>
      <w:pPr>
        <w:pStyle w:val="ListBullet"/>
        <w:spacing w:line="240" w:lineRule="auto"/>
        <w:ind w:left="720"/>
      </w:pPr>
      <w:r/>
      <w:r>
        <w:rPr>
          <w:b/>
        </w:rPr>
        <w:t>What to expect:</w:t>
      </w:r>
      <w:r>
        <w:t xml:space="preserve"> Several stages will cover live music, drag, spoken word, community performances and queer cultural programming.</w:t>
      </w:r>
      <w:r/>
    </w:p>
    <w:p>
      <w:pPr>
        <w:pStyle w:val="ListBullet"/>
        <w:spacing w:line="240" w:lineRule="auto"/>
        <w:ind w:left="720"/>
      </w:pPr>
      <w:r/>
      <w:r>
        <w:rPr>
          <w:b/>
        </w:rPr>
        <w:t>Theme:</w:t>
      </w:r>
      <w:r>
        <w:t xml:space="preserve"> “Our Voices All Combined” celebrates different identities, generations and lived experiences.</w:t>
      </w:r>
      <w:r/>
    </w:p>
    <w:p>
      <w:pPr>
        <w:pStyle w:val="ListBullet"/>
        <w:spacing w:line="240" w:lineRule="auto"/>
        <w:ind w:left="720"/>
      </w:pPr>
      <w:r/>
      <w:r>
        <w:rPr>
          <w:b/>
        </w:rPr>
        <w:t>After dark:</w:t>
      </w:r>
      <w:r>
        <w:t xml:space="preserve"> Participating downtown venues will host a bar crawl after the main festival ends.</w:t>
      </w:r>
      <w:r/>
      <w:r/>
    </w:p>
    <w:p>
      <w:pPr>
        <w:pStyle w:val="Heading2"/>
      </w:pPr>
      <w:r>
        <w:t>Santa Ana gets its Pride homecoming</w:t>
      </w:r>
      <w:r/>
    </w:p>
    <w:p>
      <w:r/>
      <w:r>
        <w:t>The biggest story is the return itself. Orange County Pride began at Centennial Park in 1989 and spent years building its downtown Santa Ana identity before moving to Costa Mesa in 2024. Now, organisers are bringing the event back to the city many attendees still associate with their earliest Pride memories.</w:t>
      </w:r>
      <w:r/>
    </w:p>
    <w:p>
      <w:r/>
      <w:r>
        <w:t>According to Orange County Pride, community feedback played a major role in the decision. Local businesses, nonprofits and performers have since rallied around the event, creating the sort of momentum that can turn a festival from a date in the diary into a genuine city-wide occasion.</w:t>
      </w:r>
      <w:r/>
    </w:p>
    <w:p>
      <w:r/>
      <w:r>
        <w:t>For visitors, that means more than finding a stage and a food stall. Downtown Santa Ana's compact arts, dining and nightlife scene gives the day a natural sense of movement, with plenty to explore between performances. For longtime supporters, meanwhile, the emotional pull is obvious: this feels like a homecoming, not simply a venue change.</w:t>
      </w:r>
      <w:r/>
    </w:p>
    <w:p>
      <w:pPr>
        <w:pStyle w:val="Heading2"/>
      </w:pPr>
      <w:r>
        <w:t>A festival built around different community spaces</w:t>
      </w:r>
      <w:r/>
    </w:p>
    <w:p>
      <w:r/>
      <w:r>
        <w:t>The 2026 festival will feature the main Pride Stage and the Orgullo Latin Stage, alongside three additional performance areas. That expanded layout is designed to make the event feel less like one large crowd and more like a collection of connected experiences.</w:t>
      </w:r>
      <w:r/>
    </w:p>
    <w:p>
      <w:r/>
      <w:r>
        <w:t>Rainbow Commons is the new space for emerging community performers. Sapphic Oasis returns with a fuller programme at Native Son Bar above the Frida Theater, including a book swap, while Transcentral at 4th Street Market will offer a more intimate setting for acoustic music and spoken-word performances.</w:t>
      </w:r>
      <w:r/>
    </w:p>
    <w:p>
      <w:r/>
      <w:r>
        <w:t>The organisers have compared the arrangement with themed attractions, which is a playful way of describing a practical idea: visitors can choose the atmosphere that suits them. One area may be lively and theatrical, another quiet and reflective. It gives attendees room to browse, pause and find their people.</w:t>
      </w:r>
      <w:r/>
    </w:p>
    <w:p>
      <w:pPr>
        <w:pStyle w:val="Heading2"/>
      </w:pPr>
      <w:r>
        <w:t>“Our Voices All Combined” gives the day its meaning</w:t>
      </w:r>
      <w:r/>
    </w:p>
    <w:p>
      <w:r/>
      <w:r>
        <w:t>This year's theme focuses on collective strength without pretending everyone shares the same story. Orange County Pride board president Brandon Chavez has highlighted the festival's intercultural and intergenerational character, with different identities and experiences given space rather than pressed into one neat narrative.</w:t>
      </w:r>
      <w:r/>
    </w:p>
    <w:p>
      <w:r/>
      <w:r>
        <w:t>That approach also shapes the programme. Performances will nod to Queer History Month and Halloween, adding a seasonal twist to the day's cultural mix. Expect a celebration that can move from glittering stage energy to thoughtful spoken word, often within a short walk.</w:t>
      </w:r>
      <w:r/>
    </w:p>
    <w:p>
      <w:r/>
      <w:r>
        <w:t>The festival's returning supporters are part of that story, too. Eric Pineda, a Westminster resident and organiser of queer dance events, said his early Pride experiences happened in Santa Ana. His involvement reflects the festival's wider purpose: giving local artists a platform while showing visitors the city's queer community at its most visible and welcoming.</w:t>
      </w:r>
      <w:r/>
    </w:p>
    <w:p>
      <w:pPr>
        <w:pStyle w:val="Heading2"/>
      </w:pPr>
      <w:r>
        <w:t>What visitors can expect from the entertainment</w:t>
      </w:r>
      <w:r/>
    </w:p>
    <w:p>
      <w:r/>
      <w:r>
        <w:t>The Pride Stage headliners include Charo, America's Got Talent alum Mama Duke and queer New York rapper Chris Conde. Alongside those names, the additional stages should give the day a broader texture, particularly for visitors who prefer discovering newer performers to following a single headline act.</w:t>
      </w:r>
      <w:r/>
    </w:p>
    <w:p>
      <w:r/>
      <w:r>
        <w:t>Free entry makes the festival easy to approach, whether you're planning a full day or simply dropping in for an hour. Still, it's worth checking the official programme before arriving, because a multi-stage event can involve some strategic timetable juggling. Your ideal plan may include one headline set, a community performance, a quieter stop at Transcentral and time for food.</w:t>
      </w:r>
      <w:r/>
    </w:p>
    <w:p>
      <w:r/>
      <w:r>
        <w:t>Applications are also open for the annual parade and volunteer entertainment, according to Orange County Pride. That continuing call for participation underlines how much of the event is built with the community, rather than merely presented to it.</w:t>
      </w:r>
      <w:r/>
    </w:p>
    <w:p>
      <w:pPr>
        <w:pStyle w:val="Heading2"/>
      </w:pPr>
      <w:r>
        <w:t>The night continues after the festival</w:t>
      </w:r>
      <w:r/>
    </w:p>
    <w:p>
      <w:r/>
      <w:r>
        <w:t>The official festival finish is scheduled for 10pm, but the evening is designed to carry on through downtown Santa Ana. Native Son, Chapter One, Queens Lounge, Club 616 and Mission Bar are among the venues signed up for the after-festival bar crawl.</w:t>
      </w:r>
      <w:r/>
    </w:p>
    <w:p>
      <w:r/>
      <w:r>
        <w:t>That makes the event particularly appealing for visitors who want both daytime programming and nightlife. The sensible approach is to pace yourself, keep an eye on transport and check each venue's entry arrangements before setting off. A little planning goes a long way when a joyful day turns into a late one.</w:t>
      </w:r>
      <w:r/>
    </w:p>
    <w:p>
      <w:r/>
      <w:r>
        <w:t>The return to Santa Ana also gives local venues a chance to share in the spotlight. If the organisers' expectations are right, this year's OC Pride could be the busiest yet, with the city itself becoming part of the celebration.</w:t>
      </w:r>
      <w:r/>
    </w:p>
    <w:p>
      <w:r/>
      <w:r>
        <w:t>Explore the programme, plan your route and leave room for a few spontaneous discoveries.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https://www.ocregister.com/2026/09/18/oc-prides-big-homecoming-festival-returns-to-downtown-santa-ana-in-october/</w:t>
        </w:r>
      </w:hyperlink>
      <w:r>
        <w:t xml:space="preserve"> - Please view link - unable to able to access data</w:t>
      </w:r>
      <w:r/>
    </w:p>
    <w:p>
      <w:pPr>
        <w:pStyle w:val="ListNumber"/>
        <w:spacing w:line="240" w:lineRule="auto"/>
        <w:ind w:left="720"/>
      </w:pPr>
      <w:r/>
      <w:hyperlink r:id="rId10">
        <w:r>
          <w:rPr>
            <w:color w:val="0000EE"/>
            <w:u w:val="single"/>
          </w:rPr>
          <w:t>https://www.prideoc.com/festival</w:t>
        </w:r>
      </w:hyperlink>
      <w:r>
        <w:t xml:space="preserve"> - The 2026 OC Pride Festival, themed 'Our Voices All Combined', returns to Downtown Santa Ana on Saturday, October 10th. This free event celebrates unity and collective power within the LGBTQIA+ community. Attendees can enjoy live entertainment, a vibrant parade, and various community zones, including the Pride Stage, Orgullo Latin Stage, and the new Rainbow Commons. The festival also features food vendors, a beer garden, and a marketplace showcasing local vendors and exhibitors. VIP experiences are available for purchase, offering exclusive access and meet-and-greet opportunities with entertainers.</w:t>
      </w:r>
      <w:r/>
    </w:p>
    <w:p>
      <w:pPr>
        <w:pStyle w:val="ListNumber"/>
        <w:spacing w:line="240" w:lineRule="auto"/>
        <w:ind w:left="720"/>
      </w:pPr>
      <w:r/>
      <w:hyperlink r:id="rId11">
        <w:r>
          <w:rPr>
            <w:color w:val="0000EE"/>
            <w:u w:val="single"/>
          </w:rPr>
          <w:t>https://www.prideoc.com/events/our-voices-all-combined-2026-oc-pride-festival-and-parade</w:t>
        </w:r>
      </w:hyperlink>
      <w:r>
        <w:t xml:space="preserve"> - Scheduled for Saturday, October 10, 2026, the OC Pride Festival and Parade returns to Downtown Santa Ana. The event begins with a parade at 11:00 AM along 3rd Street, followed by the festival's opening ceremony at noon. The festival runs until 10:00 PM and is free and open to all. This year's theme, 'Our Voices All Combined', features headliners Charo, Mama Duke, and Chris Conde. VIP tickets are available for purchase, offering enhanced experiences during the event.</w:t>
      </w:r>
      <w:r/>
    </w:p>
    <w:p>
      <w:pPr>
        <w:pStyle w:val="ListNumber"/>
        <w:spacing w:line="240" w:lineRule="auto"/>
        <w:ind w:left="720"/>
      </w:pPr>
      <w:r/>
      <w:hyperlink r:id="rId12">
        <w:r>
          <w:rPr>
            <w:color w:val="0000EE"/>
            <w:u w:val="single"/>
          </w:rPr>
          <w:t>https://www.prideoc.com/parade</w:t>
        </w:r>
      </w:hyperlink>
      <w:r>
        <w:t xml:space="preserve"> - The OC Pride Parade, a highlight of Orange County's largest celebration of diversity and inclusion, steps off at 11:00 AM in Downtown Santa Ana. The parade brings together thousands to celebrate LGBTQIA+ visibility and pride. Applications to participate as a parade contingent are open, with details available on the official website. The parade route starts at 3rd and Ross and proceeds towards the festival at 3rd and Bush.</w:t>
      </w:r>
      <w:r/>
    </w:p>
    <w:p>
      <w:pPr>
        <w:pStyle w:val="ListNumber"/>
        <w:spacing w:line="240" w:lineRule="auto"/>
        <w:ind w:left="720"/>
      </w:pPr>
      <w:r/>
      <w:hyperlink r:id="rId13">
        <w:r>
          <w:rPr>
            <w:color w:val="0000EE"/>
            <w:u w:val="single"/>
          </w:rPr>
          <w:t>https://www.travelsantaana.com/event/oc-pride-our-voices-all-combined-festival-%26-parade/1676/</w:t>
        </w:r>
      </w:hyperlink>
      <w:r>
        <w:t xml:space="preserve"> - The OC Pride Festival and Parade, Orange County's largest LGBTQ+ celebration, is set for October 10, 2026, in Downtown Santa Ana. The event features live entertainment, a vibrant parade, and interactive festival experiences. Attendees can explore multiple stages with music and performances, visit local vendors and community booths, and enjoy art, culture, and programming highlighting LGBTQ+ voices. The festival is free to attend and offers a welcoming, inclusive space for all ages.</w:t>
      </w:r>
      <w:r/>
    </w:p>
    <w:p>
      <w:pPr>
        <w:pStyle w:val="ListNumber"/>
        <w:spacing w:line="240" w:lineRule="auto"/>
        <w:ind w:left="720"/>
      </w:pPr>
      <w:r/>
      <w:hyperlink r:id="rId14">
        <w:r>
          <w:rPr>
            <w:color w:val="0000EE"/>
            <w:u w:val="single"/>
          </w:rPr>
          <w:t>https://www.eventeny.com/events/oc-pride-2026-festival-parade-29472/</w:t>
        </w:r>
      </w:hyperlink>
      <w:r>
        <w:t xml:space="preserve"> - The 2026 OC Pride Festival is a vibrant celebration of LGBTQIA+ pride and community, featuring a colorful parade, live entertainment on multiple stages, diverse cultural zones, and interactive activities for all ages. Held in Orange County, this event supports OC Pride's mission to empower the LGBTQIA+ community in Orange County to be their authentic selves through celebration, education, and activism. The festival is free to attend, with VIP experiences available for purchase.</w:t>
      </w:r>
      <w:r/>
    </w:p>
    <w:p>
      <w:pPr>
        <w:pStyle w:val="ListNumber"/>
        <w:spacing w:line="240" w:lineRule="auto"/>
        <w:ind w:left="720"/>
      </w:pPr>
      <w:r/>
      <w:hyperlink r:id="rId15">
        <w:r>
          <w:rPr>
            <w:color w:val="0000EE"/>
            <w:u w:val="single"/>
          </w:rPr>
          <w:t>https://www.eventeny.com/users/application/fundraising/?id=1052</w:t>
        </w:r>
      </w:hyperlink>
      <w:r>
        <w:t xml:space="preserve"> - OC Pride is raising funds to create 'Trans Central' at the 2026 OC Pride Festival in Downtown Santa Ana. This dedicated zone aims to center trans experiences, voices, and joy. The initiative involves working alongside transgender and gender-diverse community members, advocates, and partner organizations to shape the space. The funds will support educational opportunities, wellness resources, community-building activities, and moments of celebration, ensuring the space is designed with the community it serves at the center.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cregister.com/2026/09/18/oc-prides-big-homecoming-festival-returns-to-downtown-santa-ana-in-october/" TargetMode="External"/><Relationship Id="rId10" Type="http://schemas.openxmlformats.org/officeDocument/2006/relationships/hyperlink" Target="https://www.prideoc.com/festival" TargetMode="External"/><Relationship Id="rId11" Type="http://schemas.openxmlformats.org/officeDocument/2006/relationships/hyperlink" Target="https://www.prideoc.com/events/our-voices-all-combined-2026-oc-pride-festival-and-parade" TargetMode="External"/><Relationship Id="rId12" Type="http://schemas.openxmlformats.org/officeDocument/2006/relationships/hyperlink" Target="https://www.prideoc.com/parade" TargetMode="External"/><Relationship Id="rId13" Type="http://schemas.openxmlformats.org/officeDocument/2006/relationships/hyperlink" Target="https://www.travelsantaana.com/event/oc-pride-our-voices-all-combined-festival-%26-parade/1676/" TargetMode="External"/><Relationship Id="rId14" Type="http://schemas.openxmlformats.org/officeDocument/2006/relationships/hyperlink" Target="https://www.eventeny.com/events/oc-pride-2026-festival-parade-29472/" TargetMode="External"/><Relationship Id="rId15" Type="http://schemas.openxmlformats.org/officeDocument/2006/relationships/hyperlink" Target="https://www.eventeny.com/users/application/fundraising/?id=105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