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North Texas Pride Events and Dance Shows This October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culture fans and LGBTQ+ communities have plenty to look forward to across North Texas this October, from free outdoor ballet in Dallas to North Texas Pride's colourful Come As You Are festival in Plano. These events offer an easy mix of performance, fundraising, games and autumn fun, so there's something for a relaxed afternoon or a lively night out.</w:t>
      </w:r>
      <w:r/>
    </w:p>
    <w:p>
      <w:pPr>
        <w:pStyle w:val="Heading2"/>
      </w:pPr>
      <w:r>
        <w:t>Essential Takeaways</w:t>
      </w:r>
      <w:r/>
      <w:r/>
    </w:p>
    <w:p>
      <w:pPr>
        <w:pStyle w:val="ListBullet"/>
        <w:spacing w:line="240" w:lineRule="auto"/>
        <w:ind w:left="720"/>
      </w:pPr>
      <w:r/>
      <w:r>
        <w:rPr>
          <w:b/>
        </w:rPr>
        <w:t>Free dance in the park:</w:t>
      </w:r>
      <w:r>
        <w:t xml:space="preserve"> Together We Dance brings six North Texas companies to Klyde Warren Park on 3 October.</w:t>
      </w:r>
      <w:r/>
    </w:p>
    <w:p>
      <w:pPr>
        <w:pStyle w:val="ListBullet"/>
        <w:spacing w:line="240" w:lineRule="auto"/>
        <w:ind w:left="720"/>
      </w:pPr>
      <w:r/>
      <w:r>
        <w:rPr>
          <w:b/>
        </w:rPr>
        <w:t>Pride in Plano:</w:t>
      </w:r>
      <w:r>
        <w:t xml:space="preserve"> North Texas Pride's Come As You Are festival takes place at the Art Centre of Plano on 10 October.</w:t>
      </w:r>
      <w:r/>
    </w:p>
    <w:p>
      <w:pPr>
        <w:pStyle w:val="ListBullet"/>
        <w:spacing w:line="240" w:lineRule="auto"/>
        <w:ind w:left="720"/>
      </w:pPr>
      <w:r/>
      <w:r>
        <w:rPr>
          <w:b/>
        </w:rPr>
        <w:t>A pageant with purpose:</w:t>
      </w:r>
      <w:r>
        <w:t xml:space="preserve"> Miss LifeWalk combines local drag talent with fundraising for Prism Health North Texas.</w:t>
      </w:r>
      <w:r/>
    </w:p>
    <w:p>
      <w:pPr>
        <w:pStyle w:val="ListBullet"/>
        <w:spacing w:line="240" w:lineRule="auto"/>
        <w:ind w:left="720"/>
      </w:pPr>
      <w:r/>
      <w:r>
        <w:rPr>
          <w:b/>
        </w:rPr>
        <w:t>Autumn atmosphere:</w:t>
      </w:r>
      <w:r>
        <w:t xml:space="preserve"> Scarborough's Hollow Fall Fantasy Fest continues with seasonal entertainment through the end of October.</w:t>
      </w:r>
      <w:r/>
    </w:p>
    <w:p>
      <w:pPr>
        <w:pStyle w:val="ListBullet"/>
        <w:spacing w:line="240" w:lineRule="auto"/>
        <w:ind w:left="720"/>
      </w:pPr>
      <w:r/>
      <w:r>
        <w:rPr>
          <w:b/>
        </w:rPr>
        <w:t>Something for tabletop fans:</w:t>
      </w:r>
      <w:r>
        <w:t xml:space="preserve"> TAG+ Roll With Pride offers an afternoon of Dungeons &amp; Dragons and other games in Tyler.</w:t>
      </w:r>
      <w:r/>
      <w:r/>
    </w:p>
    <w:p>
      <w:pPr>
        <w:pStyle w:val="Heading2"/>
      </w:pPr>
      <w:r>
        <w:t>A free dance showcase opens the month</w:t>
      </w:r>
      <w:r/>
    </w:p>
    <w:p>
      <w:r/>
      <w:r>
        <w:t xml:space="preserve">Dallas gets a graceful start to October with Together We Dance, a free outdoor performance at Klyde Warren Park on 3 October. Avant Chamber Ballet is joined by Ballet Frontier, Bombshell Dance Project, DBDT: Encore!, Grackle Dance Collective and Pegasus Contemporary Ballet, creating a broad snapshot of the region's dance scene. The event runs from 3pm to 4.30pm, according to Klyde Warren Park. </w:t>
      </w:r>
      <w:r/>
    </w:p>
    <w:p>
      <w:r/>
      <w:r>
        <w:t xml:space="preserve">There's a particular pleasure in watching ballet outside, where the setting feels less formal and the audience can settle in without the hush of a theatre. Visit Dallas also lists the performance as part of the city's October events programme, making it an appealing option for anyone looking for culture without an admission fee. </w:t>
      </w:r>
      <w:r/>
    </w:p>
    <w:p>
      <w:r/>
      <w:r>
        <w:t>Arrive a little early if you'd like a good view, and consider bringing water and a light layer. Outdoor events can feel warm in the afternoon, then surprisingly cool once the sun shifts.</w:t>
      </w:r>
      <w:r/>
    </w:p>
    <w:p>
      <w:pPr>
        <w:pStyle w:val="Heading2"/>
      </w:pPr>
      <w:r>
        <w:t>North Texas Pride brings its message to Plano</w:t>
      </w:r>
      <w:r/>
    </w:p>
    <w:p>
      <w:r/>
      <w:r>
        <w:t>The headline LGBTQ+ community event is North Texas Pride's Come As You Are festival, scheduled for Saturday 10 October at the Art Centre of Plano. The festival's name says plenty about its tone: welcoming, open and designed around the idea that visitors shouldn't have to edit themselves before joining in. North Texas Pride provides festival information and opportunities for vendors and sponsors through its official channels.</w:t>
      </w:r>
      <w:r/>
    </w:p>
    <w:p>
      <w:r/>
      <w:r>
        <w:t>For visitors, the attraction isn't simply the programme. Pride festivals are also useful meeting points for local organisations, community groups and small businesses, giving the day a more personal feel than a standard city event. Plano Magazine has also highlighted the festival, underlining its place in the area's broader autumn calendar.</w:t>
      </w:r>
      <w:r/>
    </w:p>
    <w:p>
      <w:r/>
      <w:r>
        <w:t>Check the organiser's latest details before travelling, particularly for timings, accessibility, parking and any changes to the programme. A little planning leaves more time for the enjoyable part, which is wandering, chatting and seeing what catches your eye.</w:t>
      </w:r>
      <w:r/>
    </w:p>
    <w:p>
      <w:pPr>
        <w:pStyle w:val="Heading2"/>
      </w:pPr>
      <w:r>
        <w:t>Drag, fundraising and a very good reason to dress up</w:t>
      </w:r>
      <w:r/>
    </w:p>
    <w:p>
      <w:r/>
      <w:r>
        <w:t>The Miss LifeWalk Pageant offers a livelier evening on 4 October, when local drag performers compete for the Miss LifeWalk title at The Rose Room inside S4 on Cedar Springs Road. Prism Health North Texas presents the fundraising event, with host Marsha Dimes overseeing the competition and the winner taking on an ambassador role for the organisation.</w:t>
      </w:r>
      <w:r/>
    </w:p>
    <w:p>
      <w:r/>
      <w:r>
        <w:t>The tiered ticketing makes the pageant flexible, whether you're after standing-room entry, a seated place or a VIP experience. More importantly, the event turns a glamorous night out into direct support for Prism Health North Texas and its LifeWalk work. It has the kind of atmosphere where the outfits are bold, the applause is generous and nobody is pretending to have come only for the snacks.</w:t>
      </w:r>
      <w:r/>
    </w:p>
    <w:p>
      <w:r/>
      <w:r>
        <w:t>If you're attending with friends, booking ahead is sensible, especially for seated and VIP options. Fundraising events often reward a bit of early organisation, and the best seats tend to disappear first.</w:t>
      </w:r>
      <w:r/>
    </w:p>
    <w:p>
      <w:pPr>
        <w:pStyle w:val="Heading2"/>
      </w:pPr>
      <w:r>
        <w:t>From tabletop games to museum history</w:t>
      </w:r>
      <w:r/>
    </w:p>
    <w:p>
      <w:r/>
      <w:r>
        <w:t>Tyler Area Gays+ hosts Roll With Pride on 4 October at Geek World Games, offering an afternoon of Dungeons &amp; Dragons and tabletop gaming. The event runs from 1pm to 5pm and is a friendly alternative for people who'd rather spend their Sunday rolling dice than navigating a crowded festival. Details are available through the TAG+ Facebook page.</w:t>
      </w:r>
      <w:r/>
    </w:p>
    <w:p>
      <w:r/>
      <w:r>
        <w:t>Meanwhile, the Dallas Holocaust and Human Rights Museum offers a docent-led tour of its permanent exhibition on the same afternoon. The 1.30pm tour provides a structured way to explore the museum, with tickets listed between $12 and $19. It's a quieter choice, but no less worthwhile, particularly for visitors who prefer thoughtful conversation and historical context to a busy social calendar.</w:t>
      </w:r>
      <w:r/>
    </w:p>
    <w:p>
      <w:r/>
      <w:r>
        <w:t>These events show the range of October's listings. North Texas isn't offering one single kind of day out; it's offering plenty of ways to connect, learn or simply try something different.</w:t>
      </w:r>
      <w:r/>
    </w:p>
    <w:p>
      <w:pPr>
        <w:pStyle w:val="Heading2"/>
      </w:pPr>
      <w:r>
        <w:t>Autumn fantasy returns to Scarborough</w:t>
      </w:r>
      <w:r/>
    </w:p>
    <w:p>
      <w:r/>
      <w:r>
        <w:t>Scarborough's Hollow Fall Fantasy Fest continues each Saturday through 31 October, with an additional Sunday date on 1 November at Scarborough Village in Waxahachie. Tickets start at $29.70 for adults and $16.50 for children aged five to 12, while children under five enter free. The organisers say tickets are available only through SRFestival.com.</w:t>
      </w:r>
      <w:r/>
    </w:p>
    <w:p>
      <w:r/>
      <w:r>
        <w:t>The long-running schedule makes this one of the easier seasonal outings to fit around family plans. Expect a more immersive autumn experience than a quick pumpkin stop, with the setting doing much of the atmospheric work. For families, the combination of fantasy styling and outdoor entertainment can make the journey feel like part of the occasion.</w:t>
      </w:r>
      <w:r/>
    </w:p>
    <w:p>
      <w:r/>
      <w:r>
        <w:t>It may be worth checking the weather before setting off and wearing comfortable shoes. Fantasy costumes are optional, but sensible footwear is quietly heroic.</w:t>
      </w:r>
      <w:r/>
    </w:p>
    <w:p>
      <w:r/>
      <w:r>
        <w:t>October's North Texas calendar is full of easy ways to find culture, community and a little autumn magic.</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4">
        <w:r>
          <w:rPr>
            <w:color w:val="0000EE"/>
            <w:u w:val="single"/>
          </w:rPr>
          <w:t>[6]</w:t>
        </w:r>
      </w:hyperlink>
      <w:r>
        <w:t xml:space="preserve">, </w:t>
      </w:r>
      <w:hyperlink r:id="rId10">
        <w:r>
          <w:rPr>
            <w:color w:val="0000EE"/>
            <w:u w:val="single"/>
          </w:rPr>
          <w:t>[2]</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0">
        <w:r>
          <w:rPr>
            <w:color w:val="0000EE"/>
            <w:u w:val="single"/>
          </w:rPr>
          <w:t>[2]</w:t>
        </w:r>
      </w:hyperlink>
      <w:r>
        <w:t xml:space="preserve">, </w:t>
      </w:r>
      <w:hyperlink r:id="rId13">
        <w:r>
          <w:rPr>
            <w:color w:val="0000EE"/>
            <w:u w:val="single"/>
          </w:rPr>
          <w:t>[5]</w:t>
        </w:r>
      </w:hyperlink>
      <w:r>
        <w:t xml:space="preserve">- Paragraph 8: </w:t>
      </w:r>
      <w:hyperlink r:id="rId14">
        <w:r>
          <w:rPr>
            <w:color w:val="0000EE"/>
            <w:u w:val="single"/>
          </w:rPr>
          <w:t>[6]</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0">
        <w:r>
          <w:rPr>
            <w:color w:val="0000EE"/>
            <w:u w:val="single"/>
          </w:rPr>
          <w:t>[2]</w:t>
        </w:r>
      </w:hyperlink>
      <w:r>
        <w:t xml:space="preserve">- Paragraph 13: </w:t>
      </w:r>
      <w:hyperlink r:id="rId11">
        <w:r>
          <w:rPr>
            <w:color w:val="0000EE"/>
            <w:u w:val="single"/>
          </w:rPr>
          <w:t>[3]</w:t>
        </w:r>
      </w:hyperlink>
      <w:r>
        <w:t xml:space="preserve">, </w:t>
      </w:r>
      <w:hyperlink r:id="rId12">
        <w:r>
          <w:rPr>
            <w:color w:val="0000EE"/>
            <w:u w:val="single"/>
          </w:rPr>
          <w:t>[4]</w:t>
        </w:r>
      </w:hyperlink>
      <w:r>
        <w:t xml:space="preserve">- Paragraph 14: </w:t>
      </w:r>
      <w:hyperlink r:id="rId13">
        <w:r>
          <w:rPr>
            <w:color w:val="0000EE"/>
            <w:u w:val="single"/>
          </w:rPr>
          <w:t>[5]</w:t>
        </w:r>
      </w:hyperlink>
      <w:r>
        <w:t xml:space="preserve">, </w:t>
      </w:r>
      <w:hyperlink r:id="rId10">
        <w:r>
          <w:rPr>
            <w:color w:val="0000EE"/>
            <w:u w:val="single"/>
          </w:rPr>
          <w:t>[2]</w:t>
        </w:r>
      </w:hyperlink>
      <w:r>
        <w:t xml:space="preserve">- Paragraph 15: </w:t>
      </w:r>
      <w:hyperlink r:id="rId14">
        <w:r>
          <w:rPr>
            <w:color w:val="0000EE"/>
            <w:u w:val="single"/>
          </w:rPr>
          <w:t>[6]</w:t>
        </w:r>
      </w:hyperlink>
      <w:r>
        <w:t xml:space="preserve">, </w:t>
      </w:r>
      <w:hyperlink r:id="rId13">
        <w:r>
          <w:rPr>
            <w:color w:val="0000EE"/>
            <w:u w:val="single"/>
          </w:rPr>
          <w:t>[5]</w:t>
        </w:r>
      </w:hyperlink>
      <w:r>
        <w:t xml:space="preserve">- Paragraph 16: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https://meaws.com/news/best-bets-10-02-26/105590</w:t>
        </w:r>
      </w:hyperlink>
      <w:r>
        <w:t xml:space="preserve"> - Please view link - unable to able to access data</w:t>
      </w:r>
      <w:r/>
    </w:p>
    <w:p>
      <w:pPr>
        <w:pStyle w:val="ListNumber"/>
        <w:spacing w:line="240" w:lineRule="auto"/>
        <w:ind w:left="720"/>
      </w:pPr>
      <w:r/>
      <w:hyperlink r:id="rId10">
        <w:r>
          <w:rPr>
            <w:color w:val="0000EE"/>
            <w:u w:val="single"/>
          </w:rPr>
          <w:t>https://northtexaspride.org/festivalinfo</w:t>
        </w:r>
      </w:hyperlink>
      <w:r>
        <w:t xml:space="preserve"> - The North Texas Pride 'Come As You Are' Festival is scheduled for Saturday, October 10, 2026, from 12 PM to 5 PM at the ArtCentre of Plano, located at 902 E. 16th Street, Plano, TX 75074. This family-friendly event will feature sponsor and vendor booths, food and beverages, live music, dancing, and activities for all ages. Entry grants access to all activities and a chance to win in the grand prize drawing, with a portion of proceeds supporting a local non-profit. VIP access is available for a $25 donation, including light refreshments, beer and wine, and games in the Art Centre from 12:00 to 4:00 PM. The North Texas Pride Foundation is a 501(c)3 tax-exempt organization.</w:t>
      </w:r>
      <w:r/>
    </w:p>
    <w:p>
      <w:pPr>
        <w:pStyle w:val="ListNumber"/>
        <w:spacing w:line="240" w:lineRule="auto"/>
        <w:ind w:left="720"/>
      </w:pPr>
      <w:r/>
      <w:hyperlink r:id="rId11">
        <w:r>
          <w:rPr>
            <w:color w:val="0000EE"/>
            <w:u w:val="single"/>
          </w:rPr>
          <w:t>https://www.klydewarrenpark.org/events-programming/together-we-dance-with-avant-chamber-ballet</w:t>
        </w:r>
      </w:hyperlink>
      <w:r>
        <w:t xml:space="preserve"> - Avant Chamber Ballet's 'Together We Dance' event, scheduled for Saturday, October 3, 2026, from 3:00 PM to 4:30 PM at Klyde Warren Park's Muse Family Performance Pavilion, has been cancelled due to weather. The event was intended to be a free, family-friendly performance featuring live music and guest dance companies, including Avant Chamber Ballet, Ballet Frontier, Bombshell Dance Project, DBDT: Encore!, Grackle Dance Collective, and Pegasus Contemporary Ballet, with live music by pianist Kamilya Akhemtova.</w:t>
      </w:r>
      <w:r/>
    </w:p>
    <w:p>
      <w:pPr>
        <w:pStyle w:val="ListNumber"/>
        <w:spacing w:line="240" w:lineRule="auto"/>
        <w:ind w:left="720"/>
      </w:pPr>
      <w:r/>
      <w:hyperlink r:id="rId12">
        <w:r>
          <w:rPr>
            <w:color w:val="0000EE"/>
            <w:u w:val="single"/>
          </w:rPr>
          <w:t>https://www.visitdallas.com/events/avant-chamber-ballet-presents-together-we-dance/</w:t>
        </w:r>
      </w:hyperlink>
      <w:r>
        <w:t xml:space="preserve"> - Avant Chamber Ballet's 'Together We Dance' event, scheduled for Saturday, October 3, 2026, from 3:00 PM to 4:30 PM at Klyde Warren Park's Muse Family Performance Pavilion, has been cancelled due to weather. The event was intended to be a free, family-friendly performance featuring live music and guest dance companies, including Avant Chamber Ballet, Ballet Frontier, Bombshell Dance Project, DBDT: Encore!, Grackle Dance Collective, and Pegasus Contemporary Ballet, with live music by pianist Kamilya Akhemtova.</w:t>
      </w:r>
      <w:r/>
    </w:p>
    <w:p>
      <w:pPr>
        <w:pStyle w:val="ListNumber"/>
        <w:spacing w:line="240" w:lineRule="auto"/>
        <w:ind w:left="720"/>
      </w:pPr>
      <w:r/>
      <w:hyperlink r:id="rId13">
        <w:r>
          <w:rPr>
            <w:color w:val="0000EE"/>
            <w:u w:val="single"/>
          </w:rPr>
          <w:t>https://planomagazine.com/come-as-you-are-festival-2026/</w:t>
        </w:r>
      </w:hyperlink>
      <w:r>
        <w:t xml:space="preserve"> - The North Texas Pride 'Come As You Are' Festival is returning to the ArtCentre of Plano on October 10, 2026, from noon to 5 p.m. The family-friendly festival will feature sponsor/vendor booths, food and drinks, giveaways, activities, live music, and dancing. Adult admission is $10, with children admitted free. A VIP upgrade is available for those 21 and up, granting access to the indoor area with light refreshments and adult beverages from noon to 4 p.m. for an additional $15. Vendor booths are available for purchase. The ArtCentre of Plano is located at 902 E. 16th St.</w:t>
      </w:r>
      <w:r/>
    </w:p>
    <w:p>
      <w:pPr>
        <w:pStyle w:val="ListNumber"/>
        <w:spacing w:line="240" w:lineRule="auto"/>
        <w:ind w:left="720"/>
      </w:pPr>
      <w:r/>
      <w:hyperlink r:id="rId14">
        <w:r>
          <w:rPr>
            <w:color w:val="0000EE"/>
            <w:u w:val="single"/>
          </w:rPr>
          <w:t>https://northtexaspride.org/vendorsponsor-registration</w:t>
        </w:r>
      </w:hyperlink>
      <w:r>
        <w:t xml:space="preserve"> - The North Texas Pride 'Come As You Are' Festival is scheduled for Saturday, October 10, 2026, from 12 PM to 5 PM at the ArtCentre of Plano, located at 902 E. 16th Street, Plano, TX 75074. This family-friendly event will feature sponsor and vendor booths, food and beverages, live music, dancing, and activities for all ages. Entry grants access to all activities and a chance to win in the grand prize drawing, with a portion of proceeds supporting a local non-profit. VIP access is available for a $25 donation, including light refreshments, beer and wine, and games in the Art Centre from 12:00 to 4:00 PM. The North Texas Pride Foundation is a 501(c)3 tax-exempt organization.</w:t>
      </w:r>
      <w:r/>
    </w:p>
    <w:p>
      <w:pPr>
        <w:pStyle w:val="ListNumber"/>
        <w:spacing w:line="240" w:lineRule="auto"/>
        <w:ind w:left="720"/>
      </w:pPr>
      <w:r/>
      <w:hyperlink r:id="rId15">
        <w:r>
          <w:rPr>
            <w:color w:val="0000EE"/>
            <w:u w:val="single"/>
          </w:rPr>
          <w:t>https://www.visitdallas.com/nl/events/avant-chamber-ballet-presents-together-we-dance/</w:t>
        </w:r>
      </w:hyperlink>
      <w:r>
        <w:t xml:space="preserve"> - Avant Chamber Ballet's 'Together We Dance' event, scheduled for Saturday, October 3, 2026, from 3:00 PM to 4:30 PM at Klyde Warren Park's Muse Family Performance Pavilion, has been cancelled due to weather. The event was intended to be a free, family-friendly performance featuring live music and guest dance companies, including Avant Chamber Ballet, Ballet Frontier, Bombshell Dance Project, DBDT: Encore!, Grackle Dance Collective, and Pegasus Contemporary Ballet, with live music by pianist Kamilya Akhemtova.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best-bets-10-02-26/105590" TargetMode="External"/><Relationship Id="rId10" Type="http://schemas.openxmlformats.org/officeDocument/2006/relationships/hyperlink" Target="https://northtexaspride.org/festivalinfo" TargetMode="External"/><Relationship Id="rId11" Type="http://schemas.openxmlformats.org/officeDocument/2006/relationships/hyperlink" Target="https://www.klydewarrenpark.org/events-programming/together-we-dance-with-avant-chamber-ballet" TargetMode="External"/><Relationship Id="rId12" Type="http://schemas.openxmlformats.org/officeDocument/2006/relationships/hyperlink" Target="https://www.visitdallas.com/events/avant-chamber-ballet-presents-together-we-dance/" TargetMode="External"/><Relationship Id="rId13" Type="http://schemas.openxmlformats.org/officeDocument/2006/relationships/hyperlink" Target="https://planomagazine.com/come-as-you-are-festival-2026/" TargetMode="External"/><Relationship Id="rId14" Type="http://schemas.openxmlformats.org/officeDocument/2006/relationships/hyperlink" Target="https://northtexaspride.org/vendorsponsor-registration" TargetMode="External"/><Relationship Id="rId15" Type="http://schemas.openxmlformats.org/officeDocument/2006/relationships/hyperlink" Target="https://www.visitdallas.com/nl/events/avant-chamber-ballet-presents-together-we-dan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