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Queer Books for Darker Autumn Reading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seeking the best new queer books for autumn 2026 have a wonderfully unruly choice ahead, from ecological dystopias and sapphic thrillers to gothic vampires, manga and blistering short fiction. These releases arrive across Britain from October to December, offering bold stories for cosy evenings, rainy commutes and anyone keen to finish the year with something unforgettable.</w:t>
      </w:r>
      <w:r/>
    </w:p>
    <w:p>
      <w:pPr>
        <w:pStyle w:val="Heading2"/>
      </w:pPr>
      <w:r>
        <w:t>Essential Takeaways</w:t>
      </w:r>
      <w:r/>
      <w:r/>
    </w:p>
    <w:p>
      <w:pPr>
        <w:pStyle w:val="ListBullet"/>
        <w:spacing w:line="240" w:lineRule="auto"/>
        <w:ind w:left="720"/>
      </w:pPr>
      <w:r/>
      <w:r>
        <w:rPr>
          <w:b/>
        </w:rPr>
        <w:t>A richly varied shortlist:</w:t>
      </w:r>
      <w:r>
        <w:t xml:space="preserve"> The season spans literary fiction, romance, crime, memoir, manga and cultural criticism.</w:t>
      </w:r>
      <w:r/>
    </w:p>
    <w:p>
      <w:pPr>
        <w:pStyle w:val="ListBullet"/>
        <w:spacing w:line="240" w:lineRule="auto"/>
        <w:ind w:left="720"/>
      </w:pPr>
      <w:r/>
      <w:r>
        <w:rPr>
          <w:b/>
        </w:rPr>
        <w:t>Climate anxiety runs deep:</w:t>
      </w:r>
      <w:r>
        <w:t xml:space="preserve"> Several books turn environmental collapse into intimate stories about love, grief and survival.</w:t>
      </w:r>
      <w:r/>
    </w:p>
    <w:p>
      <w:pPr>
        <w:pStyle w:val="ListBullet"/>
        <w:spacing w:line="240" w:lineRule="auto"/>
        <w:ind w:left="720"/>
      </w:pPr>
      <w:r/>
      <w:r>
        <w:rPr>
          <w:b/>
        </w:rPr>
        <w:t>Vampires are still thriving:</w:t>
      </w:r>
      <w:r>
        <w:t xml:space="preserve"> Gothic unease appears in both Scottish literary fiction and comic, chaotic manga.</w:t>
      </w:r>
      <w:r/>
    </w:p>
    <w:p>
      <w:pPr>
        <w:pStyle w:val="ListBullet"/>
        <w:spacing w:line="240" w:lineRule="auto"/>
        <w:ind w:left="720"/>
      </w:pPr>
      <w:r/>
      <w:r>
        <w:rPr>
          <w:b/>
        </w:rPr>
        <w:t>Queer worlds feel expansive:</w:t>
      </w:r>
      <w:r>
        <w:t xml:space="preserve"> Sports, diaspora, disability, family and class all sit alongside sexuality and gender.</w:t>
      </w:r>
      <w:r/>
    </w:p>
    <w:p>
      <w:pPr>
        <w:pStyle w:val="ListBullet"/>
        <w:spacing w:line="240" w:lineRule="auto"/>
        <w:ind w:left="720"/>
      </w:pPr>
      <w:r/>
      <w:r>
        <w:rPr>
          <w:b/>
        </w:rPr>
        <w:t>Check publication dates:</w:t>
      </w:r>
      <w:r>
        <w:t xml:space="preserve"> The titles arrive throughout October, November and December 2026, so pre-orders may be useful.</w:t>
      </w:r>
      <w:r/>
      <w:r/>
    </w:p>
    <w:p>
      <w:pPr>
        <w:pStyle w:val="Heading2"/>
      </w:pPr>
      <w:r>
        <w:t>Queer fiction is getting darker, stranger and more ambitious</w:t>
      </w:r>
      <w:r/>
    </w:p>
    <w:p>
      <w:r/>
      <w:r>
        <w:t>The strongest autumn releases aren't simply asking readers to identify with a character. They're dropping us into damaged worlds, uncomfortable relationships and moral grey zones, then asking us to stay there for a while.</w:t>
      </w:r>
      <w:r/>
    </w:p>
    <w:p>
      <w:r/>
      <w:r>
        <w:t xml:space="preserve">Pol Guasch's </w:t>
      </w:r>
      <w:r>
        <w:rPr>
          <w:i/>
        </w:rPr>
        <w:t>Paradise Burns</w:t>
      </w:r>
      <w:r>
        <w:t>, translated by Mara Faye Lethem, sets friendship and queer love against drought, fire and ecological collapse. As The Guardian reported, its environmental grief feels disturbingly close to the anxieties of the present, but the novel remains interested in tenderness as much as catastrophe. That's a useful distinction: this isn't just a climate novel with a rainbow pinned to it, but a story about what people cling to when the future feels stolen.</w:t>
      </w:r>
      <w:r/>
    </w:p>
    <w:p>
      <w:r/>
      <w:r>
        <w:t xml:space="preserve">Elsewhere, </w:t>
      </w:r>
      <w:r>
        <w:rPr>
          <w:i/>
        </w:rPr>
        <w:t>Our Infinite and Inevitable Ends</w:t>
      </w:r>
      <w:r>
        <w:t xml:space="preserve"> by A.D. Sui brings sapphic romance into a near-future thriller involving climate science, alternate timelines and a suspicious death. Readers who like their love stories with danger, big ideas and a faintly existential aftertaste should keep this one close.</w:t>
      </w:r>
      <w:r/>
    </w:p>
    <w:p>
      <w:pPr>
        <w:pStyle w:val="Heading2"/>
      </w:pPr>
      <w:r>
        <w:t>From the rink to the page, queer culture is everywhere</w:t>
      </w:r>
      <w:r/>
    </w:p>
    <w:p>
      <w:r/>
      <w:r>
        <w:t xml:space="preserve">The runaway popularity of hockey romance has made the sport newly visible to readers who might never have watched a full game. Daniel Gawthrop's </w:t>
      </w:r>
      <w:r>
        <w:rPr>
          <w:i/>
        </w:rPr>
        <w:t>Cutting Edge: Hockey as Queer Culture</w:t>
      </w:r>
      <w:r>
        <w:t xml:space="preserve"> arrives at exactly that moment, examining masculinity, gender and sexuality around the ice rather than treating hockey as a neutral backdrop.</w:t>
      </w:r>
      <w:r/>
    </w:p>
    <w:p>
      <w:r/>
      <w:r>
        <w:t>NPR's coverage highlights the book's interest in how hockey has changed, while also questioning whether its institutions have changed quickly enough. It sounds like a particularly timely read for anyone fascinated by the gap between welcoming grassroots communities and cautious, sometimes defensive governing bodies.</w:t>
      </w:r>
      <w:r/>
    </w:p>
    <w:p>
      <w:r/>
      <w:r>
        <w:t xml:space="preserve">For a more overtly romantic option, Zakiya N. Jamal's </w:t>
      </w:r>
      <w:r>
        <w:rPr>
          <w:i/>
        </w:rPr>
        <w:t>Two Can Play That Game</w:t>
      </w:r>
      <w:r>
        <w:t xml:space="preserve"> swaps the rink for professional basketball. Its fake-dating setup pairs a social-media influencer with a WNBA star, bringing public image, sponsorship pressure and a Black non-binary lesbian lead into a glossy, high-stakes romance. In other words, there's plenty here for readers who enjoy chemistry with their court-side drama.</w:t>
      </w:r>
      <w:r/>
    </w:p>
    <w:p>
      <w:pPr>
        <w:pStyle w:val="Heading2"/>
      </w:pPr>
      <w:r>
        <w:t>Gothic chills, vampires and gloriously bad decisions</w:t>
      </w:r>
      <w:r/>
    </w:p>
    <w:p>
      <w:r/>
      <w:r>
        <w:t xml:space="preserve">Vampires remain the dependable little black dress of queer fiction: endlessly adaptable, faintly dangerous and always ready for another night out. Genevieve Jagger's </w:t>
      </w:r>
      <w:r>
        <w:rPr>
          <w:i/>
        </w:rPr>
        <w:t>Fragile Animals</w:t>
      </w:r>
      <w:r>
        <w:t xml:space="preserve"> takes the gothic route, sending a hotel cleaner to the Isle of Bute, where sexuality, Catholic guilt and a claimed vampire collide in a cold, claustrophobic landscape.</w:t>
      </w:r>
      <w:r/>
    </w:p>
    <w:p>
      <w:r/>
      <w:r>
        <w:t>The Bookseller's author interview places the novel within a conversation about queer gothic fiction and magical realism. That combination should appeal to readers who prefer their supernatural stories psychologically slippery, where the question isn't only whether the vampire exists, but whether belief itself can offer escape.</w:t>
      </w:r>
      <w:r/>
    </w:p>
    <w:p>
      <w:r/>
      <w:r>
        <w:t xml:space="preserve">Then comes </w:t>
      </w:r>
      <w:r>
        <w:rPr>
          <w:i/>
        </w:rPr>
        <w:t>Babanba Banban Vampire</w:t>
      </w:r>
      <w:r>
        <w:t xml:space="preserve">, a manga series featuring a centuries-old bathhouse worker with a very questionable plan involving a teenage boy's romantic future. Publishers Weekly's listing confirms the title's unusual blend of comedy, horror and boys' love sensibilities. It's a much lighter proposition than </w:t>
      </w:r>
      <w:r>
        <w:rPr>
          <w:i/>
        </w:rPr>
        <w:t>Fragile Animals</w:t>
      </w:r>
      <w:r>
        <w:t>, but perhaps all the more entertaining for being so unapologetically absurd.</w:t>
      </w:r>
      <w:r/>
    </w:p>
    <w:p>
      <w:pPr>
        <w:pStyle w:val="Heading2"/>
      </w:pPr>
      <w:r>
        <w:t>Crime, obsession and revenge take centre stage</w:t>
      </w:r>
      <w:r/>
    </w:p>
    <w:p>
      <w:r/>
      <w:r>
        <w:t xml:space="preserve">Ray Filar's </w:t>
      </w:r>
      <w:r>
        <w:rPr>
          <w:i/>
        </w:rPr>
        <w:t>Choke</w:t>
      </w:r>
      <w:r>
        <w:t xml:space="preserve"> is pitched as a revenge fantasy about two sex workers who fall in love and begin killing clients. That premise is already enough to stop a scroll, but the novella appears to be doing more than serving up stylish mayhem.</w:t>
      </w:r>
      <w:r/>
    </w:p>
    <w:p>
      <w:r/>
      <w:r>
        <w:t>Kirkus Reviews describes a book that mixes black comedy, psychological unease and questions of class, bodies, kink and transness. Its queer East London setting also gives the story a recognisable urban pulse, even as the plot races towards increasingly extreme choices. Think of it as a sharp-edged cocktail: glamorous at first sip, then considerably more dangerous.</w:t>
      </w:r>
      <w:r/>
    </w:p>
    <w:p>
      <w:r/>
      <w:r>
        <w:t xml:space="preserve">For a more traditional literary suspense mood, Ben Sims's </w:t>
      </w:r>
      <w:r>
        <w:rPr>
          <w:i/>
        </w:rPr>
        <w:t>The Long Let</w:t>
      </w:r>
      <w:r>
        <w:t xml:space="preserve"> follows an obsessive academic whose fascination with a wealthy young lodger turns manipulative. Its North London house-share setting promises a particularly British kind of menace, all polished rooms, simmering resentment and tea served under strained circumstances.</w:t>
      </w:r>
      <w:r/>
    </w:p>
    <w:p>
      <w:pPr>
        <w:pStyle w:val="Heading2"/>
      </w:pPr>
      <w:r>
        <w:t>Short stories and memoirs offer the most intimate turns</w:t>
      </w:r>
      <w:r/>
    </w:p>
    <w:p>
      <w:r/>
      <w:r>
        <w:t xml:space="preserve">Not every important queer book this season is built around a giant plot. Lidia Yuknavitch's </w:t>
      </w:r>
      <w:r>
        <w:rPr>
          <w:i/>
        </w:rPr>
        <w:t>Reading the Waves</w:t>
      </w:r>
      <w:r>
        <w:t xml:space="preserve"> moves between memory and invention, considering abuse, grief, disability and the way creative work can reshape a life. Booklist's review points to the memoir's emotionally immersive quality, making it one for readers prepared for a more reflective, demanding experience.</w:t>
      </w:r>
      <w:r/>
    </w:p>
    <w:p>
      <w:r/>
      <w:r>
        <w:t xml:space="preserve">Randall Kenan's </w:t>
      </w:r>
      <w:r>
        <w:rPr>
          <w:i/>
        </w:rPr>
        <w:t>Let the Dead Bury the Dead</w:t>
      </w:r>
      <w:r>
        <w:t xml:space="preserve"> gathers Southern Gothic stories rooted in Black queer life, folklore and the lingering force of the past. Meanwhile, Sloane Murphy's </w:t>
      </w:r>
      <w:r>
        <w:rPr>
          <w:i/>
        </w:rPr>
        <w:t>Shut Up, I Love You, I'll Call You Tomorrow</w:t>
      </w:r>
      <w:r>
        <w:t xml:space="preserve"> turns towards young trans women in Chicago, capturing friendship, chaos and survival in a collection that sounds bruised but vividly alive.</w:t>
      </w:r>
      <w:r/>
    </w:p>
    <w:p>
      <w:r/>
      <w:r>
        <w:t xml:space="preserve">Readers wanting a more hopeful climate angle could try Sim Kern's </w:t>
      </w:r>
      <w:r>
        <w:rPr>
          <w:i/>
        </w:rPr>
        <w:t>Real Sugar Is Hard to Find</w:t>
      </w:r>
      <w:r>
        <w:t>, a story collection that moves from dystopian fear towards collective resilience. That arc matters. Queer speculative fiction isn't only imagining collapse; increasingly, it's asking what solidarity might look like afterwards.</w:t>
      </w:r>
      <w:r/>
    </w:p>
    <w:p>
      <w:pPr>
        <w:pStyle w:val="Heading2"/>
      </w:pPr>
      <w:r>
        <w:t>Which new queer book should you choose first?</w:t>
      </w:r>
      <w:r/>
    </w:p>
    <w:p>
      <w:r/>
      <w:r>
        <w:t xml:space="preserve">For ecological grief, start with </w:t>
      </w:r>
      <w:r>
        <w:rPr>
          <w:i/>
        </w:rPr>
        <w:t>Paradise Burns</w:t>
      </w:r>
      <w:r>
        <w:t xml:space="preserve"> or </w:t>
      </w:r>
      <w:r>
        <w:rPr>
          <w:i/>
        </w:rPr>
        <w:t>Our Infinite and Inevitable Ends</w:t>
      </w:r>
      <w:r>
        <w:t xml:space="preserve">. If you want a sharp thriller, </w:t>
      </w:r>
      <w:r>
        <w:rPr>
          <w:i/>
        </w:rPr>
        <w:t>Choke</w:t>
      </w:r>
      <w:r>
        <w:t xml:space="preserve"> and </w:t>
      </w:r>
      <w:r>
        <w:rPr>
          <w:i/>
        </w:rPr>
        <w:t>The Long Let</w:t>
      </w:r>
      <w:r>
        <w:t xml:space="preserve"> bring danger closer to home. For gothic atmosphere, choose </w:t>
      </w:r>
      <w:r>
        <w:rPr>
          <w:i/>
        </w:rPr>
        <w:t>Fragile Animals</w:t>
      </w:r>
      <w:r>
        <w:t xml:space="preserve">, while manga readers can decide between the eccentric vampire comedy of </w:t>
      </w:r>
      <w:r>
        <w:rPr>
          <w:i/>
        </w:rPr>
        <w:t>Babanba Banban Vampire</w:t>
      </w:r>
      <w:r>
        <w:t xml:space="preserve"> and the darker social world of </w:t>
      </w:r>
      <w:r>
        <w:rPr>
          <w:i/>
        </w:rPr>
        <w:t>Wandering Cat's Cage</w:t>
      </w:r>
      <w:r>
        <w:t>.</w:t>
      </w:r>
      <w:r/>
    </w:p>
    <w:p>
      <w:r/>
      <w:r>
        <w:t xml:space="preserve">There are also compelling routes beyond fiction. </w:t>
      </w:r>
      <w:r>
        <w:rPr>
          <w:i/>
        </w:rPr>
        <w:t>A Mad Mess</w:t>
      </w:r>
      <w:r>
        <w:t xml:space="preserve"> offers a liberatory guide for Mad, neurodivergent and disabled QTBIPOC readers, while </w:t>
      </w:r>
      <w:r>
        <w:rPr>
          <w:i/>
        </w:rPr>
        <w:t>Cutting Edge</w:t>
      </w:r>
      <w:r>
        <w:t xml:space="preserve"> looks at sport through a queer cultural lens. The overall picture is encouraging: queer publishing in late 2026 isn't confined to one mood, genre or kind of life.</w:t>
      </w:r>
      <w:r/>
    </w:p>
    <w:p>
      <w:r/>
      <w:r>
        <w:t>And that's perhaps the most exciting thing about this list. The books can be tender, filthy, funny, frightening, political or all five before lunch.</w:t>
      </w:r>
      <w:r/>
    </w:p>
    <w:p>
      <w:r/>
      <w:r>
        <w:t>Choose the one that matches your mood, then let the rain do the rest.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[7]</w:t>
        </w:r>
      </w:hyperlink>
      <w:r>
        <w:t xml:space="preserve">- Paragraph 5: </w:t>
      </w:r>
      <w:hyperlink r:id="rId13">
        <w:r>
          <w:rPr>
            <w:color w:val="0000EE"/>
            <w:u w:val="single"/>
          </w:rPr>
          <w:t>[5]</w:t>
        </w:r>
      </w:hyperlink>
      <w:r>
        <w:t xml:space="preserve">, </w:t>
      </w:r>
      <w:hyperlink r:id="rId15">
        <w:r>
          <w:rPr>
            <w:color w:val="0000EE"/>
            <w:u w:val="single"/>
          </w:rPr>
          <w:t>[6]</w:t>
        </w:r>
      </w:hyperlink>
      <w:r>
        <w:t xml:space="preserve">- Paragraph 6: </w:t>
      </w:r>
      <w:hyperlink r:id="rId15">
        <w:r>
          <w:rPr>
            <w:color w:val="0000EE"/>
            <w:u w:val="single"/>
          </w:rPr>
          <w:t>[6]</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5">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5">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https://theturnaroundblog.com/2026/10/02/20-new-queer-books-for-rainier-days-and-darker-nights/</w:t>
        </w:r>
      </w:hyperlink>
      <w:r>
        <w:t xml:space="preserve"> - Please view link - unable to able to access data</w:t>
      </w:r>
      <w:r/>
    </w:p>
    <w:p>
      <w:pPr>
        <w:pStyle w:val="ListNumber"/>
        <w:spacing w:line="240" w:lineRule="auto"/>
        <w:ind w:left="720"/>
      </w:pPr>
      <w:r/>
      <w:hyperlink r:id="rId10">
        <w:r>
          <w:rPr>
            <w:color w:val="0000EE"/>
            <w:u w:val="single"/>
          </w:rPr>
          <w:t>https://www.theguardian.com/books/2026/oct/01/paradise-burns-pol-guasch-ecological-grief</w:t>
        </w:r>
      </w:hyperlink>
      <w:r>
        <w:t xml:space="preserve"> - In 'Paradise Burns', Pol Guasch presents a dystopian narrative where two best friends, Rita and Liton, navigate a world ravaged by environmental disasters. Amidst the extinction of wildlife and relentless natural calamities, their bond offers a reprieve from disillusionment. The novel delves into themes of ecological and existential grief, portraying a generation grappling with the inheritance of a deteriorating world. Guasch's storytelling intertwines personal relationships with broader environmental concerns, highlighting the profound impact of ecological decline on individual lives.</w:t>
      </w:r>
      <w:r/>
    </w:p>
    <w:p>
      <w:pPr>
        <w:pStyle w:val="ListNumber"/>
        <w:spacing w:line="240" w:lineRule="auto"/>
        <w:ind w:left="720"/>
      </w:pPr>
      <w:r/>
      <w:hyperlink r:id="rId11">
        <w:r>
          <w:rPr>
            <w:color w:val="0000EE"/>
            <w:u w:val="single"/>
          </w:rPr>
          <w:t>https://www.npr.org/2026/09/30/cutting-edge-hockey-as-queer-culture-daniel-gawthrop</w:t>
        </w:r>
      </w:hyperlink>
      <w:r>
        <w:t xml:space="preserve"> - Daniel Gawthrop's 'Cutting Edge: Hockey as Queer Culture' examines the evolution of ice hockey through a queer lens. Reflecting on his experiences from the 1970s to the present, Gawthrop explores how the sport has transitioned from a bastion of straight white male machismo to a more inclusive environment welcoming women and players of diverse ethnicities. The book also addresses the challenges faced by queer and trans individuals in sports, highlighting the resistance to change within institutions like Hockey Canada and the NHL.</w:t>
      </w:r>
      <w:r/>
    </w:p>
    <w:p>
      <w:pPr>
        <w:pStyle w:val="ListNumber"/>
        <w:spacing w:line="240" w:lineRule="auto"/>
        <w:ind w:left="720"/>
      </w:pPr>
      <w:r/>
      <w:hyperlink r:id="rId12">
        <w:r>
          <w:rPr>
            <w:color w:val="0000EE"/>
            <w:u w:val="single"/>
          </w:rPr>
          <w:t>https://www.publishersweekly.com/978-1-977-50026-9</w:t>
        </w:r>
      </w:hyperlink>
      <w:r>
        <w:t xml:space="preserve"> - Mikael Ross's 'Nirvana is Here' is a contemporary crime thriller set in Berlin's Lichtenberg district. The story follows two Vietnamese-German siblings who, after a chance encounter, embark on a mission to rescue a young Vietnamese woman from her pursuer. The novel blends elements of adventure, coming-of-age, and love stories, set against the backdrop of current social issues. Ross's empathetic portrayal of characters navigating urban environments offers a poignant exploration of identity and belonging.</w:t>
      </w:r>
      <w:r/>
    </w:p>
    <w:p>
      <w:pPr>
        <w:pStyle w:val="ListNumber"/>
        <w:spacing w:line="240" w:lineRule="auto"/>
        <w:ind w:left="720"/>
      </w:pPr>
      <w:r/>
      <w:hyperlink r:id="rId13">
        <w:r>
          <w:rPr>
            <w:color w:val="0000EE"/>
            <w:u w:val="single"/>
          </w:rPr>
          <w:t>https://www.kirkusreviews.com/book-reviews/ray-filar/choke-filar/</w:t>
        </w:r>
      </w:hyperlink>
      <w:r>
        <w:t xml:space="preserve"> - In 'Choke', Ray Filar presents a revenge fantasy novella where two sex workers, Leila and Silvia, form a romantic relationship that leads them on a murderous spree. Set in queer East London and the corporate city, the narrative combines black comedy, psychological realism, and literary essay. Filar's work challenges traditional tropes, exploring themes of fantasy, BDSM, kink, wealth, class, and transness, offering a provocative and thought-provoking read.</w:t>
      </w:r>
      <w:r/>
    </w:p>
    <w:p>
      <w:pPr>
        <w:pStyle w:val="ListNumber"/>
        <w:spacing w:line="240" w:lineRule="auto"/>
        <w:ind w:left="720"/>
      </w:pPr>
      <w:r/>
      <w:hyperlink r:id="rId15">
        <w:r>
          <w:rPr>
            <w:color w:val="0000EE"/>
            <w:u w:val="single"/>
          </w:rPr>
          <w:t>https://www.booklistonline.com/Reading-the-Waves-Lidia-Yuknavitch/pid=9781836750338</w:t>
        </w:r>
      </w:hyperlink>
      <w:r>
        <w:t xml:space="preserve"> - Lidia Yuknavitch's 'Reading the Waves' is an immersive exploration of memory and trauma, blending past and present, fact and fiction. Fifteen years after her bestselling memoir 'The Chronology of Water', Yuknavitch revisits her past with a writer's perspective, reflecting on her father's abuse, her mother's disability, and the death of her child. The narrative delves into the fluidity of memory and the process of rewriting one's life, emphasizing the role of creativity in healing and self-understanding.</w:t>
      </w:r>
      <w:r/>
    </w:p>
    <w:p>
      <w:pPr>
        <w:pStyle w:val="ListNumber"/>
        <w:spacing w:line="240" w:lineRule="auto"/>
        <w:ind w:left="720"/>
      </w:pPr>
      <w:r/>
      <w:hyperlink r:id="rId14">
        <w:r>
          <w:rPr>
            <w:color w:val="0000EE"/>
            <w:u w:val="single"/>
          </w:rPr>
          <w:t>https://www.thebookseller.com/author-interviews/genevieve-jagger-fragile-animals</w:t>
        </w:r>
      </w:hyperlink>
      <w:r>
        <w:t xml:space="preserve"> - Genevieve Jagger's 'Fragile Animals' follows Noelle, a hotel cleaner grappling with the trauma of her Catholic upbringing. Her journey to the Isle of Bute leads her to a man who claims to be a vampire, sparking a relationship rooted in confession. As Noelle confronts her blasphemous sexuality and memories of her mother's affair with a local priest, the novel intertwines contemporary gothic fiction, queer themes, and magical realism, immersing readers in Scotland's harsh and claustrophobic environments.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turnaroundblog.com/2026/10/02/20-new-queer-books-for-rainier-days-and-darker-nights/" TargetMode="External"/><Relationship Id="rId10" Type="http://schemas.openxmlformats.org/officeDocument/2006/relationships/hyperlink" Target="https://www.theguardian.com/books/2026/oct/01/paradise-burns-pol-guasch-ecological-grief" TargetMode="External"/><Relationship Id="rId11" Type="http://schemas.openxmlformats.org/officeDocument/2006/relationships/hyperlink" Target="https://www.npr.org/2026/09/30/cutting-edge-hockey-as-queer-culture-daniel-gawthrop" TargetMode="External"/><Relationship Id="rId12" Type="http://schemas.openxmlformats.org/officeDocument/2006/relationships/hyperlink" Target="https://www.publishersweekly.com/978-1-977-50026-9" TargetMode="External"/><Relationship Id="rId13" Type="http://schemas.openxmlformats.org/officeDocument/2006/relationships/hyperlink" Target="https://www.kirkusreviews.com/book-reviews/ray-filar/choke-filar/" TargetMode="External"/><Relationship Id="rId14" Type="http://schemas.openxmlformats.org/officeDocument/2006/relationships/hyperlink" Target="https://www.thebookseller.com/author-interviews/genevieve-jagger-fragile-animals" TargetMode="External"/><Relationship Id="rId15" Type="http://schemas.openxmlformats.org/officeDocument/2006/relationships/hyperlink" Target="https://www.booklistonline.com/Reading-the-Waves-Lidia-Yuknavitch/pid=978183675033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