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Things to Do in Houston This October Weekend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Houston's LGBTQ calendar is packed from 1 to 4 October, with independent cinema, live music, drag, brunch and community celebrations taking over venues across the city. Whether you're after a thoughtful film, a loud night out or a relaxed Sunday show, these are the best queer things to do in Houston this weekend.</w:t>
      </w:r>
      <w:r/>
    </w:p>
    <w:p>
      <w:pPr>
        <w:pStyle w:val="Heading2"/>
      </w:pPr>
      <w:r>
        <w:t>Essential Takeaways</w:t>
      </w:r>
      <w:r/>
      <w:r/>
    </w:p>
    <w:p>
      <w:pPr>
        <w:pStyle w:val="ListBullet"/>
        <w:spacing w:line="240" w:lineRule="auto"/>
        <w:ind w:left="720"/>
      </w:pPr>
      <w:r/>
      <w:r>
        <w:rPr>
          <w:b/>
        </w:rPr>
        <w:t>Film leads the weekend:</w:t>
      </w:r>
      <w:r>
        <w:t xml:space="preserve"> The Houston Cinema Arts Festival runs from 1 to 11 October, with features, shorts, talks and workshops across the city.</w:t>
      </w:r>
      <w:r/>
    </w:p>
    <w:p>
      <w:pPr>
        <w:pStyle w:val="ListBullet"/>
        <w:spacing w:line="240" w:lineRule="auto"/>
        <w:ind w:left="720"/>
      </w:pPr>
      <w:r/>
      <w:r>
        <w:rPr>
          <w:b/>
        </w:rPr>
        <w:t>Music gets personal:</w:t>
      </w:r>
      <w:r>
        <w:t xml:space="preserve"> Lauren Sanderson plays Pearl Bar, while Rebecca Black brings her Exhibitionism tour to White Oak Music Hall.</w:t>
      </w:r>
      <w:r/>
    </w:p>
    <w:p>
      <w:pPr>
        <w:pStyle w:val="ListBullet"/>
        <w:spacing w:line="240" w:lineRule="auto"/>
        <w:ind w:left="720"/>
      </w:pPr>
      <w:r/>
      <w:r>
        <w:rPr>
          <w:b/>
        </w:rPr>
        <w:t>Saturday is especially busy:</w:t>
      </w:r>
      <w:r>
        <w:t xml:space="preserve"> Katy Pride, Out for Good, drag shows and a 20th-anniversary party all compete for attention.</w:t>
      </w:r>
      <w:r/>
    </w:p>
    <w:p>
      <w:pPr>
        <w:pStyle w:val="ListBullet"/>
        <w:spacing w:line="240" w:lineRule="auto"/>
        <w:ind w:left="720"/>
      </w:pPr>
      <w:r/>
      <w:r>
        <w:rPr>
          <w:b/>
        </w:rPr>
        <w:t>Sunday keeps things playful:</w:t>
      </w:r>
      <w:r>
        <w:t xml:space="preserve"> Drag brunch and a Rocky Horror-inspired show offer easygoing daytime options.</w:t>
      </w:r>
      <w:r/>
    </w:p>
    <w:p>
      <w:pPr>
        <w:pStyle w:val="ListBullet"/>
        <w:spacing w:line="240" w:lineRule="auto"/>
        <w:ind w:left="720"/>
      </w:pPr>
      <w:r/>
      <w:r>
        <w:rPr>
          <w:b/>
        </w:rPr>
        <w:t>Plan around venues:</w:t>
      </w:r>
      <w:r>
        <w:t xml:space="preserve"> Some events are all-ages, while others are 21-plus, standing-room only or ticketed separately.</w:t>
      </w:r>
      <w:r/>
      <w:r/>
    </w:p>
    <w:p>
      <w:pPr>
        <w:pStyle w:val="Heading2"/>
      </w:pPr>
      <w:r>
        <w:t>Houston Cinema Arts Festival sets the tone</w:t>
      </w:r>
      <w:r/>
    </w:p>
    <w:p>
      <w:r/>
      <w:r>
        <w:t>The weekend opens with the Houston Cinema Arts Festival, a city-wide celebration of independent, international and Houston-connected filmmaking. The 2026 edition runs through 11 October, with more than 35 feature films alongside shorts, filmmaker discussions, workshops and special events.</w:t>
      </w:r>
      <w:r/>
    </w:p>
    <w:p>
      <w:r/>
      <w:r>
        <w:t>That variety is the real draw. You might spend one evening with a major new release, then return for a smaller local story or a conversation that gives the film extra texture. The festival's programme also connects with Houston's wider film culture, including events associated with Asian American, LGBTQ and Latin American cinema.</w:t>
      </w:r>
      <w:r/>
    </w:p>
    <w:p>
      <w:r/>
      <w:r>
        <w:t>According to Click2Houston, the festival opens with Mahershala Ali's new film, Your Mother, Your Mother, Your Mother. Cinema fans can check the official Cinema HTX listings for screening times, venues and ticket information before setting off.</w:t>
      </w:r>
      <w:r/>
    </w:p>
    <w:p>
      <w:pPr>
        <w:pStyle w:val="Heading2"/>
      </w:pPr>
      <w:r>
        <w:t>Thursday brings intimate music and big-screen energy</w:t>
      </w:r>
      <w:r/>
    </w:p>
    <w:p>
      <w:r/>
      <w:r>
        <w:t>Lauren Sanderson takes over Pearl Bar on Thursday night with her Come Say Sum Tour. Her songwriting draws on relationships, identity and queer life, but the current live sound is more rock-led than hushed, giving the show a lively edge in a relatively intimate room.</w:t>
      </w:r>
      <w:r/>
    </w:p>
    <w:p>
      <w:r/>
      <w:r>
        <w:t>It's a good choice for anyone who prefers a gig with personality rather than a huge arena production. Pearl Bar is hosting the performance at 8pm, and the event is for over-21s, so bring photo ID and expect a standing night with plenty of volume.</w:t>
      </w:r>
      <w:r/>
    </w:p>
    <w:p>
      <w:r/>
      <w:r>
        <w:t>For cinema lovers, Thursday also offers the festival's opening-night atmosphere. The official festival programme is the best place to compare screenings, particularly if you're hoping to catch a queer title or pair a film with a filmmaker conversation.</w:t>
      </w:r>
      <w:r/>
    </w:p>
    <w:p>
      <w:pPr>
        <w:pStyle w:val="Heading2"/>
      </w:pPr>
      <w:r>
        <w:t>Saturday is Houston's busiest queer night</w:t>
      </w:r>
      <w:r/>
    </w:p>
    <w:p>
      <w:r/>
      <w:r>
        <w:t>Katy Pride's fourth annual celebration offers a daytime option with a distinctly community-focused feel. Held at Bear Creek Rodeo Arena from 11am to 4pm, the free event is expected to bring more than 2,000 people together for live entertainment, food trucks, vendors, community organisations and activities for all ages.</w:t>
      </w:r>
      <w:r/>
    </w:p>
    <w:p>
      <w:r/>
      <w:r>
        <w:t>Later, the Montrose Center's Out for Good gala marks National Coming Out Day with a "Wild &amp; Untamed" theme. Manila Luzon hosts, Trinity the Tuck is scheduled to perform, and the evening includes dinner, a programme and an after-party supporting the Centre's services. It is the polished, purpose-driven choice for guests who want their night out to support a local cause.</w:t>
      </w:r>
      <w:r/>
    </w:p>
    <w:p>
      <w:r/>
      <w:r>
        <w:t>Meanwhile, Tony's Corner Pocket is celebrating two decades in Houston LGBTQ nightlife. Its anniversary party promises the kind of exuberant atmosphere associated with the long-running bar, including drag, dancers and adult entertainment. Check the venue's latest details for the confirmed start time.</w:t>
      </w:r>
      <w:r/>
    </w:p>
    <w:p>
      <w:pPr>
        <w:pStyle w:val="Heading2"/>
      </w:pPr>
      <w:r>
        <w:t>Drag, pop and cabaret keep the night moving</w:t>
      </w:r>
      <w:r/>
    </w:p>
    <w:p>
      <w:r/>
      <w:r>
        <w:t>Michael's Outpost has two Saturday options for drag fans. EyeCons returns with Houston performers in a show that leans towards cabaret, while the venue's Friday revue offers drag, live vocals and a nostalgic look at earlier musical personalities. The smaller-scale setting can feel more immediate than a large club production, which is part of its charm.</w:t>
      </w:r>
      <w:r/>
    </w:p>
    <w:p>
      <w:r/>
      <w:r>
        <w:t>Rebecca Black brings her Exhibitionism on Tour to White Oak Music Hall's downstairs stage on Saturday. The show supports her album Age of the Exhibitionist and is open to all ages. Doors open at 7pm, with the performance starting at 8pm.</w:t>
      </w:r>
      <w:r/>
    </w:p>
    <w:p>
      <w:r/>
      <w:r>
        <w:t>The venue uses cashless payment, and the show is general admission with standing room only. That means comfortable shoes are a smart choice, especially if you're making a full evening of it. Fans can also read OutSmart's interview with Black for more context around the tour.</w:t>
      </w:r>
      <w:r/>
    </w:p>
    <w:p>
      <w:pPr>
        <w:pStyle w:val="Heading2"/>
      </w:pPr>
      <w:r>
        <w:t>Sunday brunch gets wonderfully theatrical</w:t>
      </w:r>
      <w:r/>
    </w:p>
    <w:p>
      <w:r/>
      <w:r>
        <w:t>Sunday Service Drag Brunch offers two showtimes at the Montrose Country Club, giving visitors a choice between an 11am start and a 1pm performance. Blackberri hosts a rotating cast of entertainers, with brunch and cocktails rounding out the experience.</w:t>
      </w:r>
      <w:r/>
    </w:p>
    <w:p>
      <w:r/>
      <w:r>
        <w:t>For something more deliberately chaotic, the Rocky Horror Brunchtime Show at Rudyard's Pub combines drag, burlesque and audience participation. Mari Jane, Rasputin and Ava Tar lead the cast, and the midday timing makes it easy to turn the performance into part of a longer Montrose afternoon.</w:t>
      </w:r>
      <w:r/>
    </w:p>
    <w:p>
      <w:r/>
      <w:r>
        <w:t>The practical tip is simple: check whether your preferred option requires advance booking, and arrive hungry. Brunch shows are social, lively and rarely the place for a quiet meal.</w:t>
      </w:r>
      <w:r/>
    </w:p>
    <w:p>
      <w:pPr>
        <w:pStyle w:val="Heading2"/>
      </w:pPr>
      <w:r>
        <w:t>A strong theatre line-up continues beyond the weekend</w:t>
      </w:r>
      <w:r/>
    </w:p>
    <w:p>
      <w:r/>
      <w:r>
        <w:t>Houston's wider arts calendar adds plenty of alternatives. Alley Theatre's Romeo and Juliet runs through 11 October, while Houston Ballet's Manon reaches its final performances at the Wortham Theater Center on 4 October. Both offer a more formal evening than the city's bar and club events, but they share the weekend's interest in romance, identity and high emotional stakes.</w:t>
      </w:r>
      <w:r/>
    </w:p>
    <w:p>
      <w:r/>
      <w:r>
        <w:t>4th Wall Theatre Company's Proof closes on 3 October, bringing David Auburn's acclaimed drama to an intimate studio setting. Stages' production of Come From Away continues through 18 October, with a special Sunday conversation featuring Diane and Nick Marson, whose real-life story helped inspire the musical.</w:t>
      </w:r>
      <w:r/>
    </w:p>
    <w:p>
      <w:r/>
      <w:r>
        <w:t>Looking ahead, October also brings the Indigo Girls with Linda Perry, TUTS' Out@TUTS afterparty following Mrs. Doubtfire, and Tituss Burgess in concert at the Hobby Center. So even if this weekend is full, Houston's queer-friendly cultural calendar shows no sign of slowing down.</w:t>
      </w:r>
      <w:r/>
    </w:p>
    <w:p>
      <w:r/>
      <w:r>
        <w:t>It's a weekend built for choosing your own version of Houston nightlife, from a cinema seat to a drag brunch or a packed dance floor.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5">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0">
        <w:r>
          <w:rPr>
            <w:color w:val="0000EE"/>
            <w:u w:val="single"/>
          </w:rPr>
          <w:t>[2]</w:t>
        </w:r>
      </w:hyperlink>
      <w:r>
        <w:t xml:space="preserve">, </w:t>
      </w:r>
      <w:hyperlink r:id="rId15">
        <w:r>
          <w:rPr>
            <w:color w:val="0000EE"/>
            <w:u w:val="single"/>
          </w:rPr>
          <w:t>[4]</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2">
        <w:r>
          <w:rPr>
            <w:color w:val="0000EE"/>
            <w:u w:val="single"/>
          </w:rPr>
          <w:t>[5]</w:t>
        </w:r>
      </w:hyperlink>
      <w:r>
        <w:t xml:space="preserve">- Paragraph 9: </w:t>
      </w:r>
      <w:hyperlink r:id="rId10">
        <w:r>
          <w:rPr>
            <w:color w:val="0000EE"/>
            <w:u w:val="single"/>
          </w:rPr>
          <w:t>[2]</w:t>
        </w:r>
      </w:hyperlink>
      <w:r>
        <w:t xml:space="preserve">, </w:t>
      </w:r>
      <w:hyperlink r:id="rId15">
        <w:r>
          <w:rPr>
            <w:color w:val="0000EE"/>
            <w:u w:val="single"/>
          </w:rPr>
          <w:t>[4]</w:t>
        </w:r>
      </w:hyperlink>
      <w:r>
        <w:t xml:space="preserve">- Paragraph 10: </w:t>
      </w:r>
      <w:hyperlink r:id="rId13">
        <w:r>
          <w:rPr>
            <w:color w:val="0000EE"/>
            <w:u w:val="single"/>
          </w:rPr>
          <w:t>[6]</w:t>
        </w:r>
      </w:hyperlink>
      <w:r>
        <w:t xml:space="preserve">, </w:t>
      </w:r>
      <w:hyperlink r:id="rId14">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[5]</w:t>
        </w:r>
      </w:hyperlink>
      <w:r>
        <w:t xml:space="preserve">, </w:t>
      </w:r>
      <w:hyperlink r:id="rId13">
        <w:r>
          <w:rPr>
            <w:color w:val="0000EE"/>
            <w:u w:val="single"/>
          </w:rPr>
          <w:t>[6]</w:t>
        </w:r>
      </w:hyperlink>
      <w:r>
        <w:t xml:space="preserve">- Paragraph 13: </w:t>
      </w:r>
      <w:hyperlink r:id="rId10">
        <w:r>
          <w:rPr>
            <w:color w:val="0000EE"/>
            <w:u w:val="single"/>
          </w:rPr>
          <w:t>[2]</w:t>
        </w:r>
      </w:hyperlink>
      <w:r>
        <w:t xml:space="preserve">, </w:t>
      </w:r>
      <w:hyperlink r:id="rId14">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5">
        <w:r>
          <w:rPr>
            <w:color w:val="0000EE"/>
            <w:u w:val="single"/>
          </w:rPr>
          <w:t>[4]</w:t>
        </w:r>
      </w:hyperlink>
      <w:r>
        <w:t xml:space="preserve">, </w:t>
      </w:r>
      <w:hyperlink r:id="rId12">
        <w:r>
          <w:rPr>
            <w:color w:val="0000EE"/>
            <w:u w:val="single"/>
          </w:rPr>
          <w:t>[5]</w:t>
        </w:r>
      </w:hyperlink>
      <w:r>
        <w:t xml:space="preserve">- Paragraph 16: </w:t>
      </w:r>
      <w:hyperlink r:id="rId10">
        <w:r>
          <w:rPr>
            <w:color w:val="0000EE"/>
            <w:u w:val="single"/>
          </w:rPr>
          <w:t>[2]</w:t>
        </w:r>
      </w:hyperlink>
      <w:r>
        <w:t xml:space="preserve">, </w:t>
      </w:r>
      <w:hyperlink r:id="rId13">
        <w:r>
          <w:rPr>
            <w:color w:val="0000EE"/>
            <w:u w:val="single"/>
          </w:rPr>
          <w:t>[6]</w:t>
        </w:r>
      </w:hyperlink>
      <w:r>
        <w:t xml:space="preserve">- Paragraph 17: </w:t>
      </w:r>
      <w:hyperlink r:id="rId11">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https://www.outsmartmagazine.com/2026/10/queer-things-to-do-houston-october-1-4-2026/</w:t>
        </w:r>
      </w:hyperlink>
      <w:r>
        <w:t xml:space="preserve"> - Please view link - unable to able to access data</w:t>
      </w:r>
      <w:r/>
    </w:p>
    <w:p>
      <w:pPr>
        <w:pStyle w:val="ListNumber"/>
        <w:spacing w:line="240" w:lineRule="auto"/>
        <w:ind w:left="720"/>
      </w:pPr>
      <w:r/>
      <w:hyperlink r:id="rId10">
        <w:r>
          <w:rPr>
            <w:color w:val="0000EE"/>
            <w:u w:val="single"/>
          </w:rPr>
          <w:t>https://www.cinemahtx.org/</w:t>
        </w:r>
      </w:hyperlink>
      <w:r>
        <w:t xml:space="preserve"> - The Houston Cinema Arts Society (HCAS) is a non-profit organisation dedicated to promoting the art of cinema in Houston. They host the annual Houston Cinema Arts Festival, which showcases a diverse range of films, including independent, international, and Houston-connected works. The festival features over 35 feature films, short-film blocks, filmmaker conversations, workshops, live performances, and multidisciplinary events. The 18th annual festival is scheduled from October 1 to 11, 2026, at various venues across Houston, including the Museum of Fine Arts, River Oaks Theatre, and DeLUXE Theater. The 2026 festival's theme, 'My Eyes Are Playing Tricks on Me,' explores the complex relationship between image and truth, addressing topics such as artificial intelligence, surveillance, political manipulation, memory, identity, and communities reclaiming their narratives. The festival aims to bring acclaimed international works into conversation with films and artists whose stories are inseparable from Houston. For more information, visit the HCAS website.</w:t>
      </w:r>
      <w:r/>
    </w:p>
    <w:p>
      <w:pPr>
        <w:pStyle w:val="ListNumber"/>
        <w:spacing w:line="240" w:lineRule="auto"/>
        <w:ind w:left="720"/>
      </w:pPr>
      <w:r/>
      <w:hyperlink r:id="rId11">
        <w:r>
          <w:rPr>
            <w:color w:val="0000EE"/>
            <w:u w:val="single"/>
          </w:rPr>
          <w:t>https://www.click2houston.com/houston-life/2026/10/01/houston-cinema-arts-festival-opens-with-mahershala-alis-new-film-your-mother-your-mother-your-mother/</w:t>
        </w:r>
      </w:hyperlink>
      <w:r>
        <w:t xml:space="preserve"> - The 18th annual Houston Cinema Arts Festival opened on October 1, 2026, with the premiere of 'Your Mother Your Mother Your Mother,' a film directed by Houston-raised filmmaker Bassam Tariq. The film stars two-time Academy Award winner Mahershala Ali, John Cho, and Giancarlo Esposito. Set in Houston and partly filmed there, the story follows Ali's character, a devout Muslim father and widower, as he strives to hold his family together after his wife's death. He embarks on a journey across the city to protect his children, including a desperate search for breast milk for his newborn. The film draws from Tariq's personal experience after his wife developed an infection following the birth of their first son. The festival runs from October 1 to 11, 2026, featuring over 35 feature films, six short-film blocks, and various events at venues across Houston, including the Museum of Fine Arts, River Oaks Theatre, and DeLUXE Theater. For more details, visit the Click2Houston article.</w:t>
      </w:r>
      <w:r/>
    </w:p>
    <w:p>
      <w:pPr>
        <w:pStyle w:val="ListNumber"/>
        <w:spacing w:line="240" w:lineRule="auto"/>
        <w:ind w:left="720"/>
      </w:pPr>
      <w:r/>
      <w:hyperlink r:id="rId15">
        <w:r>
          <w:rPr>
            <w:color w:val="0000EE"/>
            <w:u w:val="single"/>
          </w:rPr>
          <w:t>https://event.marriott.com/houwm-houston-marriott-westchase/events/houston/lauren-sanderson-at-pearl-bar-houston-21-only-12323112</w:t>
        </w:r>
      </w:hyperlink>
      <w:r>
        <w:t xml:space="preserve"> - On October 1, 2026, queer singer-songwriter Lauren Sanderson brought her 'Come Say Sum Tour' to Pearl Bar in Houston. Known for her candid lyrics about relationships, identity, and queer life, Sanderson's performance featured a louder, rock-forward sound. The event was held at Pearl Bar, located at 2811 Washington Ave, and was open to attendees aged 21 and over. The show began at 8 p.m. For more information, visit the event page on the Houston Marriott Westchase website.</w:t>
      </w:r>
      <w:r/>
    </w:p>
    <w:p>
      <w:pPr>
        <w:pStyle w:val="ListNumber"/>
        <w:spacing w:line="240" w:lineRule="auto"/>
        <w:ind w:left="720"/>
      </w:pPr>
      <w:r/>
      <w:hyperlink r:id="rId12">
        <w:r>
          <w:rPr>
            <w:color w:val="0000EE"/>
            <w:u w:val="single"/>
          </w:rPr>
          <w:t>https://www.haapifest.org/</w:t>
        </w:r>
      </w:hyperlink>
      <w:r>
        <w:t xml:space="preserve"> - HAAPIFEST 2026 is an event that brings together an incredible lineup of films, documentaries, and shorts from across the Asian American and Pacific Islander (AAPI) diaspora. The festival showcases powerful stories of identity, family, culture, and resilience, featuring intimate personal journeys and bold, groundbreaking narratives. Attendees can discover new filmmakers, celebrate diverse cultures, and connect through storytelling. The event is scheduled to take place from May 29 to June 14, 2026, at the DoubleTree by Hilton Westchase, located at 10609 Westpark Dr, Houston, TX. Tickets and passes are available on the HAAPIFEST website.</w:t>
      </w:r>
      <w:r/>
    </w:p>
    <w:p>
      <w:pPr>
        <w:pStyle w:val="ListNumber"/>
        <w:spacing w:line="240" w:lineRule="auto"/>
        <w:ind w:left="720"/>
      </w:pPr>
      <w:r/>
      <w:hyperlink r:id="rId13">
        <w:r>
          <w:rPr>
            <w:color w:val="0000EE"/>
            <w:u w:val="single"/>
          </w:rPr>
          <w:t>https://www.agliff.org/</w:t>
        </w:r>
      </w:hyperlink>
      <w:r>
        <w:t xml:space="preserve"> - aGLIFF (Austin Gay and Lesbian International Film Festival) is Austin's LGBTQ+ film festival, known for its 'Big Queer Weekend' event. The festival brings together queer film, music, art, makers, and community for four unforgettable days across Austin. Attendees can experience award-winning indie films, visiting filmmakers and live conversations, queer music, local artists, parties, brunch, and plenty of opportunities to connect and celebrate. The 2026 festival is scheduled for September 24–27, 2026. For more details, visit the aGLIFF website.</w:t>
      </w:r>
      <w:r/>
    </w:p>
    <w:p>
      <w:pPr>
        <w:pStyle w:val="ListNumber"/>
        <w:spacing w:line="240" w:lineRule="auto"/>
        <w:ind w:left="720"/>
      </w:pPr>
      <w:r/>
      <w:hyperlink r:id="rId14">
        <w:r>
          <w:rPr>
            <w:color w:val="0000EE"/>
            <w:u w:val="single"/>
          </w:rPr>
          <w:t>https://www.cinematropical.com/new-events/latin-wave-19-new-latin-american-cinema-at-mfah</w:t>
        </w:r>
      </w:hyperlink>
      <w:r>
        <w:t xml:space="preserve"> - Latin Wave 19 is an event organised by the Museum of Fine Arts, Houston (MFAH) in association with Fundación PROA, Buenos Aires, and programmed in collaboration with Cinema Tropical. The event provides Houstonians with the opportunity to see new films from Latin America and to meet internationally acclaimed filmmakers. The nature of the festival allows audience members to interact with the filmmakers in Q&amp;A sessions and informal conversations, enriching the understanding of contemporary filmmaking in Latin America. The event is scheduled from April 24 to 26, 2026, at the Museum of Fine Arts, Houston, located at 1001 Bissonnet Street, Houston, TX. For more information, visit the Cinema Tropical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10/queer-things-to-do-houston-october-1-4-2026/" TargetMode="External"/><Relationship Id="rId10" Type="http://schemas.openxmlformats.org/officeDocument/2006/relationships/hyperlink" Target="https://www.cinemahtx.org/" TargetMode="External"/><Relationship Id="rId11" Type="http://schemas.openxmlformats.org/officeDocument/2006/relationships/hyperlink" Target="https://www.click2houston.com/houston-life/2026/10/01/houston-cinema-arts-festival-opens-with-mahershala-alis-new-film-your-mother-your-mother-your-mother/" TargetMode="External"/><Relationship Id="rId12" Type="http://schemas.openxmlformats.org/officeDocument/2006/relationships/hyperlink" Target="https://www.haapifest.org/" TargetMode="External"/><Relationship Id="rId13" Type="http://schemas.openxmlformats.org/officeDocument/2006/relationships/hyperlink" Target="https://www.agliff.org/" TargetMode="External"/><Relationship Id="rId14" Type="http://schemas.openxmlformats.org/officeDocument/2006/relationships/hyperlink" Target="https://www.cinematropical.com/new-events/latin-wave-19-new-latin-american-cinema-at-mfah" TargetMode="External"/><Relationship Id="rId15" Type="http://schemas.openxmlformats.org/officeDocument/2006/relationships/hyperlink" Target="https://event.marriott.com/houwm-houston-marriott-westchase/events/houston/lauren-sanderson-at-pearl-bar-houston-21-only-123231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