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October Events for Autumn 2026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swapping summer crowds for cosy weekends, colourful parades and late-season LGBTQ+ celebrations across the US and UK. From Provincetown leather parties and Annapolis Pride to Cardiff film screenings and Las Vegas after-dark festivities, October 2026 offers plenty of reasons to keep your diary , and your suitcase , open.</w:t>
      </w:r>
      <w:r/>
    </w:p>
    <w:p>
      <w:pPr>
        <w:pStyle w:val="Heading2"/>
      </w:pPr>
      <w:r>
        <w:t>Essential Takeaways</w:t>
      </w:r>
      <w:r/>
      <w:r/>
    </w:p>
    <w:p>
      <w:pPr>
        <w:pStyle w:val="ListBullet"/>
        <w:spacing w:line="240" w:lineRule="auto"/>
        <w:ind w:left="720"/>
      </w:pPr>
      <w:r/>
      <w:r>
        <w:rPr>
          <w:b/>
        </w:rPr>
        <w:t>Provincetown gets playful:</w:t>
      </w:r>
      <w:r>
        <w:t xml:space="preserve"> Mates Leather Weekend brings fetish-friendly events, parties and DJs from 1 to 5 October.</w:t>
      </w:r>
      <w:r/>
    </w:p>
    <w:p>
      <w:pPr>
        <w:pStyle w:val="ListBullet"/>
        <w:spacing w:line="240" w:lineRule="auto"/>
        <w:ind w:left="720"/>
      </w:pPr>
      <w:r/>
      <w:r>
        <w:rPr>
          <w:b/>
        </w:rPr>
        <w:t>Annapolis keeps Pride local and lively:</w:t>
      </w:r>
      <w:r>
        <w:t xml:space="preserve"> The Maryland capital's festival includes a parade, food, merchandise and more than 200 vendors.</w:t>
      </w:r>
      <w:r/>
    </w:p>
    <w:p>
      <w:pPr>
        <w:pStyle w:val="ListBullet"/>
        <w:spacing w:line="240" w:lineRule="auto"/>
        <w:ind w:left="720"/>
      </w:pPr>
      <w:r/>
      <w:r>
        <w:rPr>
          <w:b/>
        </w:rPr>
        <w:t>Cardiff celebrates queer cinema:</w:t>
      </w:r>
      <w:r>
        <w:t xml:space="preserve"> Iris Prize LGBTQ+ Film Festival returns from 12 to 18 October, with screenings, panels and parties.</w:t>
      </w:r>
      <w:r/>
    </w:p>
    <w:p>
      <w:pPr>
        <w:pStyle w:val="ListBullet"/>
        <w:spacing w:line="240" w:lineRule="auto"/>
        <w:ind w:left="720"/>
      </w:pPr>
      <w:r/>
      <w:r>
        <w:rPr>
          <w:b/>
        </w:rPr>
        <w:t>Las Vegas turns Pride nocturnal:</w:t>
      </w:r>
      <w:r>
        <w:t xml:space="preserve"> The city's Night Parade runs through downtown on 9 October.</w:t>
      </w:r>
      <w:r/>
    </w:p>
    <w:p>
      <w:pPr>
        <w:pStyle w:val="ListBullet"/>
        <w:spacing w:line="240" w:lineRule="auto"/>
        <w:ind w:left="720"/>
      </w:pPr>
      <w:r/>
      <w:r>
        <w:rPr>
          <w:b/>
        </w:rPr>
        <w:t>Nashville Black Pride marks 24 years:</w:t>
      </w:r>
      <w:r>
        <w:t xml:space="preserve"> Expect a full weekend of dinners, awards and parties from 9 to 11 October.</w:t>
      </w:r>
      <w:r/>
      <w:r/>
    </w:p>
    <w:p>
      <w:pPr>
        <w:pStyle w:val="Heading2"/>
      </w:pPr>
      <w:r>
        <w:t>October is bringing the queer joy</w:t>
      </w:r>
      <w:r/>
    </w:p>
    <w:p>
      <w:r/>
      <w:r>
        <w:t>There’s something especially appealing about an LGBTQ+ event in October. The air is cooler, the evenings feel sharper and, ideally, you can enjoy a parade without melting into your outfit. Across the calendar, organisers are leaning into that sweet spot between summer festival season and winter hibernation.</w:t>
      </w:r>
      <w:r/>
    </w:p>
    <w:p>
      <w:r/>
      <w:r>
        <w:t>The programme is pleasingly varied, too. According to GayCities, this year's selection ranges from leather culture and community Pride to film, nightlife and Black LGBTQ+ celebration. In other words, you can choose your weekend based on your interests rather than simply chasing the biggest crowd. (Sources: GayCities; Mates Leather Weekend)</w:t>
      </w:r>
      <w:r/>
    </w:p>
    <w:p>
      <w:pPr>
        <w:pStyle w:val="Heading2"/>
      </w:pPr>
      <w:r>
        <w:t>Provincetown offers a gentler route into leather events</w:t>
      </w:r>
      <w:r/>
    </w:p>
    <w:p>
      <w:r/>
      <w:r>
        <w:t>Provincetown's Mates Leather Weekend runs from 1 to 5 October, giving visitors several days to settle into the town's famously welcoming atmosphere. The event is built around social gatherings, parties and DJs, with a tone that feels more approachable than intimidating for newcomers.</w:t>
      </w:r>
      <w:r/>
    </w:p>
    <w:p>
      <w:r/>
      <w:r>
        <w:t>The official Mates Leather Weekend website is the best place to check registration details, event information and any updated requirements before travelling. That's particularly useful for visitors planning a first leather weekend, because a little preparation makes the experience feel much more relaxed. (Sources: Mates Leather Weekend; Ptown Perch)</w:t>
      </w:r>
      <w:r/>
    </w:p>
    <w:p>
      <w:pPr>
        <w:pStyle w:val="Heading2"/>
      </w:pPr>
      <w:r>
        <w:t>Annapolis Pride promises small-city sparkle</w:t>
      </w:r>
      <w:r/>
    </w:p>
    <w:p>
      <w:r/>
      <w:r>
        <w:t>Annapolis Pride Parade and Festival takes place on Saturday 3 October, from 11am to 6pm. The Maryland state capital may not offer the scale of a major coastal Pride, but its compact setting can make the day feel more personal, with the parade and festival bringing colour into the city centre.</w:t>
      </w:r>
      <w:r/>
    </w:p>
    <w:p>
      <w:r/>
      <w:r>
        <w:t>Visit Annapolis highlights the event as part of the city's annual festival calendar, while Annapolis Pride provides practical event information for attendees. Expect food, merchandise, community groups and plenty of rainbow dressing, so comfortable shoes are a sensible choice even if your outfit is doing the heavy lifting. (Sources: Visit Annapolis; Annapolis Pride)</w:t>
      </w:r>
      <w:r/>
    </w:p>
    <w:p>
      <w:pPr>
        <w:pStyle w:val="Heading2"/>
      </w:pPr>
      <w:r>
        <w:t>Film lovers should point their autumn trip towards Cardiff</w:t>
      </w:r>
      <w:r/>
    </w:p>
    <w:p>
      <w:r/>
      <w:r>
        <w:t>Iris Prize LGBTQ+ Film Festival runs in Cardiff from 12 to 18 October, placing queer filmmaking at the centre of the week. The programme combines screenings with conversations, special guests and social events, making it a strong choice for travellers who prefer a thoughtful cultural break to a non-stop party weekend.</w:t>
      </w:r>
      <w:r/>
    </w:p>
    <w:p>
      <w:r/>
      <w:r>
        <w:t>The festival also has a competitive edge, with filmmakers competing for a major prize. That mix of discovery and discussion is part of the appeal: one screening might lead to a lively debate, while the next sends you straight to a late-night gathering. (Source: GayCities)</w:t>
      </w:r>
      <w:r/>
    </w:p>
    <w:p>
      <w:pPr>
        <w:pStyle w:val="Heading2"/>
      </w:pPr>
      <w:r>
        <w:t>Las Vegas and Nashville turn up the volume</w:t>
      </w:r>
      <w:r/>
    </w:p>
    <w:p>
      <w:r/>
      <w:r>
        <w:t>Las Vegas Pride takes a distinctive after-dark approach on Friday 9 October, when the Night Parade moves through downtown from 6pm to 11pm. It’s a useful reminder that Pride doesn't have to mean midday heat and glitter under a blazing sun. In Vegas, the lights do some of the work.</w:t>
      </w:r>
      <w:r/>
    </w:p>
    <w:p>
      <w:r/>
      <w:r>
        <w:t>Nashville Black Pride follows from 9 to 11 October, marking its 24th year with awards, dinners and parties. Its theme, "The Bold &amp; Beautiful", sets an upbeat tone for a weekend centred on visibility, community and celebration. For visitors, booking accommodation early is wise, particularly when several October events overlap. (Source: GayCities)</w:t>
      </w:r>
      <w:r/>
    </w:p>
    <w:p>
      <w:pPr>
        <w:pStyle w:val="Heading2"/>
      </w:pPr>
      <w:r>
        <w:t>How to plan an LGBTQ+ October weekend</w:t>
      </w:r>
      <w:r/>
    </w:p>
    <w:p>
      <w:r/>
      <w:r>
        <w:t>Start with the shape of the event you actually want. Choose Provincetown for social energy and leather culture, Annapolis for a daytime community festival, Cardiff for queer cinema, or Las Vegas and Nashville for bigger nightlife moments.</w:t>
      </w:r>
      <w:r/>
    </w:p>
    <w:p>
      <w:r/>
      <w:r>
        <w:t>Then check official websites before booking transport, as schedules, registration rules and venues can change. October weather can also be unpredictable, so pack layers, waterproof footwear and one outfit that makes you feel fantastic. Autumn is forgiving like that: a good jacket can hide almost anything, including a slightly overambitious travel itinerary. (Sources: Mates Leather Weekend; Visit Annapolis; Annapolis Pride)</w:t>
      </w:r>
      <w:r/>
    </w:p>
    <w:p>
      <w:r/>
      <w:r>
        <w:t>October proves the LGBTQ+ calendar doesn't cool down when summer ends.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https://www.gaycities.com/articles/107537/long-sleeves-and-autumn-leaves-october-event-roundup/</w:t>
        </w:r>
      </w:hyperlink>
      <w:r>
        <w:t xml:space="preserve"> - Please view link - unable to able to access data</w:t>
      </w:r>
      <w:r/>
    </w:p>
    <w:p>
      <w:pPr>
        <w:pStyle w:val="ListNumber"/>
        <w:spacing w:line="240" w:lineRule="auto"/>
        <w:ind w:left="720"/>
      </w:pPr>
      <w:r/>
      <w:hyperlink r:id="rId10">
        <w:r>
          <w:rPr>
            <w:color w:val="0000EE"/>
            <w:u w:val="single"/>
          </w:rPr>
          <w:t>https://www.matesleatherweekend.com/</w:t>
        </w:r>
      </w:hyperlink>
      <w:r>
        <w:t xml:space="preserve"> - Mates Leather Weekend is an annual event in Provincetown, Massachusetts, dedicated to individuals interested in leather, rubber, and uniforms. The 2026 edition, scheduled from October 1 to 5, offers a variety of activities, including receptions, social events, shopping, contests, and nightlife. The event is known for its friendly and welcoming atmosphere, providing a space for like-minded individuals to connect and celebrate their shared interests. Attendees can look forward to a weekend filled with camaraderie and themed parties.</w:t>
      </w:r>
      <w:r/>
    </w:p>
    <w:p>
      <w:pPr>
        <w:pStyle w:val="ListNumber"/>
        <w:spacing w:line="240" w:lineRule="auto"/>
        <w:ind w:left="720"/>
      </w:pPr>
      <w:r/>
      <w:hyperlink r:id="rId11">
        <w:r>
          <w:rPr>
            <w:color w:val="0000EE"/>
            <w:u w:val="single"/>
          </w:rPr>
          <w:t>https://www.visitannapolis.org/events/annual-events-and-festivals/annapolis-pride/</w:t>
        </w:r>
      </w:hyperlink>
      <w:r>
        <w:t xml:space="preserve"> - The Annapolis Pride Parade &amp; Festival is a vibrant celebration of the LGBTQ+ community in Maryland's state capital. Scheduled for Saturday, October 3, 2026, the event features a parade starting at 11 AM, followed by a festival with over 200 vendors offering food, merchandise, and entertainment. The streets are adorned with rainbow decorations, creating an empowering and lively atmosphere. The festival runs until 6 PM, providing a full day of festivities for attendees of all ages.</w:t>
      </w:r>
      <w:r/>
    </w:p>
    <w:p>
      <w:pPr>
        <w:pStyle w:val="ListNumber"/>
        <w:spacing w:line="240" w:lineRule="auto"/>
        <w:ind w:left="720"/>
      </w:pPr>
      <w:r/>
      <w:hyperlink r:id="rId12">
        <w:r>
          <w:rPr>
            <w:color w:val="0000EE"/>
            <w:u w:val="single"/>
          </w:rPr>
          <w:t>https://www.annapolispride.org/annapolis-pride-parade-and-festival/</w:t>
        </w:r>
      </w:hyperlink>
      <w:r>
        <w:t xml:space="preserve"> - Annapolis Pride is dedicated to celebrating, advocating, and empowering the LGBTQ+ community in Annapolis and its surrounding areas. The 2026 Parade &amp; Festival is set for October 3, 2026, from 11 AM to 6 PM at the Bates Athletic Complex. The event includes a parade, festival with over 150 vendors, food trucks, and entertainment. Accessibility features such as ASL interpreters and a sensory tent are provided to ensure an inclusive experience for all attendees.</w:t>
      </w:r>
      <w:r/>
    </w:p>
    <w:p>
      <w:pPr>
        <w:pStyle w:val="ListNumber"/>
        <w:spacing w:line="240" w:lineRule="auto"/>
        <w:ind w:left="720"/>
      </w:pPr>
      <w:r/>
      <w:hyperlink r:id="rId13">
        <w:r>
          <w:rPr>
            <w:color w:val="0000EE"/>
            <w:u w:val="single"/>
          </w:rPr>
          <w:t>https://www.annapolispride.org/event/annapolis-pride-parade-and-festival-3/</w:t>
        </w:r>
      </w:hyperlink>
      <w:r>
        <w:t xml:space="preserve"> - The Annapolis Pride Parade and Festival 2026 is scheduled for October 3, 2026, from 11 AM to 6 PM at the Bates Athletic Complex. The parade begins at 11 AM, proceeding along West Street to the festival site. The festival features two stages with musical artists, including Grand Marshal Ryan Cassata, a children's area with activities, and a sensory tent for those needing a quiet space. Food vendors and over 150 vendors offering unique art and information are also part of the event.</w:t>
      </w:r>
      <w:r/>
    </w:p>
    <w:p>
      <w:pPr>
        <w:pStyle w:val="ListNumber"/>
        <w:spacing w:line="240" w:lineRule="auto"/>
        <w:ind w:left="720"/>
      </w:pPr>
      <w:r/>
      <w:hyperlink r:id="rId14">
        <w:r>
          <w:rPr>
            <w:color w:val="0000EE"/>
            <w:u w:val="single"/>
          </w:rPr>
          <w:t>https://www.matesleatherweekend.com/register/</w:t>
        </w:r>
      </w:hyperlink>
      <w:r>
        <w:t xml:space="preserve"> - Registration for Mates Leather Weekend 2026 is now open. The event pass includes entry to all events starting Friday, October 2, a Mates Leather Weekend 2026 t-shirt, food at the Opening Reception and The Cookout, and discounts at local establishments. A portion of the proceeds benefits the AIDS Support Group of Cape Cod. Event pass prices vary, with options for Provincetown residents. Passes can be purchased online or in person before the event.</w:t>
      </w:r>
      <w:r/>
    </w:p>
    <w:p>
      <w:pPr>
        <w:pStyle w:val="ListNumber"/>
        <w:spacing w:line="240" w:lineRule="auto"/>
        <w:ind w:left="720"/>
      </w:pPr>
      <w:r/>
      <w:hyperlink r:id="rId15">
        <w:r>
          <w:rPr>
            <w:color w:val="0000EE"/>
            <w:u w:val="single"/>
          </w:rPr>
          <w:t>https://ptownperch.com/events/mates-leather-weekend-provincetown/</w:t>
        </w:r>
      </w:hyperlink>
      <w:r>
        <w:t xml:space="preserve"> - Mates Leather Weekend 2026 runs from Thursday, October 1 through Monday, October 5, 2026. The event is a Provincetown gathering for people interested in leather, rubber, and uniforms, combining receptions, daytime social events, shopping, contests, and nightlife. The official schedule and registration information were checked on September 26, 2026. Attendees are advised to revisit the organizer’s pages for any changes to prices, performers, venues, or admission before setting out for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37/long-sleeves-and-autumn-leaves-october-event-roundup/" TargetMode="External"/><Relationship Id="rId10" Type="http://schemas.openxmlformats.org/officeDocument/2006/relationships/hyperlink" Target="https://www.matesleatherweekend.com/" TargetMode="External"/><Relationship Id="rId11" Type="http://schemas.openxmlformats.org/officeDocument/2006/relationships/hyperlink" Target="https://www.visitannapolis.org/events/annual-events-and-festivals/annapolis-pride/" TargetMode="External"/><Relationship Id="rId12" Type="http://schemas.openxmlformats.org/officeDocument/2006/relationships/hyperlink" Target="https://www.annapolispride.org/annapolis-pride-parade-and-festival/" TargetMode="External"/><Relationship Id="rId13" Type="http://schemas.openxmlformats.org/officeDocument/2006/relationships/hyperlink" Target="https://www.annapolispride.org/event/annapolis-pride-parade-and-festival-3/" TargetMode="External"/><Relationship Id="rId14" Type="http://schemas.openxmlformats.org/officeDocument/2006/relationships/hyperlink" Target="https://www.matesleatherweekend.com/register/" TargetMode="External"/><Relationship Id="rId15" Type="http://schemas.openxmlformats.org/officeDocument/2006/relationships/hyperlink" Target="https://ptownperch.com/events/mates-leather-weekend-provincetow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