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Den Bosch: a night of stories, music and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Theater aan de Parade in Den Bosch for Een Bossche avond om te zoenen, a free LGBTQ+ evening combining personal stories, live music and celebration. Held around Paarse Vrijdag, the event matters because it offers something both uplifting and quietly powerful: a room where love, identity and belonging can take centre stage.</w:t>
      </w:r>
      <w:r/>
    </w:p>
    <w:p>
      <w:pPr>
        <w:pStyle w:val="Heading2"/>
      </w:pPr>
      <w:r>
        <w:t>Essential Takeaways</w:t>
      </w:r>
      <w:r/>
      <w:r/>
    </w:p>
    <w:p>
      <w:pPr>
        <w:pStyle w:val="ListBullet"/>
        <w:spacing w:line="240" w:lineRule="auto"/>
        <w:ind w:left="720"/>
      </w:pPr>
      <w:r/>
      <w:r>
        <w:rPr>
          <w:b/>
        </w:rPr>
        <w:t>Free entry:</w:t>
      </w:r>
      <w:r>
        <w:t xml:space="preserve"> The evening welcomes visitors without an admission charge.</w:t>
      </w:r>
      <w:r/>
    </w:p>
    <w:p>
      <w:pPr>
        <w:pStyle w:val="ListBullet"/>
        <w:spacing w:line="240" w:lineRule="auto"/>
        <w:ind w:left="720"/>
      </w:pPr>
      <w:r/>
      <w:r>
        <w:rPr>
          <w:b/>
        </w:rPr>
        <w:t>Personal stories:</w:t>
      </w:r>
      <w:r>
        <w:t xml:space="preserve"> Coming-out conversations bring honest, intimate experiences to the stage.</w:t>
      </w:r>
      <w:r/>
    </w:p>
    <w:p>
      <w:pPr>
        <w:pStyle w:val="ListBullet"/>
        <w:spacing w:line="240" w:lineRule="auto"/>
        <w:ind w:left="720"/>
      </w:pPr>
      <w:r/>
      <w:r>
        <w:rPr>
          <w:b/>
        </w:rPr>
        <w:t>Live entertainment:</w:t>
      </w:r>
      <w:r>
        <w:t xml:space="preserve"> Expect music, rap and a house band alongside interviews and discussion.</w:t>
      </w:r>
      <w:r/>
    </w:p>
    <w:p>
      <w:pPr>
        <w:pStyle w:val="ListBullet"/>
        <w:spacing w:line="240" w:lineRule="auto"/>
        <w:ind w:left="720"/>
      </w:pPr>
      <w:r/>
      <w:r>
        <w:rPr>
          <w:b/>
        </w:rPr>
        <w:t>Paarse Vrijdag connection:</w:t>
      </w:r>
      <w:r>
        <w:t xml:space="preserve"> The event supports visibility and solidarity with the LGBTQ+ community.</w:t>
      </w:r>
      <w:r/>
    </w:p>
    <w:p>
      <w:pPr>
        <w:pStyle w:val="ListBullet"/>
        <w:spacing w:line="240" w:lineRule="auto"/>
        <w:ind w:left="720"/>
      </w:pPr>
      <w:r/>
      <w:r>
        <w:rPr>
          <w:b/>
        </w:rPr>
        <w:t>Evening timing:</w:t>
      </w:r>
      <w:r>
        <w:t xml:space="preserve"> Doors open from 19.30 at the Theatercafe in Theater aan de Parade.</w:t>
      </w:r>
      <w:r/>
      <w:r/>
    </w:p>
    <w:p>
      <w:pPr>
        <w:pStyle w:val="Heading2"/>
      </w:pPr>
      <w:r>
        <w:t>A warm night with a serious point</w:t>
      </w:r>
      <w:r/>
    </w:p>
    <w:p>
      <w:r/>
      <w:r>
        <w:t>The strongest idea behind Een Bossche avond om te zoenen is simple: love deserves to be seen. That message gives the event its bright, welcoming feel, but there's a sharper edge underneath. Organisers are responding to a climate in which LGBTQ+ acceptance, particularly among young people, has come under pressure.</w:t>
      </w:r>
      <w:r/>
    </w:p>
    <w:p>
      <w:r/>
      <w:r>
        <w:t>That balance is important. This isn't designed as a solemn lecture, nor is it just a party with a rainbow backdrop. According to Iedereen Mag Zoenen, the organisation behind the event, the evening is intended to be optimistic while still acknowledging the reality many LGBTQ+ people face. It's a useful reminder that celebration and activism can share the same stage. (Iedereen Mag Zoenen; COC Onderwijs)</w:t>
      </w:r>
      <w:r/>
    </w:p>
    <w:p>
      <w:pPr>
        <w:pStyle w:val="Heading2"/>
      </w:pPr>
      <w:r>
        <w:t>Why Paarse Vrijdag still matters</w:t>
      </w:r>
      <w:r/>
    </w:p>
    <w:p>
      <w:r/>
      <w:r>
        <w:t>Paarse Vrijdag is a yearly day of solidarity, when pupils and supporters often wear purple to show that LGBTQ+ people should feel safe and accepted at school and beyond. The colour is visible, easy to join in with and deliberately uncomplicated, which is part of its appeal.</w:t>
      </w:r>
      <w:r/>
    </w:p>
    <w:p>
      <w:r/>
      <w:r>
        <w:t>Events such as this one extend that message beyond the classroom. Rather than asking audiences to read a statement and move on, they create space for faces, voices and lived experiences. Educational information about Paarse Vrijdag highlights its role in making diversity and inclusion more visible, especially among young people. (DMS Educatief; COC Onderwijs)</w:t>
      </w:r>
      <w:r/>
    </w:p>
    <w:p>
      <w:pPr>
        <w:pStyle w:val="Heading2"/>
      </w:pPr>
      <w:r>
        <w:t>What can visitors expect at Theater aan de Parade?</w:t>
      </w:r>
      <w:r/>
    </w:p>
    <w:p>
      <w:r/>
      <w:r>
        <w:t>Presenter Tiemen Smit guides a programme featuring familiar names from Brabant's LGBTQ+ community. The evening includes coming-out conversations with Max Mies and Jip Hover, offering the kind of personal detail that can make a public event feel surprisingly intimate.</w:t>
      </w:r>
      <w:r/>
    </w:p>
    <w:p>
      <w:r/>
      <w:r>
        <w:t>There is also a celebratory note, with the fifth anniversary of the Brabantse Pot-cast marked during the programme. Anja van Hout and Jolanda van Gool discuss LGBTQ+ issues through the podcast, which is linked to Stichting Iedereen Mag Zoenen. The format sounds varied rather than overly formal, moving between conversation, reflection and lighter moments. (Theater aan de Parade; Iedereen Mag Zoenen)</w:t>
      </w:r>
      <w:r/>
    </w:p>
    <w:p>
      <w:pPr>
        <w:pStyle w:val="Heading2"/>
      </w:pPr>
      <w:r>
        <w:t>Music keeps the mood moving</w:t>
      </w:r>
      <w:r/>
    </w:p>
    <w:p>
      <w:r/>
      <w:r>
        <w:t>The programme doesn't leave the audience sitting quietly for the entire night. Jip Hover performs, while rapper Babs op de Beat and house band TadP provide the closing musical lift.</w:t>
      </w:r>
      <w:r/>
    </w:p>
    <w:p>
      <w:r/>
      <w:r>
        <w:t>That mixture is a smart choice. Personal stories can be moving, but music gives the room energy and makes the event feel communal rather than instructional. The wider Iedereen Mag Zoenen festival has followed a similar principle, pairing visibility and conversation with a more relaxed, celebratory atmosphere. (Theater aan de Parade; Iedereen Mag Zoenen festival)</w:t>
      </w:r>
      <w:r/>
    </w:p>
    <w:p>
      <w:pPr>
        <w:pStyle w:val="Heading2"/>
      </w:pPr>
      <w:r>
        <w:t>A free evening for connection</w:t>
      </w:r>
      <w:r/>
    </w:p>
    <w:p>
      <w:r/>
      <w:r>
        <w:t>The event is scheduled for Friday 9 November, with doors opening from 19.30 at the Theatercafe in Theater aan de Parade. Entry is free, making it an accessible option for people who want to support the message, hear local voices or simply enjoy an evening of performance and conversation.</w:t>
      </w:r>
      <w:r/>
    </w:p>
    <w:p>
      <w:r/>
      <w:r>
        <w:t>For visitors unfamiliar with LGBTQ+ events, that low-pressure format may be especially appealing. You can arrive for the music, stay for the stories or meet friends in a space built around openness. Sometimes visibility starts with something as ordinary, and as powerful, as showing up. (Theater aan de Parade; Iedereen Mag Zoenen)</w:t>
      </w:r>
      <w:r/>
    </w:p>
    <w:p>
      <w:r/>
      <w:r>
        <w:t>A welcoming room can make a serious message feel personal, joyful and impossible to ignore.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2">
        <w:r>
          <w:rPr>
            <w:color w:val="0000EE"/>
            <w:u w:val="single"/>
          </w:rPr>
          <w:t>[5]</w:t>
        </w:r>
      </w:hyperlink>
      <w:r>
        <w:t xml:space="preserve">- Paragraph 4: </w:t>
      </w:r>
      <w:hyperlink r:id="rId11">
        <w:r>
          <w:rPr>
            <w:color w:val="0000EE"/>
            <w:u w:val="single"/>
          </w:rPr>
          <w:t>[6]</w:t>
        </w:r>
      </w:hyperlink>
      <w:r>
        <w:t xml:space="preserve">, </w:t>
      </w:r>
      <w:hyperlink r:id="rId10">
        <w:r>
          <w:rPr>
            <w:color w:val="0000EE"/>
            <w:u w:val="single"/>
          </w:rPr>
          <w:t>[2]</w:t>
        </w:r>
      </w:hyperlink>
      <w:r>
        <w:t xml:space="preserve">- Paragraph 5: </w:t>
      </w:r>
      <w:hyperlink r:id="rId14">
        <w:r>
          <w:rPr>
            <w:color w:val="0000EE"/>
            <w:u w:val="single"/>
          </w:rPr>
          <w:t>[3]</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https://www.bd.nl/cultuur/een-bossche-avond-om-te-zoenen-op-paarse-vrijdag-persoonlijke-verhalen-en-feest~ac909b29/</w:t>
        </w:r>
      </w:hyperlink>
      <w:r>
        <w:t xml:space="preserve"> - Please view link - unable to able to access data</w:t>
      </w:r>
      <w:r/>
    </w:p>
    <w:p>
      <w:pPr>
        <w:pStyle w:val="ListNumber"/>
        <w:spacing w:line="240" w:lineRule="auto"/>
        <w:ind w:left="720"/>
      </w:pPr>
      <w:r/>
      <w:hyperlink r:id="rId10">
        <w:r>
          <w:rPr>
            <w:color w:val="0000EE"/>
            <w:u w:val="single"/>
          </w:rPr>
          <w:t>https://www.iedereenmagzoenen.nl/</w:t>
        </w:r>
      </w:hyperlink>
      <w:r>
        <w:t xml:space="preserve"> - The 'Iedereen Mag Zoenen' festival is a nationwide initiative aiming to make love visible and celebrated, regardless of gender or sexual orientation. The festival promotes a society where everyone has the freedom to be themselves and love whom they choose. The first edition took place in Den Bosch on 17 May 2025, featuring queer performances, drag shows, and music, fostering visibility, connection, and a clear message of inclusivity. The event was a vibrant and joyful celebration of love and diversity.</w:t>
      </w:r>
      <w:r/>
    </w:p>
    <w:p>
      <w:pPr>
        <w:pStyle w:val="ListNumber"/>
        <w:spacing w:line="240" w:lineRule="auto"/>
        <w:ind w:left="720"/>
      </w:pPr>
      <w:r/>
      <w:hyperlink r:id="rId14">
        <w:r>
          <w:rPr>
            <w:color w:val="0000EE"/>
            <w:u w:val="single"/>
          </w:rPr>
          <w:t>https://www.iedereenmagzoenen.nl/festival</w:t>
        </w:r>
      </w:hyperlink>
      <w:r>
        <w:t xml:space="preserve"> - The 'Iedereen Mag Zoenen' festival, held on 17 May 2025 in Den Bosch, was a colourful and inclusive city festival with a serious message. The event featured queer performances, drag shows, and music, aiming to raise awareness for the acceptance, freedom, and visibility of the LGBTQ+ community. The festival was a vibrant and joyful celebration of love and diversity, leaving attendees with a heart full of gratitude and euphoria.</w:t>
      </w:r>
      <w:r/>
    </w:p>
    <w:p>
      <w:pPr>
        <w:pStyle w:val="ListNumber"/>
        <w:spacing w:line="240" w:lineRule="auto"/>
        <w:ind w:left="720"/>
      </w:pPr>
      <w:r/>
      <w:hyperlink r:id="rId13">
        <w:r>
          <w:rPr>
            <w:color w:val="0000EE"/>
            <w:u w:val="single"/>
          </w:rPr>
          <w:t>https://www.dms-educatief.eu/diversiteit-inclusie/paarse-vrijdag-uitgelicht/wat-is-paarse-vrijdag</w:t>
        </w:r>
      </w:hyperlink>
      <w:r>
        <w:t xml:space="preserve"> - Paarse Vrijdag is an annual action day in the Netherlands, observed on the second Friday of October, where students and education professionals wear purple to show support for LGBTQ+ youth. The day aims to raise awareness for sexual and gender diversity and to create a school environment where everyone can be themselves. In 2026, Paarse Vrijdag will be held on Friday, 9 October, marking a shift from its previous date in December.</w:t>
      </w:r>
      <w:r/>
    </w:p>
    <w:p>
      <w:pPr>
        <w:pStyle w:val="ListNumber"/>
        <w:spacing w:line="240" w:lineRule="auto"/>
        <w:ind w:left="720"/>
      </w:pPr>
      <w:r/>
      <w:hyperlink r:id="rId12">
        <w:r>
          <w:rPr>
            <w:color w:val="0000EE"/>
            <w:u w:val="single"/>
          </w:rPr>
          <w:t>https://onderwijs.coc.nl/paarse-vrijdag/</w:t>
        </w:r>
      </w:hyperlink>
      <w:r>
        <w:t xml:space="preserve"> - Paarse Vrijdag is a day dedicated to diversity and inclusion, particularly focusing on the LGBTQ+ community within the education sector. On this day, thousands of students, teachers, and education professionals wear purple to show support. The initiative is organised by COC Onderwijs, aiming to create a safe and inclusive environment where everyone can be themselves, regardless of their identity or orientation.</w:t>
      </w:r>
      <w:r/>
    </w:p>
    <w:p>
      <w:pPr>
        <w:pStyle w:val="ListNumber"/>
        <w:spacing w:line="240" w:lineRule="auto"/>
        <w:ind w:left="720"/>
      </w:pPr>
      <w:r/>
      <w:hyperlink r:id="rId11">
        <w:r>
          <w:rPr>
            <w:color w:val="0000EE"/>
            <w:u w:val="single"/>
          </w:rPr>
          <w:t>https://www.theateraandeparade.nl/nl/programma/een-bossche-avond-om-te-zoenen</w:t>
        </w:r>
      </w:hyperlink>
      <w:r>
        <w:t xml:space="preserve"> - On Friday, 9 October 2026, 'Een Bossche Avond om te Zoenen' will take place at Theater aan de Parade in Den Bosch. Organised by the 'Iedereen Mag Zoenen' foundation, the event focuses on personal stories, music, and connection, promoting a society where everyone has the freedom to be themselves and love whom they choose. The evening includes coming-out conversations, a celebration of the fifth anniversary of the Brabantse Pot-cast, and performances by artists like Jip Hover and Babs op de Beat.</w:t>
      </w:r>
      <w:r/>
    </w:p>
    <w:p>
      <w:pPr>
        <w:pStyle w:val="ListNumber"/>
        <w:spacing w:line="240" w:lineRule="auto"/>
        <w:ind w:left="720"/>
      </w:pPr>
      <w:r/>
      <w:hyperlink r:id="rId15">
        <w:r>
          <w:rPr>
            <w:color w:val="0000EE"/>
            <w:u w:val="single"/>
          </w:rPr>
          <w:t>https://www.omroepbrabant.nl/nieuws/2660146/homo-hetero-massaal-zoenfeest-onder-de-rook-van-de-sint-jan-iedereenmagzoenen</w:t>
        </w:r>
      </w:hyperlink>
      <w:r>
        <w:t xml:space="preserve"> - In March 2018, COC Noordoost Brabant organised a mass kissing event in Den Bosch under the motto 'Iedereen mag zoenen' (Everyone may kiss). The event aimed to make a statement against the vandalism of posters depicting two men kissing, which had been defaced in various locations. The initiative sought to promote acceptance and visibility for the LGBTQ+ community, encouraging people to express their love freely and safely.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cultuur/een-bossche-avond-om-te-zoenen-op-paarse-vrijdag-persoonlijke-verhalen-en-feest~ac909b29/" TargetMode="External"/><Relationship Id="rId10" Type="http://schemas.openxmlformats.org/officeDocument/2006/relationships/hyperlink" Target="https://www.iedereenmagzoenen.nl/" TargetMode="External"/><Relationship Id="rId11" Type="http://schemas.openxmlformats.org/officeDocument/2006/relationships/hyperlink" Target="https://www.theateraandeparade.nl/nl/programma/een-bossche-avond-om-te-zoenen" TargetMode="External"/><Relationship Id="rId12" Type="http://schemas.openxmlformats.org/officeDocument/2006/relationships/hyperlink" Target="https://onderwijs.coc.nl/paarse-vrijdag/" TargetMode="External"/><Relationship Id="rId13" Type="http://schemas.openxmlformats.org/officeDocument/2006/relationships/hyperlink" Target="https://www.dms-educatief.eu/diversiteit-inclusie/paarse-vrijdag-uitgelicht/wat-is-paarse-vrijdag" TargetMode="External"/><Relationship Id="rId14" Type="http://schemas.openxmlformats.org/officeDocument/2006/relationships/hyperlink" Target="https://www.iedereenmagzoenen.nl/festival" TargetMode="External"/><Relationship Id="rId15" Type="http://schemas.openxmlformats.org/officeDocument/2006/relationships/hyperlink" Target="https://www.omroepbrabant.nl/nieuws/2660146/homo-hetero-massaal-zoenfeest-onder-de-rook-van-de-sint-jan-iedereenmagzoen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