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community events in Washington DC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looking to meet, eat and connect have plenty of LGBTQ+ community events in Washington DC this October, from a relaxed Friday happy hour to a welcoming weekend brunch and ongoing support groups. The line-up offers an easy way to find your people, whether you're new to the city or simply fancy a friendly night out.</w:t>
      </w:r>
      <w:r/>
    </w:p>
    <w:p>
      <w:pPr>
        <w:pStyle w:val="Heading2"/>
      </w:pPr>
      <w:r>
        <w:t>Essential takeaways</w:t>
      </w:r>
      <w:r/>
      <w:r/>
    </w:p>
    <w:p>
      <w:pPr>
        <w:pStyle w:val="ListBullet"/>
        <w:spacing w:line="240" w:lineRule="auto"/>
        <w:ind w:left="720"/>
      </w:pPr>
      <w:r/>
      <w:r>
        <w:rPr>
          <w:b/>
        </w:rPr>
        <w:t>Start casually:</w:t>
      </w:r>
      <w:r>
        <w:t xml:space="preserve"> A Friday happy hour at Freddie's Beach Bar offers a low-pressure way to meet people.</w:t>
      </w:r>
      <w:r/>
    </w:p>
    <w:p>
      <w:pPr>
        <w:pStyle w:val="ListBullet"/>
        <w:spacing w:line="240" w:lineRule="auto"/>
        <w:ind w:left="720"/>
      </w:pPr>
      <w:r/>
      <w:r>
        <w:rPr>
          <w:b/>
        </w:rPr>
        <w:t>Make brunch plans:</w:t>
      </w:r>
      <w:r>
        <w:t xml:space="preserve"> Saturday brings a community brunch, plus a ticketed drag brunch at Nellie's.</w:t>
      </w:r>
      <w:r/>
    </w:p>
    <w:p>
      <w:pPr>
        <w:pStyle w:val="ListBullet"/>
        <w:spacing w:line="240" w:lineRule="auto"/>
        <w:ind w:left="720"/>
      </w:pPr>
      <w:r/>
      <w:r>
        <w:rPr>
          <w:b/>
        </w:rPr>
        <w:t>Try a daytime meet-up:</w:t>
      </w:r>
      <w:r>
        <w:t xml:space="preserve"> Spark Social's coffee gathering is designed for easy conversation and new connections.</w:t>
      </w:r>
      <w:r/>
    </w:p>
    <w:p>
      <w:pPr>
        <w:pStyle w:val="ListBullet"/>
        <w:spacing w:line="240" w:lineRule="auto"/>
        <w:ind w:left="720"/>
      </w:pPr>
      <w:r/>
      <w:r>
        <w:rPr>
          <w:b/>
        </w:rPr>
        <w:t>Find ongoing support:</w:t>
      </w:r>
      <w:r>
        <w:t xml:space="preserve"> Online groups cover relationships, careers, older LGBTQ+ adults and South Asian LGBTQ+ experiences.</w:t>
      </w:r>
      <w:r/>
    </w:p>
    <w:p>
      <w:pPr>
        <w:pStyle w:val="ListBullet"/>
        <w:spacing w:line="240" w:lineRule="auto"/>
        <w:ind w:left="720"/>
      </w:pPr>
      <w:r/>
      <w:r>
        <w:rPr>
          <w:b/>
        </w:rPr>
        <w:t>Check before travelling:</w:t>
      </w:r>
      <w:r>
        <w:t xml:space="preserve"> Event details and availability can change, so confirm arrangements with the organiser.</w:t>
      </w:r>
      <w:r/>
      <w:r/>
    </w:p>
    <w:p>
      <w:pPr>
        <w:pStyle w:val="Heading2"/>
      </w:pPr>
      <w:r>
        <w:t>Washington DC's LGBTQ+ calendar starts with an easy Friday night</w:t>
      </w:r>
      <w:r/>
    </w:p>
    <w:p>
      <w:r/>
      <w:r>
        <w:t>The weekend begins with a simple proposition: good company, a familiar venue and no complicated agenda. Go Gay DC's First Friday LGBTQ+ Community Happy Hour takes place at Freddie's Beach Bar and Restaurant at 7pm, giving attendees a chance to unwind over drinks and conversation.</w:t>
      </w:r>
      <w:r/>
    </w:p>
    <w:p>
      <w:r/>
      <w:r>
        <w:t>That relaxed format is part of the appeal. You don't need to arrive with a whole group, and the setting should feel less like a formal networking event and more like meeting friends of friends. Eventbrite lists the gathering as free, with happy-hour offers adding a little extra incentive. (Eventbrite)</w:t>
      </w:r>
      <w:r/>
    </w:p>
    <w:p>
      <w:pPr>
        <w:pStyle w:val="Heading2"/>
      </w:pPr>
      <w:r>
        <w:t>Saturday brings brunch, drag and plenty of personality</w:t>
      </w:r>
      <w:r/>
    </w:p>
    <w:p>
      <w:r/>
      <w:r>
        <w:t>Saturday offers two distinct ways to spend the middle of the day. The LGBTQ+ Community Brunch at Freddie's begins at 11am and welcomes LGBTQ+ people and allies for food and conversation. It's a particularly handy option for anyone who prefers daytime socialising to a late night. (Eventbrite)</w:t>
      </w:r>
      <w:r/>
    </w:p>
    <w:p>
      <w:r/>
      <w:r>
        <w:t>At noon, Nellie's DC Drag Brunch turns the volume up. Hosted by Sapphire Blue, Deja Diamond and fellow performers, the ticketed event promises a more theatrical experience, with tickets listed at $58.51. In other words, one is a community table; the other comes with a show and considerably more sparkle.</w:t>
      </w:r>
      <w:r/>
    </w:p>
    <w:p>
      <w:pPr>
        <w:pStyle w:val="Heading2"/>
      </w:pPr>
      <w:r>
        <w:t>A coffee meet-up keeps Sunday low-pressure</w:t>
      </w:r>
      <w:r/>
    </w:p>
    <w:p>
      <w:r/>
      <w:r>
        <w:t>Sunday's Spark Coffee Club at Spark Social is aimed at people who want to expand their social circle without committing to a big, high-energy event. The gathering is built around conversation, and guests can attend alone or bring a friend.</w:t>
      </w:r>
      <w:r/>
    </w:p>
    <w:p>
      <w:r/>
      <w:r>
        <w:t>That matters because the hardest part of meeting people is often simply getting through the door. A daytime coffee meet-up feels approachable, whether you're new to Washington DC, newly connected to the LGBTQ+ community or just ready to swap another quiet Sunday for a friendly chat. Go Gay DC's listings describe it as an informal space for making new connections. (Go Gay DC)</w:t>
      </w:r>
      <w:r/>
    </w:p>
    <w:p>
      <w:pPr>
        <w:pStyle w:val="Heading2"/>
      </w:pPr>
      <w:r>
        <w:t>The following week shifts from socialising to support</w:t>
      </w:r>
      <w:r/>
    </w:p>
    <w:p>
      <w:r/>
      <w:r>
        <w:t>The calendar doesn't stop at brunches and happy hours. Monday's Center Aging Coffee Klatch takes place on Zoom and gives older LGBTQ+ adults a social hour they can join from home, beverage in hand. It offers a gentler rhythm for people who may prefer conversation without the bustle of a venue. (Go Gay DC)</w:t>
      </w:r>
      <w:r/>
    </w:p>
    <w:p>
      <w:r/>
      <w:r>
        <w:t>On Tuesday, DC SAFE and the Mayor's Office of LGBTQ+ Affairs begin The Relationship Lab, a four-week series exploring communication, boundaries, love and healthy connection. Wednesday adds online support through Job Club and a social and discussion group for older LGBTQ+ women. Together, these events show a broader side of community life: practical help, peer support and space to talk honestly.</w:t>
      </w:r>
      <w:r/>
    </w:p>
    <w:p>
      <w:pPr>
        <w:pStyle w:val="Heading2"/>
      </w:pPr>
      <w:r>
        <w:t>There are also useful resources beyond the social calendar</w:t>
      </w:r>
      <w:r/>
    </w:p>
    <w:p>
      <w:r/>
      <w:r>
        <w:t>Thursday's Fresh Produce Programme at the DC LGBTQ+ Community Center adds a practical service to the week's events. Participants are informed the previous afternoon if they've been selected for a produce box, and the listing says no proof of income or residency is required.</w:t>
      </w:r>
      <w:r/>
    </w:p>
    <w:p>
      <w:r/>
      <w:r>
        <w:t>Meanwhile, KHUSHDC's South Asian LGBTQ+ Support Group provides a confidential online space for conversations about identity, culture, relationships, wellbeing and religion. That variety is worth noticing. A strong community calendar isn't only about where to go on a Saturday night; it's also about whether people can find support that reflects their lives.</w:t>
      </w:r>
      <w:r/>
    </w:p>
    <w:p>
      <w:pPr>
        <w:pStyle w:val="Heading2"/>
      </w:pPr>
      <w:r>
        <w:t>How to choose the right event for you</w:t>
      </w:r>
      <w:r/>
    </w:p>
    <w:p>
      <w:r/>
      <w:r>
        <w:t>If you're nervous about attending alone, begin with a free daytime or early-evening event, and arrive with one easy question ready, such as how someone found the gathering. For ticketed events, check the current price, start time and cancellation terms before booking, particularly if you're travelling across the region.</w:t>
      </w:r>
      <w:r/>
    </w:p>
    <w:p>
      <w:r/>
      <w:r>
        <w:t>Online groups can be a good first step too. They remove the pressure of entering a busy room, while still offering a route into longer-term support. Just remember to review registration instructions and privacy details, especially for confidential sessions.</w:t>
      </w:r>
      <w:r/>
    </w:p>
    <w:p>
      <w:r/>
      <w:r>
        <w:t>Washington DC's October line-up proves community connection doesn't have to look one particular way. There's a seat at brunch, a microphone at drag brunch, a quiet coffee and a Zoom link when you need it.</w:t>
      </w:r>
      <w:r/>
    </w:p>
    <w:p>
      <w:r/>
      <w:r>
        <w:t>Explore the event that feels most like your kind of welcome.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2">
        <w:r>
          <w:rPr>
            <w:color w:val="0000EE"/>
            <w:u w:val="single"/>
          </w:rPr>
          <w:t>[7]</w:t>
        </w:r>
      </w:hyperlink>
      <w:r>
        <w:t xml:space="preserve">- Paragraph 3: </w:t>
      </w:r>
      <w:hyperlink r:id="rId11">
        <w:r>
          <w:rPr>
            <w:color w:val="0000EE"/>
            <w:u w:val="single"/>
          </w:rPr>
          <w:t>[5]</w:t>
        </w:r>
      </w:hyperlink>
      <w:r>
        <w:t xml:space="preserve">- Paragraph 4: </w:t>
      </w:r>
      <w:hyperlink r:id="rId11">
        <w:r>
          <w:rPr>
            <w:color w:val="0000EE"/>
            <w:u w:val="single"/>
          </w:rPr>
          <w:t>[5]</w:t>
        </w:r>
      </w:hyperlink>
      <w:r>
        <w:t xml:space="preserve">- Paragraph 5: </w:t>
      </w:r>
      <w:hyperlink r:id="rId11">
        <w:r>
          <w:rPr>
            <w:color w:val="0000EE"/>
            <w:u w:val="single"/>
          </w:rPr>
          <w:t>[5]</w:t>
        </w:r>
      </w:hyperlink>
      <w:r>
        <w:t xml:space="preserve">- Paragraph 6: </w:t>
      </w:r>
      <w:hyperlink r:id="rId11">
        <w:r>
          <w:rPr>
            <w:color w:val="0000EE"/>
            <w:u w:val="single"/>
          </w:rPr>
          <w:t>[5]</w:t>
        </w:r>
      </w:hyperlink>
      <w:r>
        <w:t xml:space="preserve">- Paragraph 7: </w:t>
      </w:r>
      <w:hyperlink r:id="rId11">
        <w:r>
          <w:rPr>
            <w:color w:val="0000EE"/>
            <w:u w:val="single"/>
          </w:rPr>
          <w:t>[5]</w:t>
        </w:r>
      </w:hyperlink>
      <w:r>
        <w:t xml:space="preserve">- Paragraph 8: </w:t>
      </w:r>
      <w:hyperlink r:id="rId11">
        <w:r>
          <w:rPr>
            <w:color w:val="0000EE"/>
            <w:u w:val="single"/>
          </w:rPr>
          <w:t>[5]</w:t>
        </w:r>
      </w:hyperlink>
      <w:r>
        <w:t xml:space="preserve">- Paragraph 9: </w:t>
      </w:r>
      <w:hyperlink r:id="rId11">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[5]</w:t>
        </w:r>
      </w:hyperlink>
      <w:r>
        <w:t xml:space="preserve">- Paragraph 12: </w:t>
      </w:r>
      <w:hyperlink r:id="rId11">
        <w:r>
          <w:rPr>
            <w:color w:val="0000EE"/>
            <w:u w:val="single"/>
          </w:rPr>
          <w:t>[5]</w:t>
        </w:r>
      </w:hyperlink>
      <w:r>
        <w:t xml:space="preserve">- Paragraph 13: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https://www.washingtonblade.com/2026/10/02/annapolis-pride-arrives-this-weekend/</w:t>
        </w:r>
      </w:hyperlink>
      <w:r>
        <w:t xml:space="preserve"> - Please view link - unable to able to access data</w:t>
      </w:r>
      <w:r/>
    </w:p>
    <w:p>
      <w:pPr>
        <w:pStyle w:val="ListNumber"/>
        <w:spacing w:line="240" w:lineRule="auto"/>
        <w:ind w:left="720"/>
      </w:pPr>
      <w:r/>
      <w:hyperlink r:id="rId10">
        <w:r>
          <w:rPr>
            <w:color w:val="0000EE"/>
            <w:u w:val="single"/>
          </w:rPr>
          <w:t>https://www.eventbrite.com/e/first-friday-lgbtq-community-happy-hour-freddies-beach-bar-tickets-1998065150652</w:t>
        </w:r>
      </w:hyperlink>
      <w:r>
        <w:t xml:space="preserve"> - Go Gay DC is hosting a 'First Friday LGBTQ+ Community Happy Hour' at Freddie's Beach Bar &amp; Restaurant in Arlington, VA, on Friday, November 6, 2026, from 6 PM to 8 PM. This free event aims to bring together the LGBTQ+ community and allies for an evening of socialising and making new friends. Attendees are encouraged to gather at the purple booth to the left upon entering. There is no cover charge, and guests can order food and drinks individually. The event will feature happy hour drink specials until 7 PM. For more details and to reserve a spot, visit the Eventbrite page.</w:t>
      </w:r>
      <w:r/>
    </w:p>
    <w:p>
      <w:pPr>
        <w:pStyle w:val="ListNumber"/>
        <w:spacing w:line="240" w:lineRule="auto"/>
        <w:ind w:left="720"/>
      </w:pPr>
      <w:r/>
      <w:hyperlink r:id="rId12">
        <w:r>
          <w:rPr>
            <w:color w:val="0000EE"/>
            <w:u w:val="single"/>
          </w:rPr>
          <w:t>https://www.eventbrite.com/e/lgbtq-community-brunch-freddies-beach-bar-restaurant-tickets-1998865571733</w:t>
        </w:r>
      </w:hyperlink>
      <w:r>
        <w:t xml:space="preserve"> - Go Gay DC is hosting an 'LGBTQ+ Community Brunch' at Freddie's Beach Bar &amp; Restaurant in Arlington, VA, on Saturday, November 21, 2026, from 11 AM to 12 PM. This weekly event brings together the DMV area LGBTQ+ community and allies for delicious food and conversation. The brunch is free to attend; guests pay for their own orders. The all-you-can-eat buffet includes a mimosa or coffee/tea or soft drink, and dessert, for $14.99. For more details and to reserve a spot, visit the Eventbrite page.</w:t>
      </w:r>
      <w:r/>
    </w:p>
    <w:p>
      <w:pPr>
        <w:pStyle w:val="ListNumber"/>
        <w:spacing w:line="240" w:lineRule="auto"/>
        <w:ind w:left="720"/>
      </w:pPr>
      <w:r/>
      <w:hyperlink r:id="rId13">
        <w:r>
          <w:rPr>
            <w:color w:val="0000EE"/>
            <w:u w:val="single"/>
          </w:rPr>
          <w:t>https://www.eventbrite.com/e/first-friday-lgbtq-community-happy-hour-freddies-beach-bar-tickets-1998065150652?aff=ebdssbdestsearch</w:t>
        </w:r>
      </w:hyperlink>
      <w:r>
        <w:t xml:space="preserve"> - Go Gay DC is hosting a 'First Friday LGBTQ+ Community Happy Hour' at Freddie's Beach Bar &amp; Restaurant in Arlington, VA, on Friday, November 6, 2026, from 6 PM to 8 PM. This free event aims to bring together the LGBTQ+ community and allies for an evening of socialising and making new friends. Attendees are encouraged to gather at the purple booth to the left upon entering. There is no cover charge, and guests can order food and drinks individually. The event will feature happy hour drink specials until 7 PM. For more details and to reserve a spot, visit the Eventbrite page.</w:t>
      </w:r>
      <w:r/>
    </w:p>
    <w:p>
      <w:pPr>
        <w:pStyle w:val="ListNumber"/>
        <w:spacing w:line="240" w:lineRule="auto"/>
        <w:ind w:left="720"/>
      </w:pPr>
      <w:r/>
      <w:hyperlink r:id="rId11">
        <w:r>
          <w:rPr>
            <w:color w:val="0000EE"/>
            <w:u w:val="single"/>
          </w:rPr>
          <w:t>https://www.gogaydc.com/home</w:t>
        </w:r>
      </w:hyperlink>
      <w:r>
        <w:t xml:space="preserve"> - Go Gay DC is a Metro DC-based LGBTQ+ community organisation focused on friendship, leadership, and service. They host various events, including the 'First Friday Social' at Freddie's Beach Bar &amp; Restaurant and the 'Community Brunch' every Saturday at the same venue. Their mission is to bring the community together and support local LGBTQ+ establishments. For more information about their events and initiatives, visit their official website.</w:t>
      </w:r>
      <w:r/>
    </w:p>
    <w:p>
      <w:pPr>
        <w:pStyle w:val="ListNumber"/>
        <w:spacing w:line="240" w:lineRule="auto"/>
        <w:ind w:left="720"/>
      </w:pPr>
      <w:r/>
      <w:hyperlink r:id="rId10">
        <w:r>
          <w:rPr>
            <w:color w:val="0000EE"/>
            <w:u w:val="single"/>
          </w:rPr>
          <w:t>https://www.eventbrite.com/e/first-friday-lgbtq-community-happy-hour-freddies-beach-bar-tickets-1998065150652</w:t>
        </w:r>
      </w:hyperlink>
      <w:r>
        <w:t xml:space="preserve"> - Go Gay DC is hosting a 'First Friday LGBTQ+ Community Happy Hour' at Freddie's Beach Bar &amp; Restaurant in Arlington, VA, on Friday, November 6, 2026, from 6 PM to 8 PM. This free event aims to bring together the LGBTQ+ community and allies for an evening of socialising and making new friends. Attendees are encouraged to gather at the purple booth to the left upon entering. There is no cover charge, and guests can order food and drinks individually. The event will feature happy hour drink specials until 7 PM. For more details and to reserve a spot, visit the Eventbrite page.</w:t>
      </w:r>
      <w:r/>
    </w:p>
    <w:p>
      <w:pPr>
        <w:pStyle w:val="ListNumber"/>
        <w:spacing w:line="240" w:lineRule="auto"/>
        <w:ind w:left="720"/>
      </w:pPr>
      <w:r/>
      <w:hyperlink r:id="rId12">
        <w:r>
          <w:rPr>
            <w:color w:val="0000EE"/>
            <w:u w:val="single"/>
          </w:rPr>
          <w:t>https://www.eventbrite.com/e/lgbtq-community-brunch-freddies-beach-bar-restaurant-tickets-1998865571733</w:t>
        </w:r>
      </w:hyperlink>
      <w:r>
        <w:t xml:space="preserve"> - Go Gay DC is hosting an 'LGBTQ+ Community Brunch' at Freddie's Beach Bar &amp; Restaurant in Arlington, VA, on Saturday, November 21, 2026, from 11 AM to 12 PM. This weekly event brings together the DMV area LGBTQ+ community and allies for delicious food and conversation. The brunch is free to attend; guests pay for their own orders. The all-you-can-eat buffet includes a mimosa or coffee/tea or soft drink, and dessert, for $14.99. For more details and to reserve a spot, visit the Eventbrite page.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02/annapolis-pride-arrives-this-weekend/" TargetMode="External"/><Relationship Id="rId10" Type="http://schemas.openxmlformats.org/officeDocument/2006/relationships/hyperlink" Target="https://www.eventbrite.com/e/first-friday-lgbtq-community-happy-hour-freddies-beach-bar-tickets-1998065150652" TargetMode="External"/><Relationship Id="rId11" Type="http://schemas.openxmlformats.org/officeDocument/2006/relationships/hyperlink" Target="https://www.gogaydc.com/home" TargetMode="External"/><Relationship Id="rId12" Type="http://schemas.openxmlformats.org/officeDocument/2006/relationships/hyperlink" Target="https://www.eventbrite.com/e/lgbtq-community-brunch-freddies-beach-bar-restaurant-tickets-1998865571733" TargetMode="External"/><Relationship Id="rId13" Type="http://schemas.openxmlformats.org/officeDocument/2006/relationships/hyperlink" Target="https://www.eventbrite.com/e/first-friday-lgbtq-community-happy-hour-freddies-beach-bar-tickets-1998065150652?aff=ebdssbdestsear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