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Jyväskylä Pride Parade Highlights and Community Spirit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Jyväskylä Pride’s colourful parade brought students, unions, sports clubs and community groups together in warm sunshine, turning a week of rain into a lively celebration of equality. With this year’s theme, “Sporting Peace for Everyone”, the event showed why Pride remains both a joyful public gathering and an important everyday statement.</w:t>
      </w:r>
      <w:r/>
    </w:p>
    <w:p>
      <w:pPr>
        <w:pStyle w:val="Heading2"/>
      </w:pPr>
      <w:r>
        <w:t>Essential Takeaways</w:t>
      </w:r>
      <w:r/>
      <w:r/>
    </w:p>
    <w:p>
      <w:pPr>
        <w:pStyle w:val="ListBullet"/>
        <w:spacing w:line="240" w:lineRule="auto"/>
        <w:ind w:left="720"/>
      </w:pPr>
      <w:r/>
      <w:r>
        <w:rPr>
          <w:b/>
        </w:rPr>
        <w:t>A sunny finale:</w:t>
      </w:r>
      <w:r>
        <w:t xml:space="preserve"> Rainy weather gave way to bright sunshine for the parade and park celebration.</w:t>
      </w:r>
      <w:r/>
    </w:p>
    <w:p>
      <w:pPr>
        <w:pStyle w:val="ListBullet"/>
        <w:spacing w:line="240" w:lineRule="auto"/>
        <w:ind w:left="720"/>
      </w:pPr>
      <w:r/>
      <w:r>
        <w:rPr>
          <w:b/>
        </w:rPr>
        <w:t>A message with movement:</w:t>
      </w:r>
      <w:r>
        <w:t xml:space="preserve"> The 2023 theme focused on making sport welcoming and safe for everyone.</w:t>
      </w:r>
      <w:r/>
    </w:p>
    <w:p>
      <w:pPr>
        <w:pStyle w:val="ListBullet"/>
        <w:spacing w:line="240" w:lineRule="auto"/>
        <w:ind w:left="720"/>
      </w:pPr>
      <w:r/>
      <w:r>
        <w:rPr>
          <w:b/>
        </w:rPr>
        <w:t>A broad coalition:</w:t>
      </w:r>
      <w:r>
        <w:t xml:space="preserve"> Universities, charities, trade unions and sports organisations joined the procession.</w:t>
      </w:r>
      <w:r/>
    </w:p>
    <w:p>
      <w:pPr>
        <w:pStyle w:val="ListBullet"/>
        <w:spacing w:line="240" w:lineRule="auto"/>
        <w:ind w:left="720"/>
      </w:pPr>
      <w:r/>
      <w:r>
        <w:rPr>
          <w:b/>
        </w:rPr>
        <w:t>A spirited atmosphere:</w:t>
      </w:r>
      <w:r>
        <w:t xml:space="preserve"> Colourful flags, waving balconies and chants gave the route a warm, communal feel.</w:t>
      </w:r>
      <w:r/>
    </w:p>
    <w:p>
      <w:pPr>
        <w:pStyle w:val="ListBullet"/>
        <w:spacing w:line="240" w:lineRule="auto"/>
        <w:ind w:left="720"/>
      </w:pPr>
      <w:r/>
      <w:r>
        <w:rPr>
          <w:b/>
        </w:rPr>
        <w:t>Pride beyond one day:</w:t>
      </w:r>
      <w:r>
        <w:t xml:space="preserve"> Organisers and participants stressed that equality matters throughout the year.</w:t>
      </w:r>
      <w:r/>
      <w:r/>
    </w:p>
    <w:p>
      <w:pPr>
        <w:pStyle w:val="Heading2"/>
      </w:pPr>
      <w:r>
        <w:t>Jyväskylä Pride found sunshine at the perfect moment</w:t>
      </w:r>
      <w:r/>
    </w:p>
    <w:p>
      <w:r/>
      <w:r>
        <w:t>After a damp week, Saturday brought the kind of warm, bright weather that seemed made for a parade. Jyväskylä Pride reached its high point with a procession through the city followed by a park event, creating an upbeat finish to the week. Reports from Jyväskylä Pride’s own coverage describe a gathering shaped by colour, music and a strong sense of togetherness.</w:t>
      </w:r>
      <w:r/>
    </w:p>
    <w:p>
      <w:r/>
      <w:r>
        <w:t xml:space="preserve">That contrast mattered. The sunshine made the celebration feel lighter, but the message underneath remained serious: everyone should be able to take part in public life, sport and community without fear of exclusion. It was a reminder that a Pride event can be both a party and a statement. </w:t>
      </w:r>
      <w:hyperlink r:id="rId9">
        <w:r>
          <w:rPr>
            <w:color w:val="0000EE"/>
            <w:u w:val="single"/>
          </w:rPr>
          <w:t>[2]</w:t>
        </w:r>
      </w:hyperlink>
      <w:r>
        <w:t xml:space="preserve">, </w:t>
      </w:r>
      <w:hyperlink r:id="rId10">
        <w:r>
          <w:rPr>
            <w:color w:val="0000EE"/>
            <w:u w:val="single"/>
          </w:rPr>
          <w:t>[3]</w:t>
        </w:r>
      </w:hyperlink>
      <w:r/>
    </w:p>
    <w:p>
      <w:pPr>
        <w:pStyle w:val="Heading2"/>
      </w:pPr>
      <w:r>
        <w:t>The 2023 theme put inclusion into motion</w:t>
      </w:r>
      <w:r/>
    </w:p>
    <w:p>
      <w:r/>
      <w:r>
        <w:t>The theme, “Sporting Peace for Everyone”, gave this year’s event a clear local focus. Sport can bring people together, but only when clubs, facilities and teams are genuinely welcoming. That makes visibility particularly valuable for people who may still feel uncertain about whether they belong.</w:t>
      </w:r>
      <w:r/>
    </w:p>
    <w:p>
      <w:r/>
      <w:r>
        <w:t xml:space="preserve">The idea also connected Jyväskylä Pride with a wider international pattern. Pride celebrations in cities such as Los Angeles, San Diego and Colorado Springs have similarly used parades to make inclusion visible across public spaces, rather than limiting the conversation to dedicated LGBTQ+ venues. </w:t>
      </w:r>
      <w:hyperlink r:id="rId11">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Students, unions and sports clubs marched side by side</w:t>
      </w:r>
      <w:r/>
    </w:p>
    <w:p>
      <w:r/>
      <w:r>
        <w:t>Students from the Humanist University of Applied Sciences joined the parade in their own group, adding an educational perspective to the procession. Their participation reflected how higher-education communities increasingly treat equality as part of campus life, not a separate issue reserved for special occasions.</w:t>
      </w:r>
      <w:r/>
    </w:p>
    <w:p>
      <w:r/>
      <w:r>
        <w:t xml:space="preserve">They were joined by a notably broad mix of organisations, including child welfare groups, trade unions, sports clubs and local higher-education institutions. That variety gave the parade a grounded, local character. It wasn't just a symbolic walk; it showed how many different parts of Jyväskylä wanted to be seen supporting equal rights. </w:t>
      </w:r>
      <w:hyperlink r:id="rId9">
        <w:r>
          <w:rPr>
            <w:color w:val="0000EE"/>
            <w:u w:val="single"/>
          </w:rPr>
          <w:t>[2]</w:t>
        </w:r>
      </w:hyperlink>
      <w:r>
        <w:t xml:space="preserve">, </w:t>
      </w:r>
      <w:hyperlink r:id="rId10">
        <w:r>
          <w:rPr>
            <w:color w:val="0000EE"/>
            <w:u w:val="single"/>
          </w:rPr>
          <w:t>[3]</w:t>
        </w:r>
      </w:hyperlink>
      <w:r/>
    </w:p>
    <w:p>
      <w:pPr>
        <w:pStyle w:val="Heading2"/>
      </w:pPr>
      <w:r>
        <w:t>Flags, balconies and a chant that carried</w:t>
      </w:r>
      <w:r/>
    </w:p>
    <w:p>
      <w:r/>
      <w:r>
        <w:t>The atmosphere was openly affectionate and energetic. Bright flags moved through the crowd, participants waved to people watching from balconies, and a chant calling for equality through both love and determination echoed along the route. Those small exchanges between the parade and the wider city often make Pride feel especially personal.</w:t>
      </w:r>
      <w:r/>
    </w:p>
    <w:p>
      <w:r/>
      <w:r>
        <w:t xml:space="preserve">Photo coverage of Jyväskylä Pride also captured the visual richness of the event, from rainbow colours to tightly packed groups and smiling spectators. Similar images from Pride parades abroad show the same formula at work: a public route, plenty of colour and a crowd determined to make solidarity visible. </w:t>
      </w:r>
      <w:hyperlink r:id="rId14">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Why Jyväskylä Pride still matters after the parade</w:t>
      </w:r>
      <w:r/>
    </w:p>
    <w:p>
      <w:r/>
      <w:r>
        <w:t>The strongest message was perhaps the simplest one. Pride isn't only about one Saturday in September; it also concerns everyday experiences at school, work, in sports teams and on the street. A parade can create a moment of celebration, but its real value lies in making equal participation feel normal and expected.</w:t>
      </w:r>
      <w:r/>
    </w:p>
    <w:p>
      <w:r/>
      <w:r>
        <w:t xml:space="preserve">For Jyväskylä, the event offered a hopeful picture of what shared public space can look like. As celebrations around the world continue to combine joy with advocacy, local Pride gatherings remain an important way for communities to say, clearly and collectively, that everyone belongs.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r/>
      <w:r>
        <w:t>A colourful parade can last an afternoon, but its invitation to belong should last all year.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4">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https://www.ksml.fi/paikalliset/9840422</w:t>
        </w:r>
      </w:hyperlink>
      <w:r>
        <w:t xml:space="preserve"> - Please view link - unable to able to access data</w:t>
      </w:r>
      <w:r/>
    </w:p>
    <w:p>
      <w:pPr>
        <w:pStyle w:val="ListNumber"/>
        <w:spacing w:line="240" w:lineRule="auto"/>
        <w:ind w:left="720"/>
      </w:pPr>
      <w:r/>
      <w:hyperlink r:id="rId9">
        <w:r>
          <w:rPr>
            <w:color w:val="0000EE"/>
            <w:u w:val="single"/>
          </w:rPr>
          <w:t>https://jklseta.fi/pride/aiemmat-pridet/pride2023/</w:t>
        </w:r>
      </w:hyperlink>
      <w:r>
        <w:t xml:space="preserve"> - The Jyväskylä Pride 2023 event took place from September 4 to 10, 2023, featuring a diverse range of activities including workshops, parties, bingo, art exhibitions, pop-up shops, sports events, movies, support groups, and, of course, the Jyväskylä Pride parade and park celebration. The event was open to all ages and adhered to the principles of safer space. The program also included an art exhibition outside of Pride week, with details available at the end of the program. The events were age-appropriate unless specified otherwise, and all activities followed the principles of safer space.</w:t>
      </w:r>
      <w:r/>
    </w:p>
    <w:p>
      <w:pPr>
        <w:pStyle w:val="ListNumber"/>
        <w:spacing w:line="240" w:lineRule="auto"/>
        <w:ind w:left="720"/>
      </w:pPr>
      <w:r/>
      <w:hyperlink r:id="rId10">
        <w:r>
          <w:rPr>
            <w:color w:val="0000EE"/>
            <w:u w:val="single"/>
          </w:rPr>
          <w:t>https://jklseta.fi/pride/jyvaskyla-pride-2023-tunnelmia/</w:t>
        </w:r>
      </w:hyperlink>
      <w:r>
        <w:t xml:space="preserve"> - The Jyväskylä Pride 2023 week was held in the first week of September, with excellent weather and sunny conditions that warmed the celebratory participants. Throughout the week, various events were organized, and a previous program announcement can be found here. The article also includes photos and impressions from 2023, capturing the vibrant atmosphere of the event. Additionally, Seta released a video titled 'Voimaa sateenkaarijärjestötoiminnasta' ('Strength from Rainbow Organization Activities'), which features video material from the Jyväskylä Pride parade in 2023.</w:t>
      </w:r>
      <w:r/>
    </w:p>
    <w:p>
      <w:pPr>
        <w:pStyle w:val="ListNumber"/>
        <w:spacing w:line="240" w:lineRule="auto"/>
        <w:ind w:left="720"/>
      </w:pPr>
      <w:r/>
      <w:hyperlink r:id="rId14">
        <w:r>
          <w:rPr>
            <w:color w:val="0000EE"/>
            <w:u w:val="single"/>
          </w:rPr>
          <w:t>https://ranneliike.net/uutiset/16367/kuvagalleria-jyvaskyla-pride-2023</w:t>
        </w:r>
      </w:hyperlink>
      <w:r>
        <w:t xml:space="preserve"> - This photo gallery showcases images from the Jyväskylä Pride 2023 event, which culminated in a parade on Saturday, September 9, 2023. The photographs capture the vibrant and colourful atmosphere of the parade, highlighting the community's participation and the event's significance in promoting LGBTQ+ rights and visibility in Jyväskylä.</w:t>
      </w:r>
      <w:r/>
    </w:p>
    <w:p>
      <w:pPr>
        <w:pStyle w:val="ListNumber"/>
        <w:spacing w:line="240" w:lineRule="auto"/>
        <w:ind w:left="720"/>
      </w:pPr>
      <w:r/>
      <w:hyperlink r:id="rId11">
        <w:r>
          <w:rPr>
            <w:color w:val="0000EE"/>
            <w:u w:val="single"/>
          </w:rPr>
          <w:t>https://www.thecorsaironline.com/corsair/2023/6/13/la-celebrates-pride</w:t>
        </w:r>
      </w:hyperlink>
      <w:r>
        <w:t xml:space="preserve"> - Los Angeles hosted its 53rd annual Pride Parade in Hollywood on June 11, 2023. The event featured over 150 contingents and adjusted its route to 1 mile, following Highland Avenue at Sunset Blvd, to Hollywood Blvd, to Cahuenga Blvd, to Sunset Blvd. The 2023 grand marshals included the ACLU of Southern California in its 100th anniversary as the Community Grand Marshal, a Celebration of Life float for the late Leslie Jordan as the Legacy Grand Marshal, and Margaret Cho as the Icon Grand Marshal. Nearly 150,000 spectators watched the parade in person. The parade was broadcast live on ABC7 and aired nationally on ABC News Live and Hulu. On July 22, 2023, ABC7 won a Los Angeles Area Emmy Award for its coverage of the Parade under the Live Special Events - News category.</w:t>
      </w:r>
      <w:r/>
    </w:p>
    <w:p>
      <w:pPr>
        <w:pStyle w:val="ListNumber"/>
        <w:spacing w:line="240" w:lineRule="auto"/>
        <w:ind w:left="720"/>
      </w:pPr>
      <w:r/>
      <w:hyperlink r:id="rId12">
        <w:r>
          <w:rPr>
            <w:color w:val="0000EE"/>
            <w:u w:val="single"/>
          </w:rPr>
          <w:t>https://www.kpbs.org/news/local/2023/07/17/san-diego-pride-2023-is-now-in-the-books</w:t>
        </w:r>
      </w:hyperlink>
      <w:r>
        <w:t xml:space="preserve"> - San Diego Pride 2023 concluded with a monumental and colorful festival, drawing over 300,000 attendees. The event was praised for its smooth and well-organized execution, marking a significant milestone in the city's LGBTQ+ celebrations. The festival featured a variety of activities, including the Pride Parade and rally, and was considered one of the best in the 13-year tenure of Pride Executive Director Fernando Lopez.</w:t>
      </w:r>
      <w:r/>
    </w:p>
    <w:p>
      <w:pPr>
        <w:pStyle w:val="ListNumber"/>
        <w:spacing w:line="240" w:lineRule="auto"/>
        <w:ind w:left="720"/>
      </w:pPr>
      <w:r/>
      <w:hyperlink r:id="rId13">
        <w:r>
          <w:rPr>
            <w:color w:val="0000EE"/>
            <w:u w:val="single"/>
          </w:rPr>
          <w:t>https://gazette.com/2023/06/11/photos-pikes-peak-pride-parade-2023/</w:t>
        </w:r>
      </w:hyperlink>
      <w:r>
        <w:t xml:space="preserve"> - The Pikes Peak Pride Parade 2023 took place in Colorado Springs on June 11, 2023. The event featured a vibrant display of support and celebration for the LGBTQ+ community, with participants of all ages and backgrounds joining in the festivities. The parade showcased a variety of floats, performances, and community groups, highlighting the unity and diversity of the local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klseta.fi/pride/aiemmat-pridet/pride2023/" TargetMode="External"/><Relationship Id="rId10" Type="http://schemas.openxmlformats.org/officeDocument/2006/relationships/hyperlink" Target="https://jklseta.fi/pride/jyvaskyla-pride-2023-tunnelmia/" TargetMode="External"/><Relationship Id="rId11" Type="http://schemas.openxmlformats.org/officeDocument/2006/relationships/hyperlink" Target="https://www.thecorsaironline.com/corsair/2023/6/13/la-celebrates-pride" TargetMode="External"/><Relationship Id="rId12" Type="http://schemas.openxmlformats.org/officeDocument/2006/relationships/hyperlink" Target="https://www.kpbs.org/news/local/2023/07/17/san-diego-pride-2023-is-now-in-the-books" TargetMode="External"/><Relationship Id="rId13" Type="http://schemas.openxmlformats.org/officeDocument/2006/relationships/hyperlink" Target="https://gazette.com/2023/06/11/photos-pikes-peak-pride-parade-2023/" TargetMode="External"/><Relationship Id="rId14" Type="http://schemas.openxmlformats.org/officeDocument/2006/relationships/hyperlink" Target="https://ranneliike.net/uutiset/16367/kuvagalleria-jyvaskyla-pride-2023" TargetMode="External"/><Relationship Id="rId15" Type="http://schemas.openxmlformats.org/officeDocument/2006/relationships/hyperlink" Target="https://www.ksml.fi/paikalliset/98404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