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Johannesburg Pride Month 2026 Events for Culture and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Johannesburg’s LGBTQ+ community and its allies can expect a lively October in 2026, with Pride of Africa bringing together rooftop socials, fashion, performance, dialogue and the Johannesburg Pride March. The month-long programme matters because it pairs joyful celebration with conversations about visibility, leadership and opportunity.</w:t>
      </w:r>
      <w:r/>
    </w:p>
    <w:p>
      <w:pPr>
        <w:pStyle w:val="Heading2"/>
      </w:pPr>
      <w:r>
        <w:t>Essential Takeaways</w:t>
      </w:r>
      <w:r/>
      <w:r/>
    </w:p>
    <w:p>
      <w:pPr>
        <w:pStyle w:val="ListBullet"/>
        <w:spacing w:line="240" w:lineRule="auto"/>
        <w:ind w:left="720"/>
      </w:pPr>
      <w:r/>
      <w:r>
        <w:rPr>
          <w:b/>
        </w:rPr>
        <w:t>Month-long programme:</w:t>
      </w:r>
      <w:r>
        <w:t xml:space="preserve"> Events run throughout October 2026 across Johannesburg.</w:t>
      </w:r>
      <w:r/>
    </w:p>
    <w:p>
      <w:pPr>
        <w:pStyle w:val="ListBullet"/>
        <w:spacing w:line="240" w:lineRule="auto"/>
        <w:ind w:left="720"/>
      </w:pPr>
      <w:r/>
      <w:r>
        <w:rPr>
          <w:b/>
        </w:rPr>
        <w:t>Strong opening:</w:t>
      </w:r>
      <w:r>
        <w:t xml:space="preserve"> The programme begins with a rooftop cocktail gathering on 3 October.</w:t>
      </w:r>
      <w:r/>
    </w:p>
    <w:p>
      <w:pPr>
        <w:pStyle w:val="ListBullet"/>
        <w:spacing w:line="240" w:lineRule="auto"/>
        <w:ind w:left="720"/>
      </w:pPr>
      <w:r/>
      <w:r>
        <w:rPr>
          <w:b/>
        </w:rPr>
        <w:t>More than parties:</w:t>
      </w:r>
      <w:r>
        <w:t xml:space="preserve"> An empowerment summit will address identity, inclusion and leadership.</w:t>
      </w:r>
      <w:r/>
    </w:p>
    <w:p>
      <w:pPr>
        <w:pStyle w:val="ListBullet"/>
        <w:spacing w:line="240" w:lineRule="auto"/>
        <w:ind w:left="720"/>
      </w:pPr>
      <w:r/>
      <w:r>
        <w:rPr>
          <w:b/>
        </w:rPr>
        <w:t>Creative centrepiece:</w:t>
      </w:r>
      <w:r>
        <w:t xml:space="preserve"> The Queer Met returns on 24 October with an African Archives theme.</w:t>
      </w:r>
      <w:r/>
    </w:p>
    <w:p>
      <w:pPr>
        <w:pStyle w:val="ListBullet"/>
        <w:spacing w:line="240" w:lineRule="auto"/>
        <w:ind w:left="720"/>
      </w:pPr>
      <w:r/>
      <w:r>
        <w:rPr>
          <w:b/>
        </w:rPr>
        <w:t>Big finale:</w:t>
      </w:r>
      <w:r>
        <w:t xml:space="preserve"> Johannesburg Pride March takes place on 31 October, with further details to follow.</w:t>
      </w:r>
      <w:r/>
      <w:r/>
    </w:p>
    <w:p>
      <w:pPr>
        <w:pStyle w:val="Heading2"/>
      </w:pPr>
      <w:r>
        <w:t>Johannesburg Pride 2026 starts with a rooftop welcome</w:t>
      </w:r>
      <w:r/>
    </w:p>
    <w:p>
      <w:r/>
      <w:r>
        <w:t>The first event, Pride of Africa x Rush: Pride Month Kickoff, takes place at Level 3 on 3 October from 6pm. It promises a relaxed cocktail setting where guests can reconnect, meet new people and ease into the month with city views and a social atmosphere.</w:t>
      </w:r>
      <w:r/>
    </w:p>
    <w:p>
      <w:r/>
      <w:r>
        <w:t>That gentle opening feels deliberate. Rather than launching straight into a packed party, Pride of Africa is creating room for conversation and connection first, which can be just as important as the music. Event listings from platforms including PinkUk and misterb&amp;b also point to Johannesburg Pride 2026 as a major fixture on the city's LGBTQ+ calendar.</w:t>
      </w:r>
      <w:r/>
    </w:p>
    <w:p>
      <w:r/>
      <w:r>
        <w:t>On 10 October, the mood shifts to fashion and nightlife at the SECRT Venue All-White Party at Carvo Lounge. Running from midday until late, the event's dress code gives guests an easy visual cue: expect a sea of white, plenty of photographs and an energetic inner-city setting.</w:t>
      </w:r>
      <w:r/>
    </w:p>
    <w:p>
      <w:pPr>
        <w:pStyle w:val="Heading2"/>
      </w:pPr>
      <w:r>
        <w:t>Celebration meets practical empowerment</w:t>
      </w:r>
      <w:r/>
    </w:p>
    <w:p>
      <w:r/>
      <w:r>
        <w:t>The Pride of Africa Empowerment Summit on 16 October adds substance to the social programme. Discussions will focus on identity, inclusion, leadership and the barriers that can limit LGBTQ+ participation in society and the workplace.</w:t>
      </w:r>
      <w:r/>
    </w:p>
    <w:p>
      <w:r/>
      <w:r>
        <w:t>Young people are a particular focus, with the summit designed to encourage networking, experience-sharing and conversations about turning personal ambition into opportunity. That's a useful counterbalance to the familiar party image of Pride, showing how celebration and advocacy can sit comfortably side by side.</w:t>
      </w:r>
      <w:r/>
    </w:p>
    <w:p>
      <w:r/>
      <w:r>
        <w:t>For anyone planning a Johannesburg Pride 2026 itinerary, this is likely to be the most conversation-led event of the month. Registration details should be checked close to the date, as listings and access arrangements can change.</w:t>
      </w:r>
      <w:r/>
    </w:p>
    <w:p>
      <w:pPr>
        <w:pStyle w:val="Heading2"/>
      </w:pPr>
      <w:r>
        <w:t>The Queer Met puts African stories centre stage</w:t>
      </w:r>
      <w:r/>
    </w:p>
    <w:p>
      <w:r/>
      <w:r>
        <w:t>On 24 October, The Queer Met returns with its 2026 theme, African Archives. The evening will bring together queer designers, influencers, creatives and community leaders through a tasting menu, fashion, performance and storytelling.</w:t>
      </w:r>
      <w:r/>
    </w:p>
    <w:p>
      <w:r/>
      <w:r>
        <w:t>The exhibition runway is expected to be one of the evening's visual highlights, while spoken-word artists and musicians will add texture beyond the clothes. The theme also gives the event a wider cultural purpose, placing African queer experiences and heritage at the heart of the programme rather than treating them as a footnote.</w:t>
      </w:r>
      <w:r/>
    </w:p>
    <w:p>
      <w:r/>
      <w:r>
        <w:t>For guests choosing between Pride events, this is the pick for people who want style and substance in equal measure. It should appeal to anyone interested in design, performance and the stories behind contemporary queer creativity.</w:t>
      </w:r>
      <w:r/>
    </w:p>
    <w:p>
      <w:pPr>
        <w:pStyle w:val="Heading2"/>
      </w:pPr>
      <w:r>
        <w:t>Johannesburg Pride March closes a packed October</w:t>
      </w:r>
      <w:r/>
    </w:p>
    <w:p>
      <w:r/>
      <w:r>
        <w:t>The programme culminates on 31 October with Pride of Africa Day and the Johannesburg Pride March. The finale is being co-hosted by the City of Joburg, with support from partners including Mercedes-Benz, BCG, Wilson, Google, Ernst &amp; Young, Baker McKenzie and Heineken.</w:t>
      </w:r>
      <w:r/>
    </w:p>
    <w:p>
      <w:r/>
      <w:r>
        <w:t>More information about the day's route, timings and activities is expected in a separate announcement. That means visitors should avoid relying on old Pride guides and check official updates before travelling, particularly if they're arranging transport or planning to attend with friends.</w:t>
      </w:r>
      <w:r/>
    </w:p>
    <w:p>
      <w:r/>
      <w:r>
        <w:t>The march will give the month its most visible public moment, bringing the community and allies together in one shared celebration. As wider Gauteng Pride coverage suggests, these events aren't only about a single day; they're also a way to keep conversations about belonging and representation moving.</w:t>
      </w:r>
      <w:r/>
    </w:p>
    <w:p>
      <w:pPr>
        <w:pStyle w:val="Heading2"/>
      </w:pPr>
      <w:r>
        <w:t>How to plan for Johannesburg Pride Month 2026</w:t>
      </w:r>
      <w:r/>
    </w:p>
    <w:p>
      <w:r/>
      <w:r>
        <w:t>Start by deciding what kind of experience you want. The opening cocktails suit relaxed networking, the all-white party is built around music and socialising, the summit offers discussion and professional connection, and The Queer Met leans into fashion and culture.</w:t>
      </w:r>
      <w:r/>
    </w:p>
    <w:p>
      <w:r/>
      <w:r>
        <w:t>Check the official Pride of Africa channels for ticketing, venue rules, accessibility information and any changes to timings. Some events may require advance registration, while the march could have separate arrangements from the ticketed evening events.</w:t>
      </w:r>
      <w:r/>
    </w:p>
    <w:p>
      <w:r/>
      <w:r>
        <w:t>It also pays to plan the basics. Johannesburg distances can make a flexible travel plan worthwhile, and comfortable shoes will be more useful than they first appear if you're attending the march or moving between venues. Pride is at its best when the logistics fade into the background and people can enjoy themselves safely.</w:t>
      </w:r>
      <w:r/>
    </w:p>
    <w:p>
      <w:r/>
      <w:r>
        <w:t>Johannesburg Pride 2026 is shaping up to be a month rather than a moment, and that's its most appealing feature. There'll be room for a quiet conversation, a dramatic outfit, a new connection and a loud, joyful finish.</w:t>
      </w:r>
      <w:r/>
    </w:p>
    <w:p>
      <w:r/>
      <w:r>
        <w:t>Explore the programme and choose the events that feel right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[6]</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2">
        <w:r>
          <w:rPr>
            <w:color w:val="0000EE"/>
            <w:u w:val="single"/>
          </w:rPr>
          <w:t>[3]</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[4]</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3">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https://www.bizcommunity.com/article/johannesburgs-pride-of-africa-month-2026-blends-culture-and-activism-070615a</w:t>
        </w:r>
      </w:hyperlink>
      <w:r>
        <w:t xml:space="preserve"> - Please view link - unable to able to access data</w:t>
      </w:r>
      <w:r/>
    </w:p>
    <w:p>
      <w:pPr>
        <w:pStyle w:val="ListNumber"/>
        <w:spacing w:line="240" w:lineRule="auto"/>
        <w:ind w:left="720"/>
      </w:pPr>
      <w:r/>
      <w:hyperlink r:id="rId10">
        <w:r>
          <w:rPr>
            <w:color w:val="0000EE"/>
            <w:u w:val="single"/>
          </w:rPr>
          <w:t>https://infogaytion.com/south-africa/johannesburg/guides/johannesburg-pride-2026</w:t>
        </w:r>
      </w:hyperlink>
      <w:r>
        <w:t xml:space="preserve"> - Johannesburg Pride 2026 is set to celebrate its 37th anniversary on 31 October 2026 in Sandton. The event is part of the official Pride of Africa programme, which includes a series of build-up events throughout October. These events feature a Pride of Africa Month Kick-Off Drag Brunch on 3 October, SCRT Venue featuring Jägermeister on 10 October, the fifth emPOWERment Summit on 16 October, Queer Met on 24 October, and Johannesburg Pride on 31 October. The Kick-Off Drag Brunch serves as a social celebration to open Pride month, while SCRT Venue is presented as the annual secret-venue gathering, combining art, music, fashion, and queer self-expression. The emPOWERment Summit brings together corporate allies, experienced workers, community members, and other participants for discussion and practical empowerment. Further details on times, venues, and access for several programme events have not yet been published. Johannesburg Pride is part of the city's broader queer calendar, alongside events like Soweto Pride, initiated by the Forum for the Empowerment of Women in 2004, which has a distinct history as a Black queer visibility, protest, and community-space project. Visitors should verify the details of each event through individual Infogaytion event pages as October approaches.</w:t>
      </w:r>
      <w:r/>
    </w:p>
    <w:p>
      <w:pPr>
        <w:pStyle w:val="ListNumber"/>
        <w:spacing w:line="240" w:lineRule="auto"/>
        <w:ind w:left="720"/>
      </w:pPr>
      <w:r/>
      <w:hyperlink r:id="rId12">
        <w:r>
          <w:rPr>
            <w:color w:val="0000EE"/>
            <w:u w:val="single"/>
          </w:rPr>
          <w:t>https://www.howler.co.za/events/jhb-pride-free-registration-3954</w:t>
        </w:r>
      </w:hyperlink>
      <w:r>
        <w:t xml:space="preserve"> - Johannesburg Pride 2026, themed 'Proudly African, Authentically You,' is scheduled for 31 October 2026 in Sandton. The event offers free entry with prior registration and features three stages, live entertainment, DJs, the Pride March at 2 PM, food, drinks, and vendors. The festival runs from midday to midnight on Katherine Street, Sandton. The event is open to all ages, and attendees are encouraged to register for free to participate in this celebration of love, visibility, community, and LGBTQIA+ pride.</w:t>
      </w:r>
      <w:r/>
    </w:p>
    <w:p>
      <w:pPr>
        <w:pStyle w:val="ListNumber"/>
        <w:spacing w:line="240" w:lineRule="auto"/>
        <w:ind w:left="720"/>
      </w:pPr>
      <w:r/>
      <w:hyperlink r:id="rId11">
        <w:r>
          <w:rPr>
            <w:color w:val="0000EE"/>
            <w:u w:val="single"/>
          </w:rPr>
          <w:t>https://pinkuk.com/events/africa/south-africa/johannesburg/johannesburg/johannesburg-pride-2026</w:t>
        </w:r>
      </w:hyperlink>
      <w:r>
        <w:t xml:space="preserve"> - Johannesburg Pride 2026 is scheduled for Saturday, 31 October 2026, in Sandton. The event marks the 37th Pride in the city and aims to elevate and amplify the celebration into an inclusive continent-wide community platform. The parade is set to begin at 2 PM, with gates opening for the Pride of Africa celebrations at 10 AM and closing at 10 PM. Entry is free. The after-party details are yet to be announced. The event seeks to ensure the LGBTQ+ community is included in the global drive for equality and continues Johannesburg Pride's legacy as a beacon of resilience, unity, and diversity in Africa.</w:t>
      </w:r>
      <w:r/>
    </w:p>
    <w:p>
      <w:pPr>
        <w:pStyle w:val="ListNumber"/>
        <w:spacing w:line="240" w:lineRule="auto"/>
        <w:ind w:left="720"/>
      </w:pPr>
      <w:r/>
      <w:hyperlink r:id="rId13">
        <w:r>
          <w:rPr>
            <w:color w:val="0000EE"/>
            <w:u w:val="single"/>
          </w:rPr>
          <w:t>https://www.misterbandb.com/gay-events/south-africa/johannesburg/gay-pride</w:t>
        </w:r>
      </w:hyperlink>
      <w:r>
        <w:t xml:space="preserve"> - Johannesburg Pride 2026, scheduled for 31 October 2026, is Africa's oldest Pride event, taking place in Sandton. The parade begins at 2:55 PM, followed by a festival featuring three stages, live entertainment, and a street festival that attracts tens of thousands of people, both locals and travelers. The event is organized by Johannesburg Pride and Pride of Africa, celebrating LGBTQIA+ visibility, culture, advocacy, and celebration. The festival is open to all and offers a vibrant atmosphere for attendees.</w:t>
      </w:r>
      <w:r/>
    </w:p>
    <w:p>
      <w:pPr>
        <w:pStyle w:val="ListNumber"/>
        <w:spacing w:line="240" w:lineRule="auto"/>
        <w:ind w:left="720"/>
      </w:pPr>
      <w:r/>
      <w:hyperlink r:id="rId14">
        <w:r>
          <w:rPr>
            <w:color w:val="0000EE"/>
            <w:u w:val="single"/>
          </w:rPr>
          <w:t>https://pridelio.com/events/johannesburg-pride-2026</w:t>
        </w:r>
      </w:hyperlink>
      <w:r>
        <w:t xml:space="preserve"> - Johannesburg Pride 2026 is set for Saturday, 31 October 2026, from 10:00 AM to 8:00 PM UTC on Katherine Street, Sandton CBD, Johannesburg, South Africa. The event marks 37 years of Pride in the city and forms the main celebration in the wider Pride of Africa programme. The parade and festival bring LGBTQIA+ people, performers, activists, organisations, businesses, and allies together in Sandton for African queer visibility, culture, advocacy, and celebration. The organiser confirms the date and Katherine Street location, with approximate hours until the final public programme is released. The event includes the Johannesburg Pride Parade through Sandton, festival stage, music, live entertainment, community organisations, local vendors, and Pride of Africa cultural and advocacy programming.</w:t>
      </w:r>
      <w:r/>
    </w:p>
    <w:p>
      <w:pPr>
        <w:pStyle w:val="ListNumber"/>
        <w:spacing w:line="240" w:lineRule="auto"/>
        <w:ind w:left="720"/>
      </w:pPr>
      <w:r/>
      <w:hyperlink r:id="rId15">
        <w:r>
          <w:rPr>
            <w:color w:val="0000EE"/>
            <w:u w:val="single"/>
          </w:rPr>
          <w:t>https://www.gauteng.net/whats-on-g/pride-month-2026-what-it-means/</w:t>
        </w:r>
      </w:hyperlink>
      <w:r>
        <w:t xml:space="preserve"> - June marks International Pride Month, a global observance recognising the rights, visibility, and experiences of LGBTQIA+ communities. In South Africa, Pride Month 2026 highlights both the legal progress achieved over the past three decades and the challenges that many LGBTQIA+ South Africans continue to face. The month is observed across Gauteng through community events, cultural programmes, and awareness initiatives. Notable events include the Johannesburg Queer Chorus iCons Concert on 27 June 2026 at the Roodepoort Theatre, celebrating influential cultural figures. Pride represents more than a public celebration; it carries political, psychological, and cultural significance for LGBTQIA+ communities, highlighting ongoing efforts to protect rights and improve accountability in cases involving discrimination and hate crimes, providing a platform for self-affirmation and visibility, and celebrating creativity, identity, and community through music, art, storytelling, and other forms of expression.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izcommunity.com/article/johannesburgs-pride-of-africa-month-2026-blends-culture-and-activism-070615a" TargetMode="External"/><Relationship Id="rId10" Type="http://schemas.openxmlformats.org/officeDocument/2006/relationships/hyperlink" Target="https://infogaytion.com/south-africa/johannesburg/guides/johannesburg-pride-2026" TargetMode="External"/><Relationship Id="rId11" Type="http://schemas.openxmlformats.org/officeDocument/2006/relationships/hyperlink" Target="https://pinkuk.com/events/africa/south-africa/johannesburg/johannesburg/johannesburg-pride-2026" TargetMode="External"/><Relationship Id="rId12" Type="http://schemas.openxmlformats.org/officeDocument/2006/relationships/hyperlink" Target="https://www.howler.co.za/events/jhb-pride-free-registration-3954" TargetMode="External"/><Relationship Id="rId13" Type="http://schemas.openxmlformats.org/officeDocument/2006/relationships/hyperlink" Target="https://www.misterbandb.com/gay-events/south-africa/johannesburg/gay-pride" TargetMode="External"/><Relationship Id="rId14" Type="http://schemas.openxmlformats.org/officeDocument/2006/relationships/hyperlink" Target="https://pridelio.com/events/johannesburg-pride-2026" TargetMode="External"/><Relationship Id="rId15" Type="http://schemas.openxmlformats.org/officeDocument/2006/relationships/hyperlink" Target="https://www.gauteng.net/whats-on-g/pride-month-2026-what-it-me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