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All Out with Jon Dean Marks 100 Episodes in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at The Standard London to celebrate All Out with Jon Dean, a fast-growing queer podcast that has attracted more than 100,000 subscribers. The lively King’s Cross event brought together actors, creators and LGBTQ+ voices for an evening of conversation, music and networking, while offering a glimpse at where the show goes next.</w:t>
      </w:r>
      <w:r/>
    </w:p>
    <w:p>
      <w:pPr>
        <w:pStyle w:val="Heading2"/>
      </w:pPr>
      <w:r>
        <w:t>Essential Takeaways</w:t>
      </w:r>
      <w:r/>
      <w:r/>
    </w:p>
    <w:p>
      <w:pPr>
        <w:pStyle w:val="ListBullet"/>
        <w:spacing w:line="240" w:lineRule="auto"/>
        <w:ind w:left="720"/>
      </w:pPr>
      <w:r/>
      <w:r>
        <w:rPr>
          <w:b/>
        </w:rPr>
        <w:t>A major milestone:</w:t>
      </w:r>
      <w:r>
        <w:t xml:space="preserve"> All Out with Jon Dean celebrated its 100th episode after launching in 2024.</w:t>
      </w:r>
      <w:r/>
    </w:p>
    <w:p>
      <w:pPr>
        <w:pStyle w:val="ListBullet"/>
        <w:spacing w:line="240" w:lineRule="auto"/>
        <w:ind w:left="720"/>
      </w:pPr>
      <w:r/>
      <w:r>
        <w:rPr>
          <w:b/>
        </w:rPr>
        <w:t>A starry guest list:</w:t>
      </w:r>
      <w:r>
        <w:t xml:space="preserve"> Jim Parsons, Russell Tovey, Layton Williams and Ben Aldridge were among the attendees.</w:t>
      </w:r>
      <w:r/>
    </w:p>
    <w:p>
      <w:pPr>
        <w:pStyle w:val="ListBullet"/>
        <w:spacing w:line="240" w:lineRule="auto"/>
        <w:ind w:left="720"/>
      </w:pPr>
      <w:r/>
      <w:r>
        <w:rPr>
          <w:b/>
        </w:rPr>
        <w:t>More than a party:</w:t>
      </w:r>
      <w:r>
        <w:t xml:space="preserve"> Host Jon Dean used the evening to champion collaboration and mutual support among gay and bisexual men.</w:t>
      </w:r>
      <w:r/>
    </w:p>
    <w:p>
      <w:pPr>
        <w:pStyle w:val="ListBullet"/>
        <w:spacing w:line="240" w:lineRule="auto"/>
        <w:ind w:left="720"/>
      </w:pPr>
      <w:r/>
      <w:r>
        <w:rPr>
          <w:b/>
        </w:rPr>
        <w:t>A new format is coming:</w:t>
      </w:r>
      <w:r>
        <w:t xml:space="preserve"> Access All Out will take viewers behind the scenes of entertainment and creative industries.</w:t>
      </w:r>
      <w:r/>
    </w:p>
    <w:p>
      <w:pPr>
        <w:pStyle w:val="ListBullet"/>
        <w:spacing w:line="240" w:lineRule="auto"/>
        <w:ind w:left="720"/>
      </w:pPr>
      <w:r/>
      <w:r>
        <w:rPr>
          <w:b/>
        </w:rPr>
        <w:t>A memorable setting:</w:t>
      </w:r>
      <w:r>
        <w:t xml:space="preserve"> Sweeties at The Standard London offered sweeping King’s Cross views, cocktails and a suitably glamorous backdrop.</w:t>
      </w:r>
      <w:r/>
      <w:r/>
    </w:p>
    <w:p>
      <w:pPr>
        <w:pStyle w:val="Heading2"/>
      </w:pPr>
      <w:r>
        <w:t>A queer podcast milestone with plenty of star power</w:t>
      </w:r>
      <w:r/>
    </w:p>
    <w:p>
      <w:r/>
      <w:r>
        <w:t>The strongest detail from the evening was the sheer range of talent in the room. Actors, filmmakers, designers, performers and digital creators gathered at Sweeties, the top-floor bar at The Standard London, giving the celebration the feel of a creative reunion rather than a conventional industry party.</w:t>
      </w:r>
      <w:r/>
    </w:p>
    <w:p>
      <w:r/>
      <w:r>
        <w:t>Jim Parsons, Russell Tovey, Theo Walker, Ben Aldridge and Layton Williams were among the recognisable faces, alongside HBO's Industry co-creators Konrad Kay and Mickey Down, Olympic diver Matthew Mitcham and comedian Mawaan Rizwan. Several guests had already appeared on the podcast, so the event felt like a real-world extension of the conversations listeners know from the show.</w:t>
      </w:r>
      <w:r/>
    </w:p>
    <w:p>
      <w:r/>
      <w:r>
        <w:t>The podcast is available across major listening platforms, including Spotify and Apple Podcasts, where its catalogue brings together interviews and discussions with queer guests. That broad reach helps explain why a relatively new series has already built such a sizeable following.</w:t>
      </w:r>
      <w:r/>
    </w:p>
    <w:p>
      <w:pPr>
        <w:pStyle w:val="Heading2"/>
      </w:pPr>
      <w:r>
        <w:t>Why All Out with Jon Dean has found its audience</w:t>
      </w:r>
      <w:r/>
    </w:p>
    <w:p>
      <w:r/>
      <w:r>
        <w:t>The show's appeal appears to lie in its willingness to make space for personal, candid conversations. Podcast directories list episodes exploring identity, relationships, sexuality and the psychology of queer male experiences, subjects that can be intimate without becoming overly polished or predictable.</w:t>
      </w:r>
      <w:r/>
    </w:p>
    <w:p>
      <w:r/>
      <w:r>
        <w:t>That tone matters. Celebrity interviews can sometimes feel like carefully managed publicity, but a podcast offers more room for nuance, pauses and the occasional unexpected confession. For listeners, that can make a familiar public figure seem noticeably more human.</w:t>
      </w:r>
      <w:r/>
    </w:p>
    <w:p>
      <w:r/>
      <w:r>
        <w:t>The range of available episodes also suggests a flexible editorial approach. Rather than sticking to one corner of LGBTQ+ culture, All Out with Jon Dean moves between entertainment, personal experience and wider conversations about gay and bisexual life.</w:t>
      </w:r>
      <w:r/>
    </w:p>
    <w:p>
      <w:pPr>
        <w:pStyle w:val="Heading2"/>
      </w:pPr>
      <w:r>
        <w:t>A party built around collaboration</w:t>
      </w:r>
      <w:r/>
    </w:p>
    <w:p>
      <w:r/>
      <w:r>
        <w:t>Dean's message on the night was as important as the guest list. In his speech, he encouraged attendees to connect with one another and stressed the value of gay and bisexual men supporting each other.</w:t>
      </w:r>
      <w:r/>
    </w:p>
    <w:p>
      <w:r/>
      <w:r>
        <w:t>That's a timely point in an industry where networking can feel transactional. Here, the emphasis was on sharing platforms, creating opportunities and making introductions, with the podcast acting as a common thread between people who might not otherwise meet.</w:t>
      </w:r>
      <w:r/>
    </w:p>
    <w:p>
      <w:r/>
      <w:r>
        <w:t>Singer Tsatsamis performed live, while DJs James Lee and Jonjo Jury supplied the soundtrack. Free vodka cocktails and wide views over King's Cross kept the mood light, but the underlying purpose was clear: celebration, connection and a little strategic mingling.</w:t>
      </w:r>
      <w:r/>
    </w:p>
    <w:p>
      <w:pPr>
        <w:pStyle w:val="Heading2"/>
      </w:pPr>
      <w:r>
        <w:t>The Standard London supplied the right backdrop</w:t>
      </w:r>
      <w:r/>
    </w:p>
    <w:p>
      <w:r/>
      <w:r>
        <w:t>Sweeties made a convincing setting for the anniversary. Floor-to-ceiling windows looked out across King's Cross, while the hotel's bold redesign gave the midweek gathering an unmistakably London feel.</w:t>
      </w:r>
      <w:r/>
    </w:p>
    <w:p>
      <w:r/>
      <w:r>
        <w:t>The Standard London opened in 2019 as the group's first hotel outside the United States. Housed in a former council office building, it now combines 266 bedrooms with several bars and restaurants, including public spaces designed for lingering rather than simply passing through.</w:t>
      </w:r>
      <w:r/>
    </w:p>
    <w:p>
      <w:r/>
      <w:r>
        <w:t>Its location opposite King's Cross station and close to St Pancras International is another practical advantage. Guests can arrive easily from across London and beyond, which is especially useful for an event drawing people from entertainment, fashion and online media.</w:t>
      </w:r>
      <w:r/>
    </w:p>
    <w:p>
      <w:pPr>
        <w:pStyle w:val="Heading2"/>
      </w:pPr>
      <w:r>
        <w:t>What comes next for the podcast?</w:t>
      </w:r>
      <w:r/>
    </w:p>
    <w:p>
      <w:r/>
      <w:r>
        <w:t>Dean's next step is a new YouTube format called Access All Out. The series will take viewers backstage and behind the scenes of the entertainment industry, extending the podcast's conversational style into a more visual setting.</w:t>
      </w:r>
      <w:r/>
    </w:p>
    <w:p>
      <w:r/>
      <w:r>
        <w:t>That move makes sense. Audio remains ideal for private, thoughtful interviews, while video can reveal the rooms, people and working worlds surrounding them. It also gives the show another route to reach casual viewers who might discover a clip before subscribing to the full podcast.</w:t>
      </w:r>
      <w:r/>
    </w:p>
    <w:p>
      <w:r/>
      <w:r>
        <w:t>The anniversary party offered a persuasive preview of the show's wider ambition. All Out with Jon Dean isn't only documenting queer culture; it's helping bring its creative community into the same room. That feels like a useful role for any growing platform.</w:t>
      </w:r>
      <w:r/>
    </w:p>
    <w:p>
      <w:r/>
      <w:r>
        <w:t>A hundred episodes is worth celebrating, but the next chapter could be even more revealing.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14">
        <w:r>
          <w:rPr>
            <w:color w:val="0000EE"/>
            <w:u w:val="single"/>
          </w:rPr>
          <w:t>[6]</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[3]</w:t>
        </w:r>
      </w:hyperlink>
      <w:r>
        <w:t xml:space="preserve">, </w:t>
      </w:r>
      <w:hyperlink r:id="rId14">
        <w:r>
          <w:rPr>
            <w:color w:val="0000EE"/>
            <w:u w:val="single"/>
          </w:rPr>
          <w:t>[6]</w:t>
        </w:r>
      </w:hyperlink>
      <w:r>
        <w:t xml:space="preserve">- Paragraph 14: </w:t>
      </w:r>
      <w:hyperlink r:id="rId11">
        <w:r>
          <w:rPr>
            <w:color w:val="0000EE"/>
            <w:u w:val="single"/>
          </w:rPr>
          <w:t>[4]</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https://www.gaycities.com/articles/107513/gay-celebs-and-influencers-celebrate-all-out-with-jon-dean-podcast-in-london/</w:t>
        </w:r>
      </w:hyperlink>
      <w:r>
        <w:t xml:space="preserve"> - Please view link - unable to able to access data</w:t>
      </w:r>
      <w:r/>
    </w:p>
    <w:p>
      <w:pPr>
        <w:pStyle w:val="ListNumber"/>
        <w:spacing w:line="240" w:lineRule="auto"/>
        <w:ind w:left="720"/>
      </w:pPr>
      <w:r/>
      <w:hyperlink r:id="rId9">
        <w:r>
          <w:rPr>
            <w:color w:val="0000EE"/>
            <w:u w:val="single"/>
          </w:rPr>
          <w:t>https://www.gaycities.com/articles/107513/gay-celebs-and-influencers-celebrate-all-out-with-jon-dean-podcast-in-london/</w:t>
        </w:r>
      </w:hyperlink>
      <w:r>
        <w:t xml:space="preserve"> - An article detailing the 100th episode celebration of the 'All Out with Jon Dean' podcast at The Standard Hotel in London. The event featured appearances by actors Jim Parsons, Russell Tovey, and Ben Aldridge, among others. The podcast, launched in 2024, has garnered over 100,000 subscribers. Host Jon Dean emphasised the importance of gay and bi men supporting each other and announced a new YouTube format, 'Access All Out', offering behind-the-scenes insights into the entertainment industry.</w:t>
      </w:r>
      <w:r/>
    </w:p>
    <w:p>
      <w:pPr>
        <w:pStyle w:val="ListNumber"/>
        <w:spacing w:line="240" w:lineRule="auto"/>
        <w:ind w:left="720"/>
      </w:pPr>
      <w:r/>
      <w:hyperlink r:id="rId10">
        <w:r>
          <w:rPr>
            <w:color w:val="0000EE"/>
            <w:u w:val="single"/>
          </w:rPr>
          <w:t>https://open.spotify.com/episode/7q47OPtK3woU3XwXtt9Sas</w:t>
        </w:r>
      </w:hyperlink>
      <w:r>
        <w:t xml:space="preserve"> - An episode of the 'All Out with Jon Dean' podcast featuring Simon Jones, a leading UK publicist. The discussion delves into the science of fame and the media's role in outing individuals. Jones shares insights from his extensive career, highlighting the challenges and responsibilities of public relations in the LGBTQ+ community.</w:t>
      </w:r>
      <w:r/>
    </w:p>
    <w:p>
      <w:pPr>
        <w:pStyle w:val="ListNumber"/>
        <w:spacing w:line="240" w:lineRule="auto"/>
        <w:ind w:left="720"/>
      </w:pPr>
      <w:r/>
      <w:hyperlink r:id="rId11">
        <w:r>
          <w:rPr>
            <w:color w:val="0000EE"/>
            <w:u w:val="single"/>
          </w:rPr>
          <w:t>https://podcasts.apple.com/gb/podcast/all-out-with-jon-dean/id1751241474</w:t>
        </w:r>
      </w:hyperlink>
      <w:r>
        <w:t xml:space="preserve"> - The 'All Out with Jon Dean' podcast is an award-winning video interview and documentary series for gay men. It has topped global sexuality charts and won the British Podcast Awards 2025. The show features intimate conversations with celebrity guests, experts, and industry professionals, covering topics like health, career, sex, psychology, relationships, and culture.</w:t>
      </w:r>
      <w:r/>
    </w:p>
    <w:p>
      <w:pPr>
        <w:pStyle w:val="ListNumber"/>
        <w:spacing w:line="240" w:lineRule="auto"/>
        <w:ind w:left="720"/>
      </w:pPr>
      <w:r/>
      <w:hyperlink r:id="rId12">
        <w:r>
          <w:rPr>
            <w:color w:val="0000EE"/>
            <w:u w:val="single"/>
          </w:rPr>
          <w:t>https://uk-podcasts.co.uk/podcast/all-out-with-jon-dean</w:t>
        </w:r>
      </w:hyperlink>
      <w:r>
        <w:t xml:space="preserve"> - A UK-based podcast directory listing the 'All Out with Jon Dean' podcast. The show is described as an award-winning video interview and documentary series for gay men, focusing on topics such as health, career, sex, psychology, relationships, and culture. It has been a number one hit in global sexuality charts and won the British Podcast Awards 2025.</w:t>
      </w:r>
      <w:r/>
    </w:p>
    <w:p>
      <w:pPr>
        <w:pStyle w:val="ListNumber"/>
        <w:spacing w:line="240" w:lineRule="auto"/>
        <w:ind w:left="720"/>
      </w:pPr>
      <w:r/>
      <w:hyperlink r:id="rId14">
        <w:r>
          <w:rPr>
            <w:color w:val="0000EE"/>
            <w:u w:val="single"/>
          </w:rPr>
          <w:t>https://music.amazon.co.uk/podcasts/bdbd7c4f-d334-4b9d-829d-7c75c7c031f8/episodes/38c5ca37-dac2-4059-b830-82bc95c08d40/all-out-with-jon-dean-bottom-power-the-psychology-of-men-in-submission</w:t>
        </w:r>
      </w:hyperlink>
      <w:r>
        <w:t xml:space="preserve"> - An episode of the 'All Out with Jon Dean' podcast titled 'Bottom Power: The Psychology of Men in Submission'. The discussion explores the dynamics of submission in gay men's relationships, featuring insights from therapist Dhiren Doshi-Smith. The episode is sponsored by Sniffies and offers listeners a chance to become an All Out Insider for early, ad-free, and uncensored content.</w:t>
      </w:r>
      <w:r/>
    </w:p>
    <w:p>
      <w:pPr>
        <w:pStyle w:val="ListNumber"/>
        <w:spacing w:line="240" w:lineRule="auto"/>
        <w:ind w:left="720"/>
      </w:pPr>
      <w:r/>
      <w:hyperlink r:id="rId13">
        <w:r>
          <w:rPr>
            <w:color w:val="0000EE"/>
            <w:u w:val="single"/>
          </w:rPr>
          <w:t>https://podtail.com/en/podcast/all-out-with-jon-dean/</w:t>
        </w:r>
      </w:hyperlink>
      <w:r>
        <w:t xml:space="preserve"> - The 'All Out with Jon Dean' podcast is an award-winning video interview and documentary series for gay men. It has topped global sexuality charts and won the British Podcast Awards 2025. The show features intimate conversations with celebrity guests, experts, and industry professionals, covering topics like health, career, sex, psychology, relationships, and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513/gay-celebs-and-influencers-celebrate-all-out-with-jon-dean-podcast-in-london/" TargetMode="External"/><Relationship Id="rId10" Type="http://schemas.openxmlformats.org/officeDocument/2006/relationships/hyperlink" Target="https://open.spotify.com/episode/7q47OPtK3woU3XwXtt9Sas" TargetMode="External"/><Relationship Id="rId11" Type="http://schemas.openxmlformats.org/officeDocument/2006/relationships/hyperlink" Target="https://podcasts.apple.com/gb/podcast/all-out-with-jon-dean/id1751241474" TargetMode="External"/><Relationship Id="rId12" Type="http://schemas.openxmlformats.org/officeDocument/2006/relationships/hyperlink" Target="https://uk-podcasts.co.uk/podcast/all-out-with-jon-dean" TargetMode="External"/><Relationship Id="rId13" Type="http://schemas.openxmlformats.org/officeDocument/2006/relationships/hyperlink" Target="https://podtail.com/en/podcast/all-out-with-jon-dean/" TargetMode="External"/><Relationship Id="rId14" Type="http://schemas.openxmlformats.org/officeDocument/2006/relationships/hyperlink" Target="https://music.amazon.co.uk/podcasts/bdbd7c4f-d334-4b9d-829d-7c75c7c031f8/episodes/38c5ca37-dac2-4059-b830-82bc95c08d40/all-out-with-jon-dean-bottom-power-the-psychology-of-men-in-submi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