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Queerbaiting Still Matters in Modern TV and Film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Viewers are rethinking how the word “queerbaiting” is used, particularly after debates around Jack Innanen’s fluid character in </w:t>
      </w:r>
      <w:r>
        <w:rPr>
          <w:b/>
          <w:i/>
        </w:rPr>
        <w:t>Adults</w:t>
      </w:r>
      <w:r>
        <w:rPr>
          <w:b/>
        </w:rPr>
        <w:t xml:space="preserve"> and Dylan O’Brien’s gay role in </w:t>
      </w:r>
      <w:r>
        <w:rPr>
          <w:b/>
          <w:i/>
        </w:rPr>
        <w:t>Twinless</w:t>
      </w:r>
      <w:r>
        <w:rPr>
          <w:b/>
        </w:rPr>
        <w:t>. The distinction matters because genuine LGBTQ+ representation is very different from teasing a romance that never arrives.</w:t>
      </w:r>
      <w:r/>
    </w:p>
    <w:p>
      <w:pPr>
        <w:pStyle w:val="Heading2"/>
      </w:pPr>
      <w:r>
        <w:t>The original meaning was about deliberate teasing</w:t>
      </w:r>
      <w:r/>
    </w:p>
    <w:p>
      <w:r/>
      <w:r>
        <w:t>Queerbaiting began as a criticism of popular entertainment that hinted at LGBTQ+ relationships without ever allowing those relationships to become real. It was especially visible during the peak of online fandom, when viewers dissected every glance, joke and emotionally charged exchange between characters.</w:t>
      </w:r>
      <w:r/>
    </w:p>
    <w:p>
      <w:r/>
      <w:r>
        <w:t xml:space="preserve">The frustration wasn’t simply about fans wanting a particular pairing. It was about shows appearing to court queer audiences while keeping representation safely ambiguous for wider markets. Definitions from the Oxford English Dictionary and Dictionary.com both centre on that deliberate coyness, rather than on the sexuality of an individual actor. </w:t>
      </w:r>
      <w:hyperlink r:id="rId9">
        <w:r>
          <w:rPr>
            <w:color w:val="0000EE"/>
            <w:u w:val="single"/>
          </w:rPr>
          <w:t>[4]</w:t>
        </w:r>
      </w:hyperlink>
      <w:r/>
    </w:p>
    <w:p>
      <w:r/>
      <w:r>
        <w:t xml:space="preserve">That distinction has become blurred online. Today, “queerbaiting” is sometimes used for almost any situation involving a straight performer, a queer character or a popular same-sex ship, which risks stripping the term of its original force. </w:t>
      </w:r>
      <w:hyperlink r:id="rId10">
        <w:r>
          <w:rPr>
            <w:color w:val="0000EE"/>
            <w:u w:val="single"/>
          </w:rPr>
          <w:t>[3]</w:t>
        </w:r>
      </w:hyperlink>
      <w:r/>
    </w:p>
    <w:p>
      <w:pPr>
        <w:pStyle w:val="Heading2"/>
      </w:pPr>
      <w:r>
        <w:t>Paul Baker’s story is more than a suggestion</w:t>
      </w:r>
      <w:r/>
    </w:p>
    <w:p>
      <w:r/>
      <w:r>
        <w:t xml:space="preserve">Jack Innanen’s Paul Baker in </w:t>
      </w:r>
      <w:r>
        <w:rPr>
          <w:i/>
        </w:rPr>
        <w:t>Adults</w:t>
      </w:r>
      <w:r>
        <w:t xml:space="preserve"> doesn’t fit the classic pattern because the character’s sexual fluidity is part of the story, not merely a teasing detail. He also has an on-screen same-sex romance, giving viewers an actual relationship rather than a trail of suggestive moments.</w:t>
      </w:r>
      <w:r/>
    </w:p>
    <w:p>
      <w:r/>
      <w:r>
        <w:t xml:space="preserve">Speaking to </w:t>
      </w:r>
      <w:r>
        <w:rPr>
          <w:i/>
        </w:rPr>
        <w:t>Variety</w:t>
      </w:r>
      <w:r>
        <w:t xml:space="preserve">, Innanen acknowledged the early criticism aimed at a fluid character who’s also involved with a woman. But he argued that the love triangle reflects Paul’s personality and relationships, rather than disguising a queer storyline that the programme refuses to show. </w:t>
      </w:r>
      <w:hyperlink r:id="rId11">
        <w:r>
          <w:rPr>
            <w:color w:val="0000EE"/>
            <w:u w:val="single"/>
          </w:rPr>
          <w:t>[2]</w:t>
        </w:r>
      </w:hyperlink>
      <w:r/>
    </w:p>
    <w:p>
      <w:r/>
      <w:r>
        <w:t>That’s the useful test: is the story genuinely exploring queer desire, or is it dangling the possibility to keep audiences talking? A bisexual or sexually fluid character can have a heterosexual relationship without the writing becoming deceptive. Life, inconveniently, is usually more complicated than a neat fandom label.</w:t>
      </w:r>
      <w:r/>
    </w:p>
    <w:p>
      <w:pPr>
        <w:pStyle w:val="Heading2"/>
      </w:pPr>
      <w:r>
        <w:t>When does casting become part of the debate?</w:t>
      </w:r>
      <w:r/>
    </w:p>
    <w:p>
      <w:r/>
      <w:r>
        <w:t>A straight actor playing a queer role isn’t automatically queerbaiting. The term describes a marketing or storytelling tactic, not a performer’s private identity, and confusing those two issues can make serious conversations about representation harder.</w:t>
      </w:r>
      <w:r/>
    </w:p>
    <w:p>
      <w:r/>
      <w:r>
        <w:t xml:space="preserve">Still, casting choices can raise valid questions about access and authenticity. Dylan O’Brien discussed this tension after appearing in </w:t>
      </w:r>
      <w:r>
        <w:rPr>
          <w:i/>
        </w:rPr>
        <w:t>Twinless</w:t>
      </w:r>
      <w:r>
        <w:t xml:space="preserve">, crediting gay writer-director James Sweeney with providing guidance, support and a trusted creative perspective during production. </w:t>
      </w:r>
      <w:hyperlink r:id="rId11">
        <w:r>
          <w:rPr>
            <w:color w:val="0000EE"/>
            <w:u w:val="single"/>
          </w:rPr>
          <w:t>[2]</w:t>
        </w:r>
      </w:hyperlink>
      <w:r/>
    </w:p>
    <w:p>
      <w:r/>
      <w:r>
        <w:t xml:space="preserve">O’Brien also recognised why audiences have become wary when straight actors play queer characters without apparent emotional or cultural connection to the material. That concern is about performance, power and opportunity, rather than whether a film has secretly promised a romance it never delivers. </w:t>
      </w:r>
      <w:hyperlink r:id="rId10">
        <w:r>
          <w:rPr>
            <w:color w:val="0000EE"/>
            <w:u w:val="single"/>
          </w:rPr>
          <w:t>[3]</w:t>
        </w:r>
      </w:hyperlink>
      <w:r/>
    </w:p>
    <w:p>
      <w:pPr>
        <w:pStyle w:val="Heading2"/>
      </w:pPr>
      <w:r>
        <w:t>Real romance changes the conversation</w:t>
      </w:r>
      <w:r/>
    </w:p>
    <w:p>
      <w:r/>
      <w:r>
        <w:t>Nicholas Galitzine has spoken about feeling uncertain over taking queer roles, particularly when queer performers might have been considered for the same parts. His comments reflect a broader industry conversation about who gets opportunities to tell LGBTQ+ stories and who benefits from their success.</w:t>
      </w:r>
      <w:r/>
    </w:p>
    <w:p>
      <w:r/>
      <w:r>
        <w:t xml:space="preserve">But his characters in projects including </w:t>
      </w:r>
      <w:r>
        <w:rPr>
          <w:i/>
        </w:rPr>
        <w:t>Red, White &amp; Royal Blue</w:t>
      </w:r>
      <w:r>
        <w:t xml:space="preserve">, </w:t>
      </w:r>
      <w:r>
        <w:rPr>
          <w:i/>
        </w:rPr>
        <w:t>Mary &amp; George</w:t>
      </w:r>
      <w:r>
        <w:t xml:space="preserve"> and </w:t>
      </w:r>
      <w:r>
        <w:rPr>
          <w:i/>
        </w:rPr>
        <w:t>Handsome Devil</w:t>
      </w:r>
      <w:r>
        <w:t xml:space="preserve"> are not examples of queerbaiting simply because Galitzine identifies as straight. Those characters participate in explicit queer relationships, so the stories aren’t relying on insinuation alone. </w:t>
      </w:r>
      <w:hyperlink r:id="rId11">
        <w:r>
          <w:rPr>
            <w:color w:val="0000EE"/>
            <w:u w:val="single"/>
          </w:rPr>
          <w:t>[2]</w:t>
        </w:r>
      </w:hyperlink>
      <w:r/>
    </w:p>
    <w:p>
      <w:r/>
      <w:r>
        <w:t xml:space="preserve">The more useful questions are whether queer characters are fully developed, whether their relationships are meaningfully shown and whether creative teams have treated the subject with care. Representation can be imperfect without being fake, and audiences deserve language that reflects that difference. </w:t>
      </w:r>
      <w:hyperlink r:id="rId9">
        <w:r>
          <w:rPr>
            <w:color w:val="0000EE"/>
            <w:u w:val="single"/>
          </w:rPr>
          <w:t>[4]</w:t>
        </w:r>
      </w:hyperlink>
      <w:r/>
    </w:p>
    <w:p>
      <w:pPr>
        <w:pStyle w:val="Heading2"/>
      </w:pPr>
      <w:r>
        <w:t>Use the word carefully, not casually</w:t>
      </w:r>
      <w:r/>
    </w:p>
    <w:p>
      <w:r/>
      <w:r>
        <w:t xml:space="preserve">Queerbaiting still exists. It can appear when a series repeatedly markets a same-sex possibility, encourages queer viewers to invest in it, then retreats into deniability once attention has been secured. Online fandoms have documented that pattern across television, film and other media for years. </w:t>
      </w:r>
      <w:hyperlink r:id="rId12">
        <w:r>
          <w:rPr>
            <w:color w:val="0000EE"/>
            <w:u w:val="single"/>
          </w:rPr>
          <w:t>[5]</w:t>
        </w:r>
      </w:hyperlink>
      <w:r/>
    </w:p>
    <w:p>
      <w:r/>
      <w:r>
        <w:t>But calling every straight actor in a queer role a queerbaiter muddies the issue. It also shifts attention away from the actual problems: tokenism, evasive writing, uneven representation and an industry that has historically treated queer stories as risky while happily borrowing their emotional appeal.</w:t>
      </w:r>
      <w:r/>
    </w:p>
    <w:p>
      <w:r/>
      <w:r>
        <w:t>A sharper definition helps everyone, including viewers trying to decide whether a programme is genuinely inclusive or simply flirting with the idea. The word has more impact when it’s saved for stories that truly use queer possibility as bait.</w:t>
      </w:r>
      <w:r/>
    </w:p>
    <w:p>
      <w:r/>
      <w:r>
        <w:t>It's a small linguistic distinction, but it makes conversations about representation far more honest.</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9">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11">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[2]</w:t>
        </w:r>
      </w:hyperlink>
      <w:r>
        <w:t xml:space="preserve">, </w:t>
      </w:r>
      <w:hyperlink r:id="rId9">
        <w:r>
          <w:rPr>
            <w:color w:val="0000EE"/>
            <w:u w:val="single"/>
          </w:rPr>
          <w:t>[4]</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11">
        <w:r>
          <w:rPr>
            <w:color w:val="0000EE"/>
            <w:u w:val="single"/>
          </w:rPr>
          <w:t>[2]</w:t>
        </w:r>
      </w:hyperlink>
      <w:r>
        <w:t xml:space="preserve">, </w:t>
      </w:r>
      <w:hyperlink r:id="rId9">
        <w:r>
          <w:rPr>
            <w:color w:val="0000EE"/>
            <w:u w:val="single"/>
          </w:rPr>
          <w:t>[4]</w:t>
        </w:r>
      </w:hyperlink>
      <w:r>
        <w:t xml:space="preserve">- Paragraph 7: </w:t>
      </w:r>
      <w:hyperlink r:id="rId11">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[2]</w:t>
        </w:r>
      </w:hyperlink>
      <w:r>
        <w:t xml:space="preserve">, </w:t>
      </w:r>
      <w:hyperlink r:id="rId9">
        <w:r>
          <w:rPr>
            <w:color w:val="0000EE"/>
            <w:u w:val="single"/>
          </w:rPr>
          <w:t>[4]</w:t>
        </w:r>
      </w:hyperlink>
      <w:r>
        <w:t xml:space="preserve">- Paragraph 9: </w:t>
      </w:r>
      <w:hyperlink r:id="rId12">
        <w:r>
          <w:rPr>
            <w:color w:val="0000EE"/>
            <w:u w:val="single"/>
          </w:rPr>
          <w:t>[5]</w:t>
        </w:r>
      </w:hyperlink>
      <w:r>
        <w:t xml:space="preserve">, </w:t>
      </w:r>
      <w:hyperlink r:id="rId10">
        <w:r>
          <w:rPr>
            <w:color w:val="0000EE"/>
            <w:u w:val="single"/>
          </w:rPr>
          <w:t>[3]</w:t>
        </w:r>
      </w:hyperlink>
      <w:r>
        <w:t xml:space="preserve">- Paragraph 10: </w:t>
      </w:r>
      <w:hyperlink r:id="rId9">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https://www.elitedaily.com/entertainment/queerbaiting-discourse-assusations-jack-innanen-dylan-obrien</w:t>
        </w:r>
      </w:hyperlink>
      <w:r>
        <w:t xml:space="preserve"> - Please view link - unable to able to access data</w:t>
      </w:r>
      <w:r/>
    </w:p>
    <w:p>
      <w:pPr>
        <w:pStyle w:val="ListNumber"/>
        <w:spacing w:line="240" w:lineRule="auto"/>
        <w:ind w:left="720"/>
      </w:pPr>
      <w:r/>
      <w:hyperlink r:id="rId11">
        <w:r>
          <w:rPr>
            <w:color w:val="0000EE"/>
            <w:u w:val="single"/>
          </w:rPr>
          <w:t>https://www.elitedaily.com/entertainment/queerbaiting-discourse-assusations-jack-innanen-dylan-obrien</w:t>
        </w:r>
      </w:hyperlink>
      <w:r>
        <w:t xml:space="preserve"> - The article discusses the term 'queerbaiting,' which emerged in the early 2010s to describe media that hints at LGBTQ+ relationships without depicting them. It highlights how this term has been misapplied to actors like Jack Innanen and Dylan O'Brien, who portray openly queer characters. The piece argues that such portrayals are authentic and not examples of queerbaiting, emphasizing the importance of understanding the term's true meaning.</w:t>
      </w:r>
      <w:r/>
    </w:p>
    <w:p>
      <w:pPr>
        <w:pStyle w:val="ListNumber"/>
        <w:spacing w:line="240" w:lineRule="auto"/>
        <w:ind w:left="720"/>
      </w:pPr>
      <w:r/>
      <w:hyperlink r:id="rId10">
        <w:r>
          <w:rPr>
            <w:color w:val="0000EE"/>
            <w:u w:val="single"/>
          </w:rPr>
          <w:t>https://en.wikipedia.org/wiki/Queerbaiting</w:t>
        </w:r>
      </w:hyperlink>
      <w:r>
        <w:t xml:space="preserve"> - This Wikipedia page defines 'queerbaiting' as a marketing technique in fiction where creators hint at LGBTQ+ relationships to attract audiences without explicitly depicting them. It traces the term's origin to the early 2010s and provides examples from various media, including films, television series, and books, where such practices have been identified.</w:t>
      </w:r>
      <w:r/>
    </w:p>
    <w:p>
      <w:pPr>
        <w:pStyle w:val="ListNumber"/>
        <w:spacing w:line="240" w:lineRule="auto"/>
        <w:ind w:left="720"/>
      </w:pPr>
      <w:r/>
      <w:hyperlink r:id="rId9">
        <w:r>
          <w:rPr>
            <w:color w:val="0000EE"/>
            <w:u w:val="single"/>
          </w:rPr>
          <w:t>https://www.dictionary.com/culture/slang/queerbaiting</w:t>
        </w:r>
      </w:hyperlink>
      <w:r>
        <w:t xml:space="preserve"> - Dictionary.com defines 'queerbaiting' as the practice of hinting at non-heterosexual relationships in media to appeal to LGBTQ+ audiences without actually depicting such relationships. The term gained prominence in 2021 when singer Billie Eilish was accused of queerbaiting after posting photos from a music video shoot.</w:t>
      </w:r>
      <w:r/>
    </w:p>
    <w:p>
      <w:pPr>
        <w:pStyle w:val="ListNumber"/>
        <w:spacing w:line="240" w:lineRule="auto"/>
        <w:ind w:left="720"/>
      </w:pPr>
      <w:r/>
      <w:hyperlink r:id="rId12">
        <w:r>
          <w:rPr>
            <w:color w:val="0000EE"/>
            <w:u w:val="single"/>
          </w:rPr>
          <w:t>https://knowyourmeme.com/memes/queerbaiting</w:t>
        </w:r>
      </w:hyperlink>
      <w:r>
        <w:t xml:space="preserve"> - Know Your Meme explains that 'queerbaiting' is a term used to criticise media that features characters with perceived homosexual tension without explicitly confirming their queerness. The term emerged on Tumblr in the early 2010s, with shows like 'Supernatural' and 'Sherlock' being cited as examples.</w:t>
      </w:r>
      <w:r/>
    </w:p>
    <w:p>
      <w:pPr>
        <w:pStyle w:val="ListNumber"/>
        <w:spacing w:line="240" w:lineRule="auto"/>
        <w:ind w:left="720"/>
      </w:pPr>
      <w:r/>
      <w:hyperlink r:id="rId13">
        <w:r>
          <w:rPr>
            <w:color w:val="0000EE"/>
            <w:u w:val="single"/>
          </w:rPr>
          <w:t>https://www.youtube.com/watch?v=IfJ57uF5xFQ</w:t>
        </w:r>
      </w:hyperlink>
      <w:r>
        <w:t xml:space="preserve"> - This YouTube video discusses celebrities who have been accused of queerbaiting and how they responded. It includes examples like Madonna, Tyler Posey, Billie Eilish, and others, providing insights into the controversies and the celebrities' reactions to such accusations.</w:t>
      </w:r>
      <w:r/>
    </w:p>
    <w:p>
      <w:pPr>
        <w:pStyle w:val="ListNumber"/>
        <w:spacing w:line="240" w:lineRule="auto"/>
        <w:ind w:left="720"/>
      </w:pPr>
      <w:r/>
      <w:hyperlink r:id="rId11">
        <w:r>
          <w:rPr>
            <w:color w:val="0000EE"/>
            <w:u w:val="single"/>
          </w:rPr>
          <w:t>https://www.elitedaily.com/entertainment/queerbaiting-discourse-assusations-jack-innanen-dylan-obrien</w:t>
        </w:r>
      </w:hyperlink>
      <w:r>
        <w:t xml:space="preserve"> - The article examines the misapplication of the term 'queerbaiting' to actors like Jack Innanen and Dylan O'Brien, who portray openly queer characters. It argues that such portrayals are authentic and not examples of queerbaiting, emphasizing the importance of understanding the term's true meaning.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ictionary.com/culture/slang/queerbaiting" TargetMode="External"/><Relationship Id="rId10" Type="http://schemas.openxmlformats.org/officeDocument/2006/relationships/hyperlink" Target="https://en.wikipedia.org/wiki/Queerbaiting" TargetMode="External"/><Relationship Id="rId11" Type="http://schemas.openxmlformats.org/officeDocument/2006/relationships/hyperlink" Target="https://www.elitedaily.com/entertainment/queerbaiting-discourse-assusations-jack-innanen-dylan-obrien" TargetMode="External"/><Relationship Id="rId12" Type="http://schemas.openxmlformats.org/officeDocument/2006/relationships/hyperlink" Target="https://knowyourmeme.com/memes/queerbaiting" TargetMode="External"/><Relationship Id="rId13" Type="http://schemas.openxmlformats.org/officeDocument/2006/relationships/hyperlink" Target="https://www.youtube.com/watch?v=IfJ57uF5xF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