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Flags Return to Houston’s Montrose After Rainbow Crosswalk Removal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Drivers and pedestrians in Houston’s Montrose neighbourhood are seeing Pride flags back along lower Westheimer, where ten poles now carry colourful banners celebrating LGBTQ+ history, visibility and belonging. The installation arrives during LGBTQ History Month, offering a bright new landmark after the nearby rainbow crosswalk was removed and giving the historic district a renewed sense of place.</w:t>
      </w:r>
      <w:r/>
    </w:p>
    <w:p>
      <w:pPr>
        <w:pStyle w:val="Heading2"/>
      </w:pPr>
      <w:r>
        <w:t>Essential Takeaways</w:t>
      </w:r>
      <w:r/>
      <w:r/>
    </w:p>
    <w:p>
      <w:pPr>
        <w:pStyle w:val="ListBullet"/>
        <w:spacing w:line="240" w:lineRule="auto"/>
        <w:ind w:left="720"/>
      </w:pPr>
      <w:r/>
      <w:r>
        <w:rPr>
          <w:b/>
        </w:rPr>
        <w:t>Ten poles decorated:</w:t>
      </w:r>
      <w:r>
        <w:t xml:space="preserve"> Pride flags now line Westheimer Road between Taft Street and Montrose Boulevard.</w:t>
      </w:r>
      <w:r/>
    </w:p>
    <w:p>
      <w:pPr>
        <w:pStyle w:val="ListBullet"/>
        <w:spacing w:line="240" w:lineRule="auto"/>
        <w:ind w:left="720"/>
      </w:pPr>
      <w:r/>
      <w:r>
        <w:rPr>
          <w:b/>
        </w:rPr>
        <w:t>Inclusive design:</w:t>
      </w:r>
      <w:r>
        <w:t xml:space="preserve"> Pride Houston 365 chose the Intersex-Inclusive Pride Flag, featuring the rainbow, Progress stripes and intersex symbol.</w:t>
      </w:r>
      <w:r/>
    </w:p>
    <w:p>
      <w:pPr>
        <w:pStyle w:val="ListBullet"/>
        <w:spacing w:line="240" w:lineRule="auto"/>
        <w:ind w:left="720"/>
      </w:pPr>
      <w:r/>
      <w:r>
        <w:rPr>
          <w:b/>
        </w:rPr>
        <w:t>A replacement of sorts:</w:t>
      </w:r>
      <w:r>
        <w:t xml:space="preserve"> The banners restore LGBTQ+ visibility after Texas officials removed the rainbow crosswalk in 2025.</w:t>
      </w:r>
      <w:r/>
    </w:p>
    <w:p>
      <w:pPr>
        <w:pStyle w:val="ListBullet"/>
        <w:spacing w:line="240" w:lineRule="auto"/>
        <w:ind w:left="720"/>
      </w:pPr>
      <w:r/>
      <w:r>
        <w:rPr>
          <w:b/>
        </w:rPr>
        <w:t>Months of coordination:</w:t>
      </w:r>
      <w:r>
        <w:t xml:space="preserve"> Organisers worked with Houston officials and CenterPoint Energy before receiving approval.</w:t>
      </w:r>
      <w:r/>
    </w:p>
    <w:p>
      <w:pPr>
        <w:pStyle w:val="ListBullet"/>
        <w:spacing w:line="240" w:lineRule="auto"/>
        <w:ind w:left="720"/>
      </w:pPr>
      <w:r/>
      <w:r>
        <w:rPr>
          <w:b/>
        </w:rPr>
        <w:t>Not permanent yet:</w:t>
      </w:r>
      <w:r>
        <w:t xml:space="preserve"> The flags will come down for maintenance, although campaigners hope the display will eventually expand.</w:t>
      </w:r>
      <w:r/>
      <w:r/>
    </w:p>
    <w:p>
      <w:pPr>
        <w:pStyle w:val="Heading2"/>
      </w:pPr>
      <w:r>
        <w:t>Colour returns to a familiar Houston street</w:t>
      </w:r>
      <w:r/>
    </w:p>
    <w:p>
      <w:r/>
      <w:r>
        <w:t>Lower Westheimer isn't the smoothest drive in Houston, but the view has become more joyful. Ten light poles between Taft Street and Montrose Boulevard are now flying Pride flags on both sides, bringing vivid colour back to one of the city's most recognisable LGBTQ+ neighbourhoods.</w:t>
      </w:r>
      <w:r/>
    </w:p>
    <w:p>
      <w:r/>
      <w:r>
        <w:t>The return matters because Montrose is more than a lively strip of restaurants, shops and nightlife. It's a place with deep queer history, and the banners make that history visible to people passing through, whether they're heading to work, meeting friends or simply navigating the road. Local coverage from Click2Houston and the Houston Press described the project as a revival of the area's banner district.</w:t>
      </w:r>
      <w:r/>
    </w:p>
    <w:p>
      <w:r/>
      <w:r>
        <w:t>For nearby businesses, the display is also a welcome visual lift. Manuel Aramburo, owner of The Pilates Space on Westheimer, told Outsmart Magazine that the removal of the rainbow crosswalk had been sad, adding that people should be able to enjoy colour in their neighbourhood.</w:t>
      </w:r>
      <w:r/>
    </w:p>
    <w:p>
      <w:pPr>
        <w:pStyle w:val="Heading2"/>
      </w:pPr>
      <w:r>
        <w:t>Why the Pride flags are back now</w:t>
      </w:r>
      <w:r/>
    </w:p>
    <w:p>
      <w:r/>
      <w:r>
        <w:t>The installation follows the removal of the rainbow crosswalk at Taft Street and Westheimer in October 2025. The decision came after Governor Greg Abbott directed the Texas Department of Transportation to remove what he described as political ideologies from state streets, according to reporting from the Houston Chronicle and Texas Scorecard.</w:t>
      </w:r>
      <w:r/>
    </w:p>
    <w:p>
      <w:r/>
      <w:r>
        <w:t>The banners offer a different route to public visibility. Montrose is an officially designated banner district, which means it can display banners representing the identity, activities and achievements of the neighbourhood. That framework allowed organisers to bring Pride symbolism back without recreating the original crossing.</w:t>
      </w:r>
      <w:r/>
    </w:p>
    <w:p>
      <w:r/>
      <w:r>
        <w:t>The timing is deliberate, too. The flags arrived as LGBTQ History Month began, turning a civic installation into a moment of remembrance as well as celebration. Harris County Attorney Abbie Kamin said the effort was intended to ensure Montrose's history wasn't erased, while local officials described the project as a continuation of Houston's equality work.</w:t>
      </w:r>
      <w:r/>
    </w:p>
    <w:p>
      <w:pPr>
        <w:pStyle w:val="Heading2"/>
      </w:pPr>
      <w:r>
        <w:t>An inclusive flag choice, not just a colourful one</w:t>
      </w:r>
      <w:r/>
    </w:p>
    <w:p>
      <w:r/>
      <w:r>
        <w:t>Pride Houston 365 selected the Intersex-Inclusive Pride Flag for the display. Alongside the familiar six-colour rainbow, it includes the black and brown stripes associated with the Progress Pride Flag, as well as light blue, pink and white chevrons and a yellow triangle containing a purple circle.</w:t>
      </w:r>
      <w:r/>
    </w:p>
    <w:p>
      <w:r/>
      <w:r>
        <w:t>That design makes the message broader than a simple rainbow motif. It acknowledges LGBTQ+ communities that have sometimes been overlooked within mainstream Pride celebrations, including trans, Black, brown and intersex people.</w:t>
      </w:r>
      <w:r/>
    </w:p>
    <w:p>
      <w:r/>
      <w:r>
        <w:t>For drivers, the banners may register first as a splash of colour against Houston's trees and concrete. But the details reward a closer look. The design turns an everyday street fixture into a compact statement about who belongs in the neighbourhood.</w:t>
      </w:r>
      <w:r/>
    </w:p>
    <w:p>
      <w:pPr>
        <w:pStyle w:val="Heading2"/>
      </w:pPr>
      <w:r>
        <w:t>Behind the scenes, it took more than a few banners</w:t>
      </w:r>
      <w:r/>
    </w:p>
    <w:p>
      <w:r/>
      <w:r>
        <w:t>The project was led by Jack Valinski, Pride Houston 365 president Kerry-Ann Morrison and Kamin, with support from Council Member Joe Panzarella and Mayor John Whitmire. The mayor also provided significant financial backing, according to local reporting by the Houston Chronicle and KPRC's Click2Houston.</w:t>
      </w:r>
      <w:r/>
    </w:p>
    <w:p>
      <w:r/>
      <w:r>
        <w:t>The administrative process was less glamorous than the finished result. CenterPoint Energy owns the light poles and manages their operation and maintenance, while the City of Houston controls permits for decorations. Those responsibilities created a lengthy back-and-forth before approval was secured.</w:t>
      </w:r>
      <w:r/>
    </w:p>
    <w:p>
      <w:r/>
      <w:r>
        <w:t>Valinski said the effort began in October but didn't receive city approval until May. Kamin's office helped connect the organisers with the right departments, while Panzarella's team continued the work after the council handover. It’s a useful reminder that even a modest-looking streetscape project can involve permits, utilities, budgets and a remarkable amount of paperwork.</w:t>
      </w:r>
      <w:r/>
    </w:p>
    <w:p>
      <w:pPr>
        <w:pStyle w:val="Heading2"/>
      </w:pPr>
      <w:r>
        <w:t>Will Montrose's banner district grow?</w:t>
      </w:r>
      <w:r/>
    </w:p>
    <w:p>
      <w:r/>
      <w:r>
        <w:t>The flags aren't designed to stay up forever. They'll be removed for maintenance, and organisers hope to establish funding that can keep them in good condition and return them to the poles when needed.</w:t>
      </w:r>
      <w:r/>
    </w:p>
    <w:p>
      <w:r/>
      <w:r>
        <w:t>Panzarella has also suggested that the display could eventually extend farther along Westheimer. That would give the project a longer visual reach, although any expansion would likely require the same blend of city approval, utility coordination and community support.</w:t>
      </w:r>
      <w:r/>
    </w:p>
    <w:p>
      <w:r/>
      <w:r>
        <w:t>The immediate result is simpler: a road that had lost one of its most distinctive symbols now looks brighter again. For many residents, that visibility is reassuring. For visitors, it offers a clear welcome before they even reach the shops and venues of Montrose.</w:t>
      </w:r>
      <w:r/>
    </w:p>
    <w:p>
      <w:r/>
      <w:r>
        <w:t>A little colour can't solve every political or social argument, of course. But it can say something powerful in a place where people have spent decades building community in plain sight.</w:t>
      </w:r>
      <w:r/>
    </w:p>
    <w:p>
      <w:r/>
      <w:r>
        <w:t>It's a small change on the street, but a meaningful one for everyone who sees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4">
        <w:r>
          <w:rPr>
            <w:color w:val="0000EE"/>
            <w:u w:val="single"/>
          </w:rPr>
          <w:t>[6]</w:t>
        </w:r>
      </w:hyperlink>
      <w:r>
        <w:t xml:space="preserve">- Paragraph 10: </w:t>
      </w:r>
      <w:hyperlink r:id="rId12">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https://www.outsmartmagazine.com/2026/10/pride-flags-return-montrose-westheimer/</w:t>
        </w:r>
      </w:hyperlink>
      <w:r>
        <w:t xml:space="preserve"> - Please view link - unable to able to access data</w:t>
      </w:r>
      <w:r/>
    </w:p>
    <w:p>
      <w:pPr>
        <w:pStyle w:val="ListNumber"/>
        <w:spacing w:line="240" w:lineRule="auto"/>
        <w:ind w:left="720"/>
      </w:pPr>
      <w:r/>
      <w:hyperlink r:id="rId12">
        <w:r>
          <w:rPr>
            <w:color w:val="0000EE"/>
            <w:u w:val="single"/>
          </w:rPr>
          <w:t>https://www.houstonchronicle.com/politics/houston/article/houston-mayor-john-whitmire-funded-montrose-pride-22444434.php</w:t>
        </w:r>
      </w:hyperlink>
      <w:r>
        <w:t xml:space="preserve"> - Houston Mayor John Whitmire personally funded the installation of ten new Pride banners along Westheimer Road in Montrose, Houston's historic LGBTQ+ district. The banners, featuring the Intersex-Inclusive Progress Pride Flag, were installed on light poles from just east of Taft Street to Montrose Boulevard. This initiative follows the removal of the rainbow crosswalks in October 2025, which were taken down due to a directive from Governor Greg Abbott to remove 'political ideologies' from state roadways. The banners aim to restore LGBTQ+ visibility and celebrate the community's role in Houston's history and culture. (</w:t>
      </w:r>
      <w:hyperlink r:id="rId16">
        <w:r>
          <w:rPr>
            <w:color w:val="0000EE"/>
            <w:u w:val="single"/>
          </w:rPr>
          <w:t>houstonchronicle.com</w:t>
        </w:r>
      </w:hyperlink>
      <w:r>
        <w:t>)</w:t>
      </w:r>
      <w:r/>
    </w:p>
    <w:p>
      <w:pPr>
        <w:pStyle w:val="ListNumber"/>
        <w:spacing w:line="240" w:lineRule="auto"/>
        <w:ind w:left="720"/>
      </w:pPr>
      <w:r/>
      <w:hyperlink r:id="rId10">
        <w:r>
          <w:rPr>
            <w:color w:val="0000EE"/>
            <w:u w:val="single"/>
          </w:rPr>
          <w:t>https://www.houstonpress.com/news/pride-flags-fly-in-revived-montrose-banner-district/</w:t>
        </w:r>
      </w:hyperlink>
      <w:r>
        <w:t xml:space="preserve"> - The Montrose neighborhood in Houston has reinstated its Pride symbols with the installation of ten 'Progress Pride' banners along Westheimer Road. This move comes after the removal of the rainbow crosswalks in October 2025, which were taken down due to a directive from Governor Greg Abbott to remove 'political ideologies' from state roadways. The banners were funded by Mayor John Whitmire and aim to restore LGBTQ+ visibility in the area. The project was spearheaded by longtime LGBTQ+ advocate Jack Valinski, who worked for Houston Pride for 25 years and is a former president of the Neartown/Montrose Super Neighborhood. (</w:t>
      </w:r>
      <w:hyperlink r:id="rId17">
        <w:r>
          <w:rPr>
            <w:color w:val="0000EE"/>
            <w:u w:val="single"/>
          </w:rPr>
          <w:t>houstonpress.com</w:t>
        </w:r>
      </w:hyperlink>
      <w:r>
        <w:t>)</w:t>
      </w:r>
      <w:r/>
    </w:p>
    <w:p>
      <w:pPr>
        <w:pStyle w:val="ListNumber"/>
        <w:spacing w:line="240" w:lineRule="auto"/>
        <w:ind w:left="720"/>
      </w:pPr>
      <w:r/>
      <w:hyperlink r:id="rId11">
        <w:r>
          <w:rPr>
            <w:color w:val="0000EE"/>
            <w:u w:val="single"/>
          </w:rPr>
          <w:t>https://www.click2houston.com/news/local/2026/09/29/pride-banners-returning-to-lower-westheimer-in-montrose/</w:t>
        </w:r>
      </w:hyperlink>
      <w:r>
        <w:t xml:space="preserve"> - Pride banners have been reinstalled along Westheimer Road in Houston's Montrose Cultural District, bringing back a visible display of LGBTQIA+ representation to the area. The installation of ten banners, featuring the Intersex-Inclusive Progress Pride Flag, was announced by Pride Houston 365, Mayor John Whitmire, and Houston City Council Member Joe Panzarella. The banners were privately funded through a donation from Mayor Whitmire and aim to recognize the LGBTQIA+ community's role in Houston's history and culture. (</w:t>
      </w:r>
      <w:hyperlink r:id="rId18">
        <w:r>
          <w:rPr>
            <w:color w:val="0000EE"/>
            <w:u w:val="single"/>
          </w:rPr>
          <w:t>click2houston.com</w:t>
        </w:r>
      </w:hyperlink>
      <w:r>
        <w:t>)</w:t>
      </w:r>
      <w:r/>
    </w:p>
    <w:p>
      <w:pPr>
        <w:pStyle w:val="ListNumber"/>
        <w:spacing w:line="240" w:lineRule="auto"/>
        <w:ind w:left="720"/>
      </w:pPr>
      <w:r/>
      <w:hyperlink r:id="rId13">
        <w:r>
          <w:rPr>
            <w:color w:val="0000EE"/>
            <w:u w:val="single"/>
          </w:rPr>
          <w:t>https://www.houstonchronicle.com/news/houston-texas/trending/article/montrose-rainbow-banners-replace-rainbow-crosswalk-22343106.php</w:t>
        </w:r>
      </w:hyperlink>
      <w:r>
        <w:t xml:space="preserve"> - Rainbow banners have been installed in Houston's Montrose neighborhood, replacing the iconic rainbow crosswalks that were removed in October 2025 due to a directive from Governor Greg Abbott to remove 'political ideologies' from state roadways. The new banners serve as indicators of LGBTQ+ pride and aim to restore visibility to the community. (</w:t>
      </w:r>
      <w:hyperlink r:id="rId19">
        <w:r>
          <w:rPr>
            <w:color w:val="0000EE"/>
            <w:u w:val="single"/>
          </w:rPr>
          <w:t>houstonchronicle.com</w:t>
        </w:r>
      </w:hyperlink>
      <w:r>
        <w:t>)</w:t>
      </w:r>
      <w:r/>
    </w:p>
    <w:p>
      <w:pPr>
        <w:pStyle w:val="ListNumber"/>
        <w:spacing w:line="240" w:lineRule="auto"/>
        <w:ind w:left="720"/>
      </w:pPr>
      <w:r/>
      <w:hyperlink r:id="rId14">
        <w:r>
          <w:rPr>
            <w:color w:val="0000EE"/>
            <w:u w:val="single"/>
          </w:rPr>
          <w:t>https://www.houstonchronicle.com/culture/article/houston-lgbtq-rainbow-banners-22449102.php</w:t>
        </w:r>
      </w:hyperlink>
      <w:r>
        <w:t xml:space="preserve"> - Rainbow pride flag banners have been installed along Westheimer Road in Houston's Montrose neighborhood, marking the return of LGBTQ+ symbols to the area. The installation follows the removal of the rainbow crosswalks in October 2025, which were taken down due to a directive from Governor Greg Abbott to remove 'political ideologies' from state roadways. The banners aim to restore LGBTQ+ visibility and celebrate the community's role in Houston's history and culture. (</w:t>
      </w:r>
      <w:hyperlink r:id="rId20">
        <w:r>
          <w:rPr>
            <w:color w:val="0000EE"/>
            <w:u w:val="single"/>
          </w:rPr>
          <w:t>chron.com</w:t>
        </w:r>
      </w:hyperlink>
      <w:r>
        <w:t>)</w:t>
      </w:r>
      <w:r/>
    </w:p>
    <w:p>
      <w:pPr>
        <w:pStyle w:val="ListNumber"/>
        <w:spacing w:line="240" w:lineRule="auto"/>
        <w:ind w:left="720"/>
      </w:pPr>
      <w:r/>
      <w:hyperlink r:id="rId15">
        <w:r>
          <w:rPr>
            <w:color w:val="0000EE"/>
            <w:u w:val="single"/>
          </w:rPr>
          <w:t>https://texasscorecard.com/local/houston-mayor-pays-for-lgbt-banners-along-westheimer-road/</w:t>
        </w:r>
      </w:hyperlink>
      <w:r>
        <w:t xml:space="preserve"> - Houston Mayor John Whitmire personally funded the installation of ten new Pride banners along Westheimer Road in Houston's Montrose neighborhood. The banners, featuring the Intersex-Inclusive Progress Pride Flag, were installed on light poles from just east of Taft Street to Montrose Boulevard. This initiative follows the removal of the rainbow crosswalks in October 2025, which were taken down due to a directive from Governor Greg Abbott to remove 'political ideologies' from state roadways. The banners aim to restore LGBTQ+ visibility and celebrate the community's role in Houston's history and culture. (</w:t>
      </w:r>
      <w:hyperlink r:id="rId21">
        <w:r>
          <w:rPr>
            <w:color w:val="0000EE"/>
            <w:u w:val="single"/>
          </w:rPr>
          <w:t>texasscorecard.com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pride-flags-return-montrose-westheimer/" TargetMode="External"/><Relationship Id="rId10" Type="http://schemas.openxmlformats.org/officeDocument/2006/relationships/hyperlink" Target="https://www.houstonpress.com/news/pride-flags-fly-in-revived-montrose-banner-district/" TargetMode="External"/><Relationship Id="rId11" Type="http://schemas.openxmlformats.org/officeDocument/2006/relationships/hyperlink" Target="https://www.click2houston.com/news/local/2026/09/29/pride-banners-returning-to-lower-westheimer-in-montrose/" TargetMode="External"/><Relationship Id="rId12" Type="http://schemas.openxmlformats.org/officeDocument/2006/relationships/hyperlink" Target="https://www.houstonchronicle.com/politics/houston/article/houston-mayor-john-whitmire-funded-montrose-pride-22444434.php" TargetMode="External"/><Relationship Id="rId13" Type="http://schemas.openxmlformats.org/officeDocument/2006/relationships/hyperlink" Target="https://www.houstonchronicle.com/news/houston-texas/trending/article/montrose-rainbow-banners-replace-rainbow-crosswalk-22343106.php" TargetMode="External"/><Relationship Id="rId14" Type="http://schemas.openxmlformats.org/officeDocument/2006/relationships/hyperlink" Target="https://www.houstonchronicle.com/culture/article/houston-lgbtq-rainbow-banners-22449102.php" TargetMode="External"/><Relationship Id="rId15" Type="http://schemas.openxmlformats.org/officeDocument/2006/relationships/hyperlink" Target="https://texasscorecard.com/local/houston-mayor-pays-for-lgbt-banners-along-westheimer-road/" TargetMode="External"/><Relationship Id="rId16" Type="http://schemas.openxmlformats.org/officeDocument/2006/relationships/hyperlink" Target="https://www.houstonchronicle.com/politics/houston/article/houston-mayor-john-whitmire-funded-montrose-pride-22444434.php?utm_source=openai" TargetMode="External"/><Relationship Id="rId17" Type="http://schemas.openxmlformats.org/officeDocument/2006/relationships/hyperlink" Target="https://www.houstonpress.com/news/pride-flags-fly-in-revived-montrose-banner-district/?utm_source=openai" TargetMode="External"/><Relationship Id="rId18" Type="http://schemas.openxmlformats.org/officeDocument/2006/relationships/hyperlink" Target="https://www.click2houston.com/news/local/2026/09/29/pride-banners-returning-to-lower-westheimer-in-montrose/?utm_source=openai" TargetMode="External"/><Relationship Id="rId19" Type="http://schemas.openxmlformats.org/officeDocument/2006/relationships/hyperlink" Target="https://www.houstonchronicle.com/news/houston-texas/trending/article/montrose-rainbow-banners-replace-rainbow-crosswalk-22343106.php?utm_source=openai" TargetMode="External"/><Relationship Id="rId20" Type="http://schemas.openxmlformats.org/officeDocument/2006/relationships/hyperlink" Target="https://www.chron.com/culture/article/houston-lgbtq-rainbow-banners-22449102.php?utm_source=openai" TargetMode="External"/><Relationship Id="rId21" Type="http://schemas.openxmlformats.org/officeDocument/2006/relationships/hyperlink" Target="https://texasscorecard.com/local/houston-mayor-pays-for-lgbt-banners-along-westheimer-roa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