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Polyamory Debate Explained: What Open Relationships Mean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Polyamory is moving from niche conversation to mainstream debate, appearing in dictionaries, health explainers and cultural commentary. But what does the term actually mean, how does it differ from an open relationship, and why are questions about commitment, consent and marriage becoming harder to ignore?</w:t>
      </w:r>
      <w:r/>
    </w:p>
    <w:p>
      <w:pPr>
        <w:pStyle w:val="Heading2"/>
      </w:pPr>
      <w:r>
        <w:t>Essential Takeaways</w:t>
      </w:r>
      <w:r/>
      <w:r/>
    </w:p>
    <w:p>
      <w:pPr>
        <w:pStyle w:val="ListBullet"/>
        <w:spacing w:line="240" w:lineRule="auto"/>
        <w:ind w:left="720"/>
      </w:pPr>
      <w:r/>
      <w:r>
        <w:rPr>
          <w:b/>
        </w:rPr>
        <w:t>Polyamory means multiple relationships:</w:t>
      </w:r>
      <w:r>
        <w:t xml:space="preserve"> It generally involves more than one consensual, emotionally committed relationship.</w:t>
      </w:r>
      <w:r/>
    </w:p>
    <w:p>
      <w:pPr>
        <w:pStyle w:val="ListBullet"/>
        <w:spacing w:line="240" w:lineRule="auto"/>
        <w:ind w:left="720"/>
      </w:pPr>
      <w:r/>
      <w:r>
        <w:rPr>
          <w:b/>
        </w:rPr>
        <w:t>Consent is central:</w:t>
      </w:r>
      <w:r>
        <w:t xml:space="preserve"> Everyone involved should understand and agree to the arrangement.</w:t>
      </w:r>
      <w:r/>
    </w:p>
    <w:p>
      <w:pPr>
        <w:pStyle w:val="ListBullet"/>
        <w:spacing w:line="240" w:lineRule="auto"/>
        <w:ind w:left="720"/>
      </w:pPr>
      <w:r/>
      <w:r>
        <w:rPr>
          <w:b/>
        </w:rPr>
        <w:t>It isn't the same as cheating:</w:t>
      </w:r>
      <w:r>
        <w:t xml:space="preserve"> Secrecy and deception sit outside the usual definition.</w:t>
      </w:r>
      <w:r/>
    </w:p>
    <w:p>
      <w:pPr>
        <w:pStyle w:val="ListBullet"/>
        <w:spacing w:line="240" w:lineRule="auto"/>
        <w:ind w:left="720"/>
      </w:pPr>
      <w:r/>
      <w:r>
        <w:rPr>
          <w:b/>
        </w:rPr>
        <w:t>Open relationships vary:</w:t>
      </w:r>
      <w:r>
        <w:t xml:space="preserve"> Some focus mainly on sexual freedom, while polyamory may include romantic bonds.</w:t>
      </w:r>
      <w:r/>
    </w:p>
    <w:p>
      <w:pPr>
        <w:pStyle w:val="ListBullet"/>
        <w:spacing w:line="240" w:lineRule="auto"/>
        <w:ind w:left="720"/>
      </w:pPr>
      <w:r/>
      <w:r>
        <w:rPr>
          <w:b/>
        </w:rPr>
        <w:t>The debate is widening:</w:t>
      </w:r>
      <w:r>
        <w:t xml:space="preserve"> Legal, religious and cultural arguments are increasingly colliding.</w:t>
      </w:r>
      <w:r/>
      <w:r/>
    </w:p>
    <w:p>
      <w:pPr>
        <w:pStyle w:val="Heading2"/>
      </w:pPr>
      <w:r>
        <w:t>Polyamory is no longer a fringe term</w:t>
      </w:r>
      <w:r/>
    </w:p>
    <w:p>
      <w:r/>
      <w:r>
        <w:t>The word has travelled a long way from specialist relationship circles. It's now explained by mainstream health websites, included in major dictionaries and discussed in broader arguments about what commitment can look like. For curious readers, the basic idea is less mysterious than the headlines suggest: more than two people may share romantic relationships, with the knowledge and agreement of everyone involved.</w:t>
      </w:r>
      <w:r/>
    </w:p>
    <w:p>
      <w:r/>
      <w:r>
        <w:t>Healthline describes polyamory as consensual non-monogamy, while WebMD similarly stresses openness and agreement. That distinction matters. Without consent, a relationship isn't polyamorous in the ordinary sense; it's simply dishonest.</w:t>
      </w:r>
      <w:r/>
    </w:p>
    <w:p>
      <w:r/>
      <w:r>
        <w:t>There can also be a surprisingly wide range of arrangements. Some people have several committed partners, while others maintain a primary relationship alongside additional romantic connections. The shape varies, but communication is the thread holding it together.</w:t>
      </w:r>
      <w:r/>
    </w:p>
    <w:p>
      <w:pPr>
        <w:pStyle w:val="Heading2"/>
      </w:pPr>
      <w:r>
        <w:t>How is it different from an open relationship?</w:t>
      </w:r>
      <w:r/>
    </w:p>
    <w:p>
      <w:r/>
      <w:r>
        <w:t>The terms are often used interchangeably, but they don't always mean the same thing. An open relationship commonly refers to a couple allowing sexual relationships outside the partnership, whereas polyamory more often includes the possibility of multiple emotional or romantic attachments.</w:t>
      </w:r>
      <w:r/>
    </w:p>
    <w:p>
      <w:r/>
      <w:r>
        <w:t>Psychology Today notes that polyamory sits within the wider category of consensual non-monogamy. In practice, however, labels aren't rigid. One couple's "open relationship" might look very similar to another person's polyamorous arrangement, which is why asking about boundaries is more useful than relying on a label.</w:t>
      </w:r>
      <w:r/>
    </w:p>
    <w:p>
      <w:r/>
      <w:r>
        <w:t>That flexibility can sound liberating, but it also requires work. Time, jealousy, privacy, safer sex and expectations all need to be discussed plainly. Romance may be spontaneous, but relationship logistics rarely are.</w:t>
      </w:r>
      <w:r/>
    </w:p>
    <w:p>
      <w:pPr>
        <w:pStyle w:val="Heading2"/>
      </w:pPr>
      <w:r>
        <w:t>Why the marriage argument has become so heated</w:t>
      </w:r>
      <w:r/>
    </w:p>
    <w:p>
      <w:r/>
      <w:r>
        <w:t>The current debate is not only about private relationships. It also touches law, religion and the changing public definition of family. Commentators have argued that earlier changes in marriage law created a platform for further questions about whether marriage must involve two people, one man and one woman, or a fixed model at all.</w:t>
      </w:r>
      <w:r/>
    </w:p>
    <w:p>
      <w:r/>
      <w:r>
        <w:t>That argument is contested. Supporters of same-sex marriage generally maintain that equality for two consenting adults doesn't automatically establish a case for plural marriage. Critics, meanwhile, see a broader shift in the cultural meaning of marriage and worry that traditional boundaries are being removed one by one.</w:t>
      </w:r>
      <w:r/>
    </w:p>
    <w:p>
      <w:r/>
      <w:r>
        <w:t>The result is a debate that often talks past itself. One side tends to focus on autonomy and consent; the other asks whether consent alone can define a durable social institution. Both questions are significant, even if they lead to very different conclusions.</w:t>
      </w:r>
      <w:r/>
    </w:p>
    <w:p>
      <w:pPr>
        <w:pStyle w:val="Heading2"/>
      </w:pPr>
      <w:r>
        <w:t>What the mainstream explainers emphasise</w:t>
      </w:r>
      <w:r/>
    </w:p>
    <w:p>
      <w:r/>
      <w:r>
        <w:t>Medical and relationship guides tend to be less interested in culture-war rhetoric and more focused on practical realities. Healthline, WebMD and Psychology Today all point towards communication, honesty and clearly negotiated boundaries as essential features of healthy consensual non-monogamy.</w:t>
      </w:r>
      <w:r/>
    </w:p>
    <w:p>
      <w:r/>
      <w:r>
        <w:t>That doesn't mean every polyamorous relationship is automatically healthy, any more than monogamy guarantees happiness. Power imbalances, pressure and poor communication can cause harm in any structure. The useful test is whether people can make informed choices, express limits and leave without intimidation.</w:t>
      </w:r>
      <w:r/>
    </w:p>
    <w:p>
      <w:r/>
      <w:r>
        <w:t>Dictionary definitions help keep the conversation grounded, too. Cambridge and Collins both centre the idea of having more than one romantic or sexual relationship, with the knowledge and acceptance of those involved. It's a simple definition, but it cuts through plenty of online noise.</w:t>
      </w:r>
      <w:r/>
    </w:p>
    <w:p>
      <w:pPr>
        <w:pStyle w:val="Heading2"/>
      </w:pPr>
      <w:r>
        <w:t>A practical guide to understanding the conversation</w:t>
      </w:r>
      <w:r/>
    </w:p>
    <w:p>
      <w:r/>
      <w:r>
        <w:t>If you're trying to make sense of a discussion about polyamory, start with three questions. Are all participants aware of the arrangement? Have they agreed to its boundaries? And are those boundaries being respected over time?</w:t>
      </w:r>
      <w:r/>
    </w:p>
    <w:p>
      <w:r/>
      <w:r>
        <w:t>It's also worth separating three issues that are often bundled together: personal ethics, legal recognition and social acceptance. Someone may support private freedom without believing plural marriage should receive the same legal status as a two-person marriage. Others may hold the opposite view.</w:t>
      </w:r>
      <w:r/>
    </w:p>
    <w:p>
      <w:r/>
      <w:r>
        <w:t>For anyone considering an open or polyamorous relationship, honest conversations about safer sex, emotional expectations, time and conflict are essential. The arrangement may look modern, but the fundamentals remain familiar: trust is built slowly, and broken trust leaves a very human mess behind.</w:t>
      </w:r>
      <w:r/>
    </w:p>
    <w:p>
      <w:r/>
      <w:r>
        <w:t>The argument is likely to continue, but clearer language would be a good start. Whether readers see polyamory as a legitimate relationship choice or a challenge to traditional marriage, understanding what the term means is better than arguing with a caricature.</w:t>
      </w:r>
      <w:r/>
    </w:p>
    <w:p>
      <w:r/>
      <w:r>
        <w:t>It all begins with consent, clarity and a willingness to listen.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https://anglicanmainstream.org/article/same-sex-marriage-arguments-are-now-selling-polyamory/</w:t>
        </w:r>
      </w:hyperlink>
      <w:r>
        <w:t xml:space="preserve"> - Please view link - unable to able to access data</w:t>
      </w:r>
      <w:r/>
    </w:p>
    <w:p>
      <w:pPr>
        <w:pStyle w:val="ListNumber"/>
        <w:spacing w:line="240" w:lineRule="auto"/>
        <w:ind w:left="720"/>
      </w:pPr>
      <w:r/>
      <w:hyperlink r:id="rId10">
        <w:r>
          <w:rPr>
            <w:color w:val="0000EE"/>
            <w:u w:val="single"/>
          </w:rPr>
          <w:t>https://www.healthline.com/health/relationships/polyamorous</w:t>
        </w:r>
      </w:hyperlink>
      <w:r>
        <w:t xml:space="preserve"> - This article provides a comprehensive overview of polyamory, defining it as consensual non-monogamy where individuals engage in multiple romantic or sexual relationships with the knowledge and consent of all parties involved. It discusses the prevalence of polyamory, noting that approximately 4%–5% of the population practices it. The piece also addresses common misconceptions and offers guidance on establishing healthy boundaries within polyamorous relationships.</w:t>
      </w:r>
      <w:r/>
    </w:p>
    <w:p>
      <w:pPr>
        <w:pStyle w:val="ListNumber"/>
        <w:spacing w:line="240" w:lineRule="auto"/>
        <w:ind w:left="720"/>
      </w:pPr>
      <w:r/>
      <w:hyperlink r:id="rId11">
        <w:r>
          <w:rPr>
            <w:color w:val="0000EE"/>
            <w:u w:val="single"/>
          </w:rPr>
          <w:t>https://www.webmd.com/sex-relationships/what-does-polyamory-mean</w:t>
        </w:r>
      </w:hyperlink>
      <w:r>
        <w:t xml:space="preserve"> - This article explains polyamory as a type of consensual nonmonogamy where individuals have more than one partner at a time, based on open communication, trust, and mutual agreement. It traces the history of polyamory, noting its roots in various cultures and its resurgence in recent years, largely due to the internet facilitating connections among like-minded individuals. The piece also highlights the polyamory pride flag and its symbolism.</w:t>
      </w:r>
      <w:r/>
    </w:p>
    <w:p>
      <w:pPr>
        <w:pStyle w:val="ListNumber"/>
        <w:spacing w:line="240" w:lineRule="auto"/>
        <w:ind w:left="720"/>
      </w:pPr>
      <w:r/>
      <w:hyperlink r:id="rId12">
        <w:r>
          <w:rPr>
            <w:color w:val="0000EE"/>
            <w:u w:val="single"/>
          </w:rPr>
          <w:t>https://www.psychologytoday.com/us/basics/polyamory/amp</w:t>
        </w:r>
      </w:hyperlink>
      <w:r>
        <w:t xml:space="preserve"> - This article defines polyamory as the practice of having multiple intimate relationships, whether sexual or romantic, with the full knowledge and consent of all parties involved. It notes that at least one in five Americans has had a consensually nonmonogamous relationship at some point in their lives, and about one in 20 is in one currently. The piece also discusses the benefits and challenges of polyamorous relationships.</w:t>
      </w:r>
      <w:r/>
    </w:p>
    <w:p>
      <w:pPr>
        <w:pStyle w:val="ListNumber"/>
        <w:spacing w:line="240" w:lineRule="auto"/>
        <w:ind w:left="720"/>
      </w:pPr>
      <w:r/>
      <w:hyperlink r:id="rId13">
        <w:r>
          <w:rPr>
            <w:color w:val="0000EE"/>
            <w:u w:val="single"/>
          </w:rPr>
          <w:t>https://www.cambridge.org/us/dictionary/english/polyamory</w:t>
        </w:r>
      </w:hyperlink>
      <w:r>
        <w:t xml:space="preserve"> - This dictionary entry defines polyamory as the practice of having sexual or romantic relationships with two or more people at the same time. It provides the pronunciation and usage of the term, noting that it is a noun and is uncountable. The entry also includes translations of 'polyamory' in various languages.</w:t>
      </w:r>
      <w:r/>
    </w:p>
    <w:p>
      <w:pPr>
        <w:pStyle w:val="ListNumber"/>
        <w:spacing w:line="240" w:lineRule="auto"/>
        <w:ind w:left="720"/>
      </w:pPr>
      <w:r/>
      <w:hyperlink r:id="rId14">
        <w:r>
          <w:rPr>
            <w:color w:val="0000EE"/>
            <w:u w:val="single"/>
          </w:rPr>
          <w:t>https://www.collinsdictionary.com/dictionary/english/polyamory</w:t>
        </w:r>
      </w:hyperlink>
      <w:r>
        <w:t xml:space="preserve"> - This dictionary entry defines polyamory as the practice of openly having more than one intimate relationship at a time among a group of consenting people. It provides the pronunciation and usage of the term, noting that it is a noun and is uncountable. The entry also includes the derived form 'polyamorous' as an adjective.</w:t>
      </w:r>
      <w:r/>
    </w:p>
    <w:p>
      <w:pPr>
        <w:pStyle w:val="ListNumber"/>
        <w:spacing w:line="240" w:lineRule="auto"/>
        <w:ind w:left="720"/>
      </w:pPr>
      <w:r/>
      <w:hyperlink r:id="rId15">
        <w:r>
          <w:rPr>
            <w:color w:val="0000EE"/>
            <w:u w:val="single"/>
          </w:rPr>
          <w:t>https://www.youtube.com/watch?v=2vowbMif-yY</w:t>
        </w:r>
      </w:hyperlink>
      <w:r>
        <w:t xml:space="preserve"> - This video provides an overview of polyamory, explaining it as the practice of having multiple loving relationships with no secrecy. It discusses different types of polyamory, including solo polyamory and polyfidelity, and addresses common misconceptions and stigma associated with polyamory. The video also touches on the prevalence of polyamory, noting that it is thought to be around 4% of the population, though the true prevalence is not known.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same-sex-marriage-arguments-are-now-selling-polyamory/" TargetMode="External"/><Relationship Id="rId10" Type="http://schemas.openxmlformats.org/officeDocument/2006/relationships/hyperlink" Target="https://www.healthline.com/health/relationships/polyamorous" TargetMode="External"/><Relationship Id="rId11" Type="http://schemas.openxmlformats.org/officeDocument/2006/relationships/hyperlink" Target="https://www.webmd.com/sex-relationships/what-does-polyamory-mean" TargetMode="External"/><Relationship Id="rId12" Type="http://schemas.openxmlformats.org/officeDocument/2006/relationships/hyperlink" Target="https://www.psychologytoday.com/us/basics/polyamory/amp" TargetMode="External"/><Relationship Id="rId13" Type="http://schemas.openxmlformats.org/officeDocument/2006/relationships/hyperlink" Target="https://www.cambridge.org/us/dictionary/english/polyamory" TargetMode="External"/><Relationship Id="rId14" Type="http://schemas.openxmlformats.org/officeDocument/2006/relationships/hyperlink" Target="https://www.collinsdictionary.com/dictionary/english/polyamory" TargetMode="External"/><Relationship Id="rId15" Type="http://schemas.openxmlformats.org/officeDocument/2006/relationships/hyperlink" Target="https://www.youtube.com/watch?v=2vowbMif-y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