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King Princess sexuality debate sparks wider conversation about queer labels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Social media has reignited debate around King Princess's sexuality after an old podcast appearance resurfaced, while Clairo has faced similar scrutiny over her bisexual identity. The online arguments matter because they expose a familiar problem: queer women are still being asked to prove who they are by explaining their dating and sex lives.</w:t>
      </w:r>
      <w:r/>
    </w:p>
    <w:p>
      <w:pPr>
        <w:pStyle w:val="Heading2"/>
      </w:pPr>
      <w:r>
        <w:t>The King Princess debate began with an old clip</w:t>
      </w:r>
      <w:r/>
    </w:p>
    <w:p>
      <w:r/>
      <w:r>
        <w:t xml:space="preserve">A resurfaced podcast discussion has put King Princess's sexuality back under the social media microscope. In the clip, she spoke about having slept with men while making clear that she doesn't identify as bisexual, prompting some viewers to insist that her experiences should determine her label. According to Them, that reaction quickly became hostile. </w:t>
      </w:r>
      <w:hyperlink r:id="rId9">
        <w:r>
          <w:rPr>
            <w:color w:val="0000EE"/>
            <w:u w:val="single"/>
          </w:rPr>
          <w:t>[3]</w:t>
        </w:r>
      </w:hyperlink>
      <w:r/>
    </w:p>
    <w:p>
      <w:r/>
      <w:r>
        <w:t xml:space="preserve">The singer later pushed back in a now-deleted TikTok, explaining that she hadn't been in love with a man or dated one. She also questioned the idea that sexual history should make her less of a lesbian, particularly because she doesn't fit the outdated notion of a "gold star" lesbian. The Pink Times reported on the dispute as a clash between personal identity and internet expectations. </w:t>
      </w:r>
      <w:hyperlink r:id="rId10">
        <w:r>
          <w:rPr>
            <w:color w:val="0000EE"/>
            <w:u w:val="single"/>
          </w:rPr>
          <w:t>[2]</w:t>
        </w:r>
      </w:hyperlink>
      <w:r/>
    </w:p>
    <w:p>
      <w:r/>
      <w:r>
        <w:t>That distinction is crucial. Sexuality can involve attraction, emotional connection, behaviour and self-understanding, but those elements don't always line up neatly. A person doesn't lose the right to define themselves simply because strangers think their history looks different from a textbook version.</w:t>
      </w:r>
      <w:r/>
    </w:p>
    <w:p>
      <w:pPr>
        <w:pStyle w:val="Heading2"/>
      </w:pPr>
      <w:r>
        <w:t>Why are strangers so invested in labels?</w:t>
      </w:r>
      <w:r/>
    </w:p>
    <w:p>
      <w:r/>
      <w:r>
        <w:t xml:space="preserve">Online discussions often treat sexuality as a puzzle that other people are entitled to solve. One relationship, one lyric or one old interview can become "evidence", even when the person involved has already explained how they identify. Commentary published by CCStartup described the King Princess controversy as part of a wider appetite for certainty around celebrity identity. </w:t>
      </w:r>
      <w:hyperlink r:id="rId11">
        <w:r>
          <w:rPr>
            <w:color w:val="0000EE"/>
            <w:u w:val="single"/>
          </w:rPr>
          <w:t>[4]</w:t>
        </w:r>
      </w:hyperlink>
      <w:r/>
    </w:p>
    <w:p>
      <w:r/>
      <w:r>
        <w:t>There is also a particularly sharp edge to the scrutiny faced by queer women. Their public image is frequently examined through the people they date, the lyrics they write and the assumptions fans make about their private lives. The result is a strange double standard: visibility is celebrated, but ambiguity or change can be treated as proof that someone is being dishonest.</w:t>
      </w:r>
      <w:r/>
    </w:p>
    <w:p>
      <w:r/>
      <w:r>
        <w:t xml:space="preserve">As Houston News Network noted in its discussion of the controversy, the debate has become less about one podcast clip and more about who gets authority over a person's identity. That authority should sit with the person themselves, not with an audience armed with screenshots and strong opinions. </w:t>
      </w:r>
      <w:hyperlink r:id="rId12">
        <w:r>
          <w:rPr>
            <w:color w:val="0000EE"/>
            <w:u w:val="single"/>
          </w:rPr>
          <w:t>[5]</w:t>
        </w:r>
      </w:hyperlink>
      <w:r/>
    </w:p>
    <w:p>
      <w:pPr>
        <w:pStyle w:val="Heading2"/>
      </w:pPr>
      <w:r>
        <w:t>Clairo has faced a similar kind of questioning</w:t>
      </w:r>
      <w:r/>
    </w:p>
    <w:p>
      <w:r/>
      <w:r>
        <w:t xml:space="preserve">Clairo, who identifies as bisexual, has also been pulled into online arguments about whether her dating history matches her identity. After a fan suggested she had stopped pretending to like women, she responded by questioning why she should have to provide details about who she sleeps with. </w:t>
      </w:r>
      <w:hyperlink r:id="rId13">
        <w:r>
          <w:rPr>
            <w:color w:val="0000EE"/>
            <w:u w:val="single"/>
          </w:rPr>
          <w:t>[6]</w:t>
        </w:r>
      </w:hyperlink>
      <w:r/>
    </w:p>
    <w:p>
      <w:r/>
      <w:r>
        <w:t xml:space="preserve">Her frustration isn't new. In 2022, she pushed back against accusations of queerbaiting after dating men, making the straightforward point that being with men doesn't make her any less bisexual. The situation shows how bisexual people are often expected to offer regular proof of attraction to more than one gender. </w:t>
      </w:r>
      <w:hyperlink r:id="rId14">
        <w:r>
          <w:rPr>
            <w:color w:val="0000EE"/>
            <w:u w:val="single"/>
          </w:rPr>
          <w:t>[7]</w:t>
        </w:r>
      </w:hyperlink>
      <w:r/>
    </w:p>
    <w:p>
      <w:r/>
      <w:r>
        <w:t>That demand is exhausting because it turns ordinary private choices into a public exam. A bisexual person doesn't need a perfectly balanced dating history, while a lesbian doesn't need to meet someone else's purity test. Human lives are messier, more varied and far less useful as internet evidence than social media tends to suggest.</w:t>
      </w:r>
      <w:r/>
    </w:p>
    <w:p>
      <w:pPr>
        <w:pStyle w:val="Heading2"/>
      </w:pPr>
      <w:r>
        <w:t>The "gold star" idea is doing real damage</w:t>
      </w:r>
      <w:r/>
    </w:p>
    <w:p>
      <w:r/>
      <w:r>
        <w:t xml:space="preserve">The phrase "gold star lesbian" is sometimes used for a lesbian who has never had sex with a man. While some people use it jokingly or as a personal descriptor, it can also create a hierarchy within the community, implying that some identities are more legitimate than others. The reporting around King Princess's comments brought that tension into plain view. </w:t>
      </w:r>
      <w:hyperlink r:id="rId10">
        <w:r>
          <w:rPr>
            <w:color w:val="0000EE"/>
            <w:u w:val="single"/>
          </w:rPr>
          <w:t>[2]</w:t>
        </w:r>
      </w:hyperlink>
      <w:r/>
    </w:p>
    <w:p>
      <w:r/>
      <w:r>
        <w:t>Labels can be affirming, political and deeply personal, but they aren't entrance badges. Someone may understand their sexuality differently over time, use a label that doesn't match their past relationships or prefer not to explain themselves at all. None of those choices makes their identity less real.</w:t>
      </w:r>
      <w:r/>
    </w:p>
    <w:p>
      <w:r/>
      <w:r>
        <w:t>For readers navigating their own identity, the practical lesson is simple: choose the language that feels most accurate to you now. You don't owe a neat timeline, a list of partners or a courtroom-style defence to anyone else.</w:t>
      </w:r>
      <w:r/>
    </w:p>
    <w:p>
      <w:pPr>
        <w:pStyle w:val="Heading2"/>
      </w:pPr>
      <w:r>
        <w:t>The internet probably won't drop the subject soon</w:t>
      </w:r>
      <w:r/>
    </w:p>
    <w:p>
      <w:r/>
      <w:r>
        <w:t xml:space="preserve">The controversy has now widened beyond King Princess and Clairo, with wider commentary focusing on celebrity, queer visibility and the pressure to perform identity publicly. Several analyses have framed the argument as part of a broader shift in how younger audiences discuss labels online. </w:t>
      </w:r>
      <w:hyperlink r:id="rId13">
        <w:r>
          <w:rPr>
            <w:color w:val="0000EE"/>
            <w:u w:val="single"/>
          </w:rPr>
          <w:t>[6]</w:t>
        </w:r>
      </w:hyperlink>
      <w:r/>
    </w:p>
    <w:p>
      <w:r/>
      <w:r>
        <w:t>But constant visibility isn't the same as understanding. Social platforms reward certainty, conflict and quick verdicts, whereas sexuality often develops through quieter experiences that don't fit into a viral post. As the discussion continues across TikTok and X, a little restraint would go a long way.</w:t>
      </w:r>
      <w:r/>
    </w:p>
    <w:p>
      <w:r/>
      <w:r>
        <w:t xml:space="preserve">The most respectful response to a public figure's stated identity is to believe them, even when their past doesn't fit your assumptions. It isn't complicated, although the internet seems determined to make it so. </w:t>
      </w:r>
      <w:hyperlink r:id="rId14">
        <w:r>
          <w:rPr>
            <w:color w:val="0000EE"/>
            <w:u w:val="single"/>
          </w:rPr>
          <w:t>[7]</w:t>
        </w:r>
      </w:hyperlink>
      <w:r/>
    </w:p>
    <w:p>
      <w:r/>
      <w:r>
        <w:t>A person's sexuality isn't a public referendum, and no dating history can overrule the label they choose.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1">
        <w:r>
          <w:rPr>
            <w:color w:val="0000EE"/>
            <w:u w:val="single"/>
          </w:rPr>
          <w:t>[4]</w:t>
        </w:r>
      </w:hyperlink>
      <w:r>
        <w:t xml:space="preserve">- Paragraph 2: </w:t>
      </w:r>
      <w:hyperlink r:id="rId10">
        <w:r>
          <w:rPr>
            <w:color w:val="0000EE"/>
            <w:u w:val="single"/>
          </w:rPr>
          <w:t>[2]</w:t>
        </w:r>
      </w:hyperlink>
      <w:r>
        <w:t xml:space="preserve">, </w:t>
      </w:r>
      <w:hyperlink r:id="rId12">
        <w:r>
          <w:rPr>
            <w:color w:val="0000EE"/>
            <w:u w:val="single"/>
          </w:rPr>
          <w:t>[5]</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3">
        <w:r>
          <w:rPr>
            <w:color w:val="0000EE"/>
            <w:u w:val="single"/>
          </w:rPr>
          <w:t>[6]</w:t>
        </w:r>
      </w:hyperlink>
      <w:r>
        <w:t xml:space="preserve">, </w:t>
      </w:r>
      <w:hyperlink r:id="rId14">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[6]</w:t>
        </w:r>
      </w:hyperlink>
      <w:r>
        <w:t xml:space="preserve">- Paragraph 6: </w:t>
      </w:r>
      <w:hyperlink r:id="rId14">
        <w:r>
          <w:rPr>
            <w:color w:val="0000EE"/>
            <w:u w:val="single"/>
          </w:rPr>
          <w:t>[7]</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https://diva-magazine.com/2026/10/01/the-king-princess-drama-heres-what-you-need-to-know/?utm_source=rss&amp;utm_medium=rss&amp;utm_campaign=the-king-princess-drama-heres-what-you-need-to-know</w:t>
        </w:r>
      </w:hyperlink>
      <w:r>
        <w:t xml:space="preserve"> - Please view link - unable to able to access data</w:t>
      </w:r>
      <w:r/>
    </w:p>
    <w:p>
      <w:pPr>
        <w:pStyle w:val="ListNumber"/>
        <w:spacing w:line="240" w:lineRule="auto"/>
        <w:ind w:left="720"/>
      </w:pPr>
      <w:r/>
      <w:hyperlink r:id="rId10">
        <w:r>
          <w:rPr>
            <w:color w:val="0000EE"/>
            <w:u w:val="single"/>
          </w:rPr>
          <w:t>https://thepinktimes.com/article/king-princess-addresses-resurfaced-comments-and-the-lesbian-label-dispute/</w:t>
        </w:r>
      </w:hyperlink>
      <w:r>
        <w:t xml:space="preserve"> - King Princess has addressed online criticism following a resurfaced 2024 podcast clip where she discussed her past sexual experiences with men. She clarified that she identifies as a lesbian and argued that her past encounters do not change her identity. The singer also made unverified claims about other lesbians allegedly hiding relationships with men. (</w:t>
      </w:r>
      <w:hyperlink r:id="rId16">
        <w:r>
          <w:rPr>
            <w:color w:val="0000EE"/>
            <w:u w:val="single"/>
          </w:rPr>
          <w:t>thepinktimes.com</w:t>
        </w:r>
      </w:hyperlink>
      <w:r>
        <w:t>)</w:t>
      </w:r>
      <w:r/>
    </w:p>
    <w:p>
      <w:pPr>
        <w:pStyle w:val="ListNumber"/>
        <w:spacing w:line="240" w:lineRule="auto"/>
        <w:ind w:left="720"/>
      </w:pPr>
      <w:r/>
      <w:hyperlink r:id="rId9">
        <w:r>
          <w:rPr>
            <w:color w:val="0000EE"/>
            <w:u w:val="single"/>
          </w:rPr>
          <w:t>https://www.them.us/entertainment/music/king-princess-controversy-lesbian</w:t>
        </w:r>
      </w:hyperlink>
      <w:r>
        <w:t xml:space="preserve"> - King Princess is defending her lesbian identity after a 2024 podcast appearance resurfaced, where she discussed her sexual experiences with men. She stated that she has never been in love with or dated a man, and that her past encounters do not make her less of a lesbian. The controversy has sparked discussions about the definitions of 'lesbian' and 'bisexual' within the LGBTQ+ community. (</w:t>
      </w:r>
      <w:hyperlink r:id="rId17">
        <w:r>
          <w:rPr>
            <w:color w:val="0000EE"/>
            <w:u w:val="single"/>
          </w:rPr>
          <w:t>them.us</w:t>
        </w:r>
      </w:hyperlink>
      <w:r>
        <w:t>)</w:t>
      </w:r>
      <w:r/>
    </w:p>
    <w:p>
      <w:pPr>
        <w:pStyle w:val="ListNumber"/>
        <w:spacing w:line="240" w:lineRule="auto"/>
        <w:ind w:left="720"/>
      </w:pPr>
      <w:r/>
      <w:hyperlink r:id="rId11">
        <w:r>
          <w:rPr>
            <w:color w:val="0000EE"/>
            <w:u w:val="single"/>
          </w:rPr>
          <w:t>https://ccstartup.com/blog/2026/09/30/why-everyone-has-an-opinion-about-king-princesss-sexuality/</w:t>
        </w:r>
      </w:hyperlink>
      <w:r>
        <w:t xml:space="preserve"> - The article discusses the controversy surrounding King Princess's sexuality, focusing on her 2024 podcast appearance where she mentioned her past sexual experiences with men. The author reflects on the broader conversation about sexual identity labels and the challenges of defining one's sexuality in the modern queer discourse. (</w:t>
      </w:r>
      <w:hyperlink r:id="rId18">
        <w:r>
          <w:rPr>
            <w:color w:val="0000EE"/>
            <w:u w:val="single"/>
          </w:rPr>
          <w:t>ccstartup.com</w:t>
        </w:r>
      </w:hyperlink>
      <w:r>
        <w:t>)</w:t>
      </w:r>
      <w:r/>
    </w:p>
    <w:p>
      <w:pPr>
        <w:pStyle w:val="ListNumber"/>
        <w:spacing w:line="240" w:lineRule="auto"/>
        <w:ind w:left="720"/>
      </w:pPr>
      <w:r/>
      <w:hyperlink r:id="rId12">
        <w:r>
          <w:rPr>
            <w:color w:val="0000EE"/>
            <w:u w:val="single"/>
          </w:rPr>
          <w:t>https://houstonnewsnetwork.com/why-everyone-has-an-opinion-about-king-princesss-sexuality</w:t>
        </w:r>
      </w:hyperlink>
      <w:r>
        <w:t xml:space="preserve"> - This piece examines the debate over King Princess's sexuality following a 2024 podcast clip where she discussed her past sexual experiences with men. The author explores the complexities of sexual identity labels and the reactions from the LGBTQ+ community to King Princess's statements. (</w:t>
      </w:r>
      <w:hyperlink r:id="rId19">
        <w:r>
          <w:rPr>
            <w:color w:val="0000EE"/>
            <w:u w:val="single"/>
          </w:rPr>
          <w:t>houstonnewsnetwork.com</w:t>
        </w:r>
      </w:hyperlink>
      <w:r>
        <w:t>)</w:t>
      </w:r>
      <w:r/>
    </w:p>
    <w:p>
      <w:pPr>
        <w:pStyle w:val="ListNumber"/>
        <w:spacing w:line="240" w:lineRule="auto"/>
        <w:ind w:left="720"/>
      </w:pPr>
      <w:r/>
      <w:hyperlink r:id="rId13">
        <w:r>
          <w:rPr>
            <w:color w:val="0000EE"/>
            <w:u w:val="single"/>
          </w:rPr>
          <w:t>https://girlswars.com/the-king-princess-controversy-a-deep-dive-into-identity-labels-and-the-modern-queer-discourse/</w:t>
        </w:r>
      </w:hyperlink>
      <w:r>
        <w:t xml:space="preserve"> - The article provides an in-depth analysis of the King Princess controversy, focusing on the resurfaced 2024 podcast clip where she discussed her sexual experiences with men. It delves into the discussions about sexual identity labels and the challenges of defining one's sexuality in the contemporary queer discourse. (</w:t>
      </w:r>
      <w:hyperlink r:id="rId20">
        <w:r>
          <w:rPr>
            <w:color w:val="0000EE"/>
            <w:u w:val="single"/>
          </w:rPr>
          <w:t>girlswars.com</w:t>
        </w:r>
      </w:hyperlink>
      <w:r>
        <w:t>)</w:t>
      </w:r>
      <w:r/>
    </w:p>
    <w:p>
      <w:pPr>
        <w:pStyle w:val="ListNumber"/>
        <w:spacing w:line="240" w:lineRule="auto"/>
        <w:ind w:left="720"/>
      </w:pPr>
      <w:r/>
      <w:hyperlink r:id="rId14">
        <w:r>
          <w:rPr>
            <w:color w:val="0000EE"/>
            <w:u w:val="single"/>
          </w:rPr>
          <w:t>https://technewst.com/king-princess-and-the-evolving-boundaries-of-modern-queer-identity/</w:t>
        </w:r>
      </w:hyperlink>
      <w:r>
        <w:t xml:space="preserve"> - This article explores the King Princess controversy, highlighting the resurfaced 2024 podcast clip where she discussed her past sexual experiences with men. It examines the evolving boundaries of modern queer identity and the reactions from the LGBTQ+ community to King Princess's statements. (</w:t>
      </w:r>
      <w:hyperlink r:id="rId21">
        <w:r>
          <w:rPr>
            <w:color w:val="0000EE"/>
            <w:u w:val="single"/>
          </w:rPr>
          <w:t>technewst.com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entertainment/music/king-princess-controversy-lesbian" TargetMode="External"/><Relationship Id="rId10" Type="http://schemas.openxmlformats.org/officeDocument/2006/relationships/hyperlink" Target="https://thepinktimes.com/article/king-princess-addresses-resurfaced-comments-and-the-lesbian-label-dispute/" TargetMode="External"/><Relationship Id="rId11" Type="http://schemas.openxmlformats.org/officeDocument/2006/relationships/hyperlink" Target="https://ccstartup.com/blog/2026/09/30/why-everyone-has-an-opinion-about-king-princesss-sexuality/" TargetMode="External"/><Relationship Id="rId12" Type="http://schemas.openxmlformats.org/officeDocument/2006/relationships/hyperlink" Target="https://houstonnewsnetwork.com/why-everyone-has-an-opinion-about-king-princesss-sexuality" TargetMode="External"/><Relationship Id="rId13" Type="http://schemas.openxmlformats.org/officeDocument/2006/relationships/hyperlink" Target="https://girlswars.com/the-king-princess-controversy-a-deep-dive-into-identity-labels-and-the-modern-queer-discourse/" TargetMode="External"/><Relationship Id="rId14" Type="http://schemas.openxmlformats.org/officeDocument/2006/relationships/hyperlink" Target="https://technewst.com/king-princess-and-the-evolving-boundaries-of-modern-queer-identity/" TargetMode="External"/><Relationship Id="rId15" Type="http://schemas.openxmlformats.org/officeDocument/2006/relationships/hyperlink" Target="https://diva-magazine.com/2026/10/01/the-king-princess-drama-heres-what-you-need-to-know/?utm_source=rss&amp;utm_medium=rss&amp;utm_campaign=the-king-princess-drama-heres-what-you-need-to-know" TargetMode="External"/><Relationship Id="rId16" Type="http://schemas.openxmlformats.org/officeDocument/2006/relationships/hyperlink" Target="https://thepinktimes.com/article/king-princess-addresses-resurfaced-comments-and-the-lesbian-label-dispute/?utm_source=openai" TargetMode="External"/><Relationship Id="rId17" Type="http://schemas.openxmlformats.org/officeDocument/2006/relationships/hyperlink" Target="https://www.them.us/entertainment/music/king-princess-controversy-lesbian?utm_source=openai" TargetMode="External"/><Relationship Id="rId18" Type="http://schemas.openxmlformats.org/officeDocument/2006/relationships/hyperlink" Target="https://ccstartup.com/blog/2026/09/30/why-everyone-has-an-opinion-about-king-princesss-sexuality/?utm_source=openai" TargetMode="External"/><Relationship Id="rId19" Type="http://schemas.openxmlformats.org/officeDocument/2006/relationships/hyperlink" Target="https://houstonnewsnetwork.com/why-everyone-has-an-opinion-about-king-princesss-sexuality?utm_source=openai" TargetMode="External"/><Relationship Id="rId20" Type="http://schemas.openxmlformats.org/officeDocument/2006/relationships/hyperlink" Target="https://girlswars.com/the-king-princess-controversy-a-deep-dive-into-identity-labels-and-the-modern-queer-discourse/?utm_source=openai" TargetMode="External"/><Relationship Id="rId21" Type="http://schemas.openxmlformats.org/officeDocument/2006/relationships/hyperlink" Target="https://technewst.com/king-princess-and-the-evolving-boundaries-of-modern-queer-identity/?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