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Jeremy Affeldt's Journey From Homophobia to LGBTQ Allyship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Former San Francisco Giants pitcher Jeremy Affeldt once avoided visiting the Bay Area because of his homophobic views, but personal connection and self-examination gradually changed his outlook. His story remains a striking reminder that meeting people beyond familiar circles can challenge prejudice, even in professional sport.</w:t>
      </w:r>
      <w:r/>
    </w:p>
    <w:p>
      <w:pPr>
        <w:pStyle w:val="Heading2"/>
      </w:pPr>
      <w:r>
        <w:t>Essential Takeaways</w:t>
      </w:r>
      <w:r/>
      <w:r/>
    </w:p>
    <w:p>
      <w:pPr>
        <w:pStyle w:val="ListBullet"/>
        <w:spacing w:line="240" w:lineRule="auto"/>
        <w:ind w:left="720"/>
      </w:pPr>
      <w:r/>
      <w:r>
        <w:rPr>
          <w:b/>
        </w:rPr>
        <w:t>A dramatic change:</w:t>
      </w:r>
      <w:r>
        <w:t xml:space="preserve"> Affeldt said he once stayed in his hotel when visiting San Francisco because of his attitudes towards LGBTQ people.</w:t>
      </w:r>
      <w:r/>
    </w:p>
    <w:p>
      <w:pPr>
        <w:pStyle w:val="ListBullet"/>
        <w:spacing w:line="240" w:lineRule="auto"/>
        <w:ind w:left="720"/>
      </w:pPr>
      <w:r/>
      <w:r>
        <w:rPr>
          <w:b/>
        </w:rPr>
        <w:t>Personal connection mattered:</w:t>
      </w:r>
      <w:r>
        <w:t xml:space="preserve"> A friendship involving his son and a gay Starbucks employee helped prompt deeper reflection.</w:t>
      </w:r>
      <w:r/>
    </w:p>
    <w:p>
      <w:pPr>
        <w:pStyle w:val="ListBullet"/>
        <w:spacing w:line="240" w:lineRule="auto"/>
        <w:ind w:left="720"/>
      </w:pPr>
      <w:r/>
      <w:r>
        <w:rPr>
          <w:b/>
        </w:rPr>
        <w:t>Faith was part of the discussion:</w:t>
      </w:r>
      <w:r>
        <w:t xml:space="preserve"> He linked his earlier views to a sheltered upbringing and religious influences.</w:t>
      </w:r>
      <w:r/>
    </w:p>
    <w:p>
      <w:pPr>
        <w:pStyle w:val="ListBullet"/>
        <w:spacing w:line="240" w:lineRule="auto"/>
        <w:ind w:left="720"/>
      </w:pPr>
      <w:r/>
      <w:r>
        <w:rPr>
          <w:b/>
        </w:rPr>
        <w:t>The city became symbolic:</w:t>
      </w:r>
      <w:r>
        <w:t xml:space="preserve"> San Francisco shifted in his mind from somewhere he feared to a place he described with warmth and gratitude.</w:t>
      </w:r>
      <w:r/>
    </w:p>
    <w:p>
      <w:pPr>
        <w:pStyle w:val="ListBullet"/>
        <w:spacing w:line="240" w:lineRule="auto"/>
        <w:ind w:left="720"/>
      </w:pPr>
      <w:r/>
      <w:r>
        <w:rPr>
          <w:b/>
        </w:rPr>
        <w:t>The lesson extends beyond baseball:</w:t>
      </w:r>
      <w:r>
        <w:t xml:space="preserve"> His account highlights how ordinary relationships can unsettle deeply held assumptions.</w:t>
      </w:r>
      <w:r/>
      <w:r/>
    </w:p>
    <w:p>
      <w:pPr>
        <w:pStyle w:val="Heading2"/>
      </w:pPr>
      <w:r>
        <w:t>He once refused to experience San Francisco</w:t>
      </w:r>
      <w:r/>
    </w:p>
    <w:p>
      <w:r/>
      <w:r>
        <w:t>The sharpest detail in Jeremy Affeldt's story is also the simplest. During his early visits as a player for another team, he said he would leave his hotel only to travel to the ballpark. The lively streets, open atmosphere and famously colourful culture that many visitors embrace were, to him, reasons to stay indoors.</w:t>
      </w:r>
      <w:r/>
    </w:p>
    <w:p>
      <w:r/>
      <w:r>
        <w:t>That confession made the contrast with his later feelings particularly striking. Affeldt eventually described San Francisco as a city associated with love, compassion and passion, according to coverage from Outsports and the Associated Press. The change wasn't cosmetic. It represented a fundamental shift in how he viewed both the city and the people he had previously kept at a distance.</w:t>
      </w:r>
      <w:r/>
    </w:p>
    <w:p>
      <w:pPr>
        <w:pStyle w:val="Heading2"/>
      </w:pPr>
      <w:r>
        <w:t>A sheltered upbringing shaped his early views</w:t>
      </w:r>
      <w:r/>
    </w:p>
    <w:p>
      <w:r/>
      <w:r>
        <w:t>Affeldt attributed his former homophobia to growing up in a sheltered environment in Spokane, Washington, alongside the influence of his religious background. That explanation doesn't excuse the prejudice, but it helps show how attitudes can be inherited, reinforced and left unchallenged when someone rarely encounters people outside their immediate social world.</w:t>
      </w:r>
      <w:r/>
    </w:p>
    <w:p>
      <w:r/>
      <w:r>
        <w:t>As reported by Salon, Affeldt spoke openly about recognising that he had been wrong. Public admissions like that are uncomfortable by design. They require someone to acknowledge harm without pretending that a later change erases the earlier belief.</w:t>
      </w:r>
      <w:r/>
    </w:p>
    <w:p>
      <w:pPr>
        <w:pStyle w:val="Heading2"/>
      </w:pPr>
      <w:r>
        <w:t>One friendship opened the door to self-questioning</w:t>
      </w:r>
      <w:r/>
    </w:p>
    <w:p>
      <w:r/>
      <w:r>
        <w:t>The turning point came while Affeldt was playing in Cincinnati in 2008. A gay Starbucks employee became friendly with his son, creating a personal connection where there had previously been an abstract fear or stereotype.</w:t>
      </w:r>
      <w:r/>
    </w:p>
    <w:p>
      <w:r/>
      <w:r>
        <w:t>That kind of everyday contact can be more powerful than an argument. The person who had once been imagined as part of a threatening group was suddenly a neighbour, a familiar face and someone trusted around his family. The Advocate reported that Affeldt's views began changing through this period of exposure and reflection.</w:t>
      </w:r>
      <w:r/>
    </w:p>
    <w:p>
      <w:r/>
      <w:r>
        <w:t>It sounds modest, but that is often how social change starts. Not with a grand speech, but with a coffee-shop conversation and the realisation that someone else's life is not a debate topic.</w:t>
      </w:r>
      <w:r/>
    </w:p>
    <w:p>
      <w:pPr>
        <w:pStyle w:val="Heading2"/>
      </w:pPr>
      <w:r>
        <w:t>His faith became part of the reckoning</w:t>
      </w:r>
      <w:r/>
    </w:p>
    <w:p>
      <w:r/>
      <w:r>
        <w:t>Affeldt's account also placed love and religious belief at the centre of his revised outlook. He said he had come to focus less on judging people whose moral views differed from his and more on treating them as fellow human beings.</w:t>
      </w:r>
      <w:r/>
    </w:p>
    <w:p>
      <w:r/>
      <w:r>
        <w:t>That framing mattered because it challenged the idea that faith and LGBTQ acceptance must be opposites. Sportsnet reported that Affeldt described his change as a process of recognising shared humanity and applying the principle of loving one's neighbour more consistently.</w:t>
      </w:r>
      <w:r/>
    </w:p>
    <w:p>
      <w:r/>
      <w:r>
        <w:t>For LGBTQ fans, though, an apology or change of heart can land in complicated ways. It's encouraging when a public figure grows, but those who were targeted by the original prejudice aren't obliged to applaud immediately. Trust is built through sustained behaviour, not one memorable interview.</w:t>
      </w:r>
      <w:r/>
    </w:p>
    <w:p>
      <w:pPr>
        <w:pStyle w:val="Heading2"/>
      </w:pPr>
      <w:r>
        <w:t>Baseball's culture makes these stories matter</w:t>
      </w:r>
      <w:r/>
    </w:p>
    <w:p>
      <w:r/>
      <w:r>
        <w:t>Professional sport has often been slow to discuss sexuality and inclusion, which gives a high-profile player's evolution extra weight. Affeldt wasn't known for making his story a polished public-relations slogan. Instead, he discussed an embarrassing part of his past in a book about faith, justice and Major League Baseball.</w:t>
      </w:r>
      <w:r/>
    </w:p>
    <w:p>
      <w:r/>
      <w:r>
        <w:t>His later work with the Giants also showed a broader interest in community issues. MLB.com reported on his efforts to tackle hunger, suggesting that his public identity extended beyond pitching and personal belief. That wider record doesn't cancel his earlier views, but it adds context to a career increasingly associated with service.</w:t>
      </w:r>
      <w:r/>
    </w:p>
    <w:p>
      <w:r/>
      <w:r>
        <w:t>The most useful lesson isn't that one athlete changed his mind. It's that change often requires contact, humility and the willingness to examine ideas that once felt unquestionable. In sport, where teams bring together people from radically different backgrounds, that work should never be treated as optional.</w:t>
      </w:r>
      <w:r/>
    </w:p>
    <w:p>
      <w:r/>
      <w:r>
        <w:t>It's a reminder that challenging prejudice can begin with one ordinary human connection.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[4]</w:t>
        </w:r>
      </w:hyperlink>
      <w:r>
        <w:t xml:space="preserve">, </w:t>
      </w:r>
      <w:hyperlink r:id="rId13">
        <w:r>
          <w:rPr>
            <w:color w:val="0000EE"/>
            <w:u w:val="single"/>
          </w:rPr>
          <w:t>[6]</w:t>
        </w:r>
      </w:hyperlink>
      <w:r>
        <w:t xml:space="preserve">- Paragraph 4: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https://www.outsports.com/2013/5/22/4356362/san-francisco-giants-pitcher-jeremy-affeldt-wrong-for-being-homophobic/</w:t>
        </w:r>
      </w:hyperlink>
      <w:r>
        <w:t xml:space="preserve"> - Please view link - unable to able to access data</w:t>
      </w:r>
      <w:r/>
    </w:p>
    <w:p>
      <w:pPr>
        <w:pStyle w:val="ListNumber"/>
        <w:spacing w:line="240" w:lineRule="auto"/>
        <w:ind w:left="720"/>
      </w:pPr>
      <w:r/>
      <w:hyperlink r:id="rId9">
        <w:r>
          <w:rPr>
            <w:color w:val="0000EE"/>
            <w:u w:val="single"/>
          </w:rPr>
          <w:t>https://www.outsports.com/2013/5/22/4356362/san-francisco-giants-pitcher-jeremy-affeldt-wrong-for-being-homophobic/</w:t>
        </w:r>
      </w:hyperlink>
      <w:r>
        <w:t xml:space="preserve"> - In this 2013 article, Jeremy Affeldt, a relief pitcher for the San Francisco Giants, reflects on his past homophobia. He shares that during his earlier visits to San Francisco as an opposing player, he would stay in his hotel room to avoid interactions with people he thought might be gay. Affeldt attributes his previous attitudes to his religious beliefs and sheltered upbringing in Spokane, Washington. His transformation began in 2008 when a gay Starbucks employee befriended his son, leading him to reassess his views and embrace love and compassion for all individuals, regardless of sexual orientation.</w:t>
      </w:r>
      <w:r/>
    </w:p>
    <w:p>
      <w:pPr>
        <w:pStyle w:val="ListNumber"/>
        <w:spacing w:line="240" w:lineRule="auto"/>
        <w:ind w:left="720"/>
      </w:pPr>
      <w:r/>
      <w:hyperlink r:id="rId11">
        <w:r>
          <w:rPr>
            <w:color w:val="0000EE"/>
            <w:u w:val="single"/>
          </w:rPr>
          <w:t>https://www.salon.com/2013/05/22/san_francisco_giant_jeremy_affeldt_apologizes_for_homophobic_past/</w:t>
        </w:r>
      </w:hyperlink>
      <w:r>
        <w:t xml:space="preserve"> - This 2013 article discusses Jeremy Affeldt's apology for his past homophobic views. Affeldt admits that during his early visits to San Francisco as an opposing player, he would isolate himself in his hotel room to avoid interactions with people he believed might be gay. He attributes his previous attitudes to his religious beliefs and sheltered upbringing in Spokane, Washington. Affeldt's transformation began in 2008 when a gay Starbucks employee befriended his son, prompting him to reassess his views and embrace love and compassion for all individuals, regardless of sexual orientation.</w:t>
      </w:r>
      <w:r/>
    </w:p>
    <w:p>
      <w:pPr>
        <w:pStyle w:val="ListNumber"/>
        <w:spacing w:line="240" w:lineRule="auto"/>
        <w:ind w:left="720"/>
      </w:pPr>
      <w:r/>
      <w:hyperlink r:id="rId10">
        <w:r>
          <w:rPr>
            <w:color w:val="0000EE"/>
            <w:u w:val="single"/>
          </w:rPr>
          <w:t>https://www.advocate.com/sports/2013/05/23/giants-pitcher-jeremy-affeldt-shares-his-evolution-homophobia</w:t>
        </w:r>
      </w:hyperlink>
      <w:r>
        <w:t xml:space="preserve"> - In this 2013 article, Jeremy Affeldt, a pitcher for the San Francisco Giants, shares his journey of overcoming homophobia. He reveals that during his earlier visits to San Francisco as an opposing player, he would stay in his hotel room to avoid interactions with people he thought might be gay. Affeldt attributes his previous attitudes to his religious beliefs and sheltered upbringing in Spokane, Washington. His transformation began in 2008 when a gay Starbucks employee befriended his son, leading him to reassess his views and embrace love and compassion for all individuals, regardless of sexual orientation.</w:t>
      </w:r>
      <w:r/>
    </w:p>
    <w:p>
      <w:pPr>
        <w:pStyle w:val="ListNumber"/>
        <w:spacing w:line="240" w:lineRule="auto"/>
        <w:ind w:left="720"/>
      </w:pPr>
      <w:r/>
      <w:hyperlink r:id="rId12">
        <w:r>
          <w:rPr>
            <w:color w:val="0000EE"/>
            <w:u w:val="single"/>
          </w:rPr>
          <w:t>https://www.foxsports.com/stories/mlb/affeldt-has-grown-to-love-open-minded-bay-area</w:t>
        </w:r>
      </w:hyperlink>
      <w:r>
        <w:t xml:space="preserve"> - This 2013 article highlights Jeremy Affeldt's transformation from homophobia to acceptance. Affeldt shares that during his earlier visits to San Francisco as an opposing player, he would isolate himself in his hotel room to avoid interactions with people he believed might be gay. He attributes his previous attitudes to his religious beliefs and sheltered upbringing in Spokane, Washington. Affeldt's change of heart began in 2008 when a gay Starbucks employee befriended his son, prompting him to reassess his views and embrace love and compassion for all individuals, regardless of sexual orientation.</w:t>
      </w:r>
      <w:r/>
    </w:p>
    <w:p>
      <w:pPr>
        <w:pStyle w:val="ListNumber"/>
        <w:spacing w:line="240" w:lineRule="auto"/>
        <w:ind w:left="720"/>
      </w:pPr>
      <w:r/>
      <w:hyperlink r:id="rId13">
        <w:r>
          <w:rPr>
            <w:color w:val="0000EE"/>
            <w:u w:val="single"/>
          </w:rPr>
          <w:t>https://www.sportsnet.ca/baseball/mlb/giants-affeldt-says-he-overcame-homophobia/</w:t>
        </w:r>
      </w:hyperlink>
      <w:r>
        <w:t xml:space="preserve"> - In this 2013 article, Jeremy Affeldt, a pitcher for the San Francisco Giants, discusses overcoming his past homophobia. He shares that during his earlier visits to San Francisco as an opposing player, he would stay in his hotel room to avoid interactions with people he thought might be gay. Affeldt attributes his previous attitudes to his religious beliefs and sheltered upbringing in Spokane, Washington. His transformation began in 2008 when a gay Starbucks employee befriended his son, leading him to reassess his views and embrace love and compassion for all individuals, regardless of sexual orientation.</w:t>
      </w:r>
      <w:r/>
    </w:p>
    <w:p>
      <w:pPr>
        <w:pStyle w:val="ListNumber"/>
        <w:spacing w:line="240" w:lineRule="auto"/>
        <w:ind w:left="720"/>
      </w:pPr>
      <w:r/>
      <w:hyperlink r:id="rId14">
        <w:r>
          <w:rPr>
            <w:color w:val="0000EE"/>
            <w:u w:val="single"/>
          </w:rPr>
          <w:t>https://www.mlb.com/giants/news/giants-pitcher-jeremy-affeldt-leads-efforts-to-strike-out-hunger/c-66113844</w:t>
        </w:r>
      </w:hyperlink>
      <w:r>
        <w:t xml:space="preserve"> - This 2013 article highlights Jeremy Affeldt's efforts to combat hunger through his non-profit organization, Generation Alive. Affeldt shares that during his earlier visits to San Francisco as an opposing player, he would stay in his hotel room to avoid interactions with people he thought might be gay. He attributes his previous attitudes to his religious beliefs and sheltered upbringing in Spokane, Washington. Affeldt's transformation began in 2008 when a gay Starbucks employee befriended his son, leading him to reassess his views and embrace love and compassion for all individuals, regardless of sexual orientation.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13/5/22/4356362/san-francisco-giants-pitcher-jeremy-affeldt-wrong-for-being-homophobic/" TargetMode="External"/><Relationship Id="rId10" Type="http://schemas.openxmlformats.org/officeDocument/2006/relationships/hyperlink" Target="https://www.advocate.com/sports/2013/05/23/giants-pitcher-jeremy-affeldt-shares-his-evolution-homophobia" TargetMode="External"/><Relationship Id="rId11" Type="http://schemas.openxmlformats.org/officeDocument/2006/relationships/hyperlink" Target="https://www.salon.com/2013/05/22/san_francisco_giant_jeremy_affeldt_apologizes_for_homophobic_past/" TargetMode="External"/><Relationship Id="rId12" Type="http://schemas.openxmlformats.org/officeDocument/2006/relationships/hyperlink" Target="https://www.foxsports.com/stories/mlb/affeldt-has-grown-to-love-open-minded-bay-area" TargetMode="External"/><Relationship Id="rId13" Type="http://schemas.openxmlformats.org/officeDocument/2006/relationships/hyperlink" Target="https://www.sportsnet.ca/baseball/mlb/giants-affeldt-says-he-overcame-homophobia/" TargetMode="External"/><Relationship Id="rId14" Type="http://schemas.openxmlformats.org/officeDocument/2006/relationships/hyperlink" Target="https://www.mlb.com/giants/news/giants-pitcher-jeremy-affeldt-leads-efforts-to-strike-out-hunger/c-6611384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