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Hope &amp; Help Center: HIV Care and Community Wellness in Orlando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Orlando’s Hope &amp; Help Center has grown from a small AIDS-era support group into a trusted healthcare organisation offering HIV treatment, prevention, testing and practical support across Central Florida. Its people-first approach matters because better health often depends on far more than a clinic appointment.</w:t>
      </w:r>
      <w:r/>
    </w:p>
    <w:p>
      <w:pPr>
        <w:pStyle w:val="Heading2"/>
      </w:pPr>
      <w:r>
        <w:t>From a church basement to a regional health resource</w:t>
      </w:r>
      <w:r/>
    </w:p>
    <w:p>
      <w:r/>
      <w:r>
        <w:t>The story begins in 1988, when a modest support group gathered in an Orlando church basement during the AIDS crisis. What started with neighbours caring for one another has since developed into a recognised non-profit healthcare provider serving communities across Central Florida. The organisation’s history still gives its work a distinctly human feel. (</w:t>
      </w:r>
      <w:hyperlink r:id="rId9">
        <w:r>
          <w:rPr>
            <w:color w:val="0000EE"/>
            <w:u w:val="single"/>
          </w:rPr>
          <w:t>[2]</w:t>
        </w:r>
      </w:hyperlink>
      <w:r>
        <w:t xml:space="preserve">, </w:t>
      </w:r>
      <w:hyperlink r:id="rId10">
        <w:r>
          <w:rPr>
            <w:color w:val="0000EE"/>
            <w:u w:val="single"/>
          </w:rPr>
          <w:t>[5]</w:t>
        </w:r>
      </w:hyperlink>
      <w:r>
        <w:t>)</w:t>
      </w:r>
      <w:r/>
    </w:p>
    <w:p>
      <w:r/>
      <w:r>
        <w:t>Today, Hope &amp; Help combines primary care with prevention, education and social support. That wider model reflects a simple reality: patients may also be dealing with transport problems, stigma, housing pressures or difficulty accessing medication. Treating the person, rather than only the diagnosis, can make care more effective and more welcoming. (</w:t>
      </w:r>
      <w:hyperlink r:id="rId11">
        <w:r>
          <w:rPr>
            <w:color w:val="0000EE"/>
            <w:u w:val="single"/>
          </w:rPr>
          <w:t>[3]</w:t>
        </w:r>
      </w:hyperlink>
      <w:r>
        <w:t xml:space="preserve">, </w:t>
      </w:r>
      <w:hyperlink r:id="rId12">
        <w:r>
          <w:rPr>
            <w:color w:val="0000EE"/>
            <w:u w:val="single"/>
          </w:rPr>
          <w:t>[4]</w:t>
        </w:r>
      </w:hyperlink>
      <w:r>
        <w:t>)</w:t>
      </w:r>
      <w:r/>
    </w:p>
    <w:p>
      <w:pPr>
        <w:pStyle w:val="Heading2"/>
      </w:pPr>
      <w:r>
        <w:t>Healthcare that covers prevention as well as treatment</w:t>
      </w:r>
      <w:r/>
    </w:p>
    <w:p>
      <w:r/>
      <w:r>
        <w:t>Hope &amp; Help offers confidential HIV, STI and Hepatitis C testing, alongside primary care and pharmacy services. Prevention options include PrEP, which can reduce the risk of acquiring HIV, and nPEP for urgent situations after a possible exposure. The organisation also provides condoms and Narcan, helping people access useful supplies without unnecessary hurdles. (</w:t>
      </w:r>
      <w:hyperlink r:id="rId9">
        <w:r>
          <w:rPr>
            <w:color w:val="0000EE"/>
            <w:u w:val="single"/>
          </w:rPr>
          <w:t>[2]</w:t>
        </w:r>
      </w:hyperlink>
      <w:r>
        <w:t xml:space="preserve">, </w:t>
      </w:r>
      <w:hyperlink r:id="rId11">
        <w:r>
          <w:rPr>
            <w:color w:val="0000EE"/>
            <w:u w:val="single"/>
          </w:rPr>
          <w:t>[3]</w:t>
        </w:r>
      </w:hyperlink>
      <w:r>
        <w:t>)</w:t>
      </w:r>
      <w:r/>
    </w:p>
    <w:p>
      <w:r/>
      <w:r>
        <w:t>That combination is important because prevention works best when it feels practical rather than intimidating. A discreet test, a straightforward pharmacy visit or a conversation about PrEP can be a much easier first step than many people expect. Meanwhile, confidential services help create the privacy people understandably want when discussing sexual health. (</w:t>
      </w:r>
      <w:hyperlink r:id="rId12">
        <w:r>
          <w:rPr>
            <w:color w:val="0000EE"/>
            <w:u w:val="single"/>
          </w:rPr>
          <w:t>[4]</w:t>
        </w:r>
      </w:hyperlink>
      <w:r>
        <w:t xml:space="preserve">, </w:t>
      </w:r>
      <w:hyperlink r:id="rId13">
        <w:r>
          <w:rPr>
            <w:color w:val="0000EE"/>
            <w:u w:val="single"/>
          </w:rPr>
          <w:t>[6]</w:t>
        </w:r>
      </w:hyperlink>
      <w:r>
        <w:t>)</w:t>
      </w:r>
      <w:r/>
    </w:p>
    <w:p>
      <w:pPr>
        <w:pStyle w:val="Heading2"/>
      </w:pPr>
      <w:r>
        <w:t>Why support services are part of better care</w:t>
      </w:r>
      <w:r/>
    </w:p>
    <w:p>
      <w:r/>
      <w:r>
        <w:t>Medical appointments are only one piece of the puzzle. Hope &amp; Help also provides Ryan White case management, support groups and assistance designed to help people stay connected to treatment and other essential resources. These services can offer reassurance at moments when paperwork, costs or uncertainty might otherwise become overwhelming. (</w:t>
      </w:r>
      <w:hyperlink r:id="rId11">
        <w:r>
          <w:rPr>
            <w:color w:val="0000EE"/>
            <w:u w:val="single"/>
          </w:rPr>
          <w:t>[3]</w:t>
        </w:r>
      </w:hyperlink>
      <w:r>
        <w:t xml:space="preserve">, </w:t>
      </w:r>
      <w:hyperlink r:id="rId12">
        <w:r>
          <w:rPr>
            <w:color w:val="0000EE"/>
            <w:u w:val="single"/>
          </w:rPr>
          <w:t>[4]</w:t>
        </w:r>
      </w:hyperlink>
      <w:r>
        <w:t>)</w:t>
      </w:r>
      <w:r/>
    </w:p>
    <w:p>
      <w:r/>
      <w:r>
        <w:t>The organisation’s community work extends to syringe exchange and outreach activity, including mobile services. That approach brings support closer to people who may not find traditional healthcare easy to reach. According to the CDC’s National Prevention Information Network, Hope &amp; Help serves as a community resource for HIV-related care and prevention in the region. (</w:t>
      </w:r>
      <w:hyperlink r:id="rId10">
        <w:r>
          <w:rPr>
            <w:color w:val="0000EE"/>
            <w:u w:val="single"/>
          </w:rPr>
          <w:t>[5]</w:t>
        </w:r>
      </w:hyperlink>
      <w:r>
        <w:t>)</w:t>
      </w:r>
      <w:r/>
    </w:p>
    <w:p>
      <w:pPr>
        <w:pStyle w:val="Heading2"/>
      </w:pPr>
      <w:r>
        <w:t>A whole-person approach across Central Florida</w:t>
      </w:r>
      <w:r/>
    </w:p>
    <w:p>
      <w:r/>
      <w:r>
        <w:t>Hope &amp; Help’s reach now spans seven counties, with services intended for people from different backgrounds and circumstances. Its stated values include compassion, empowerment, collaboration and innovation, but the practical test is whether people can obtain care without feeling judged or shut out. (</w:t>
      </w:r>
      <w:hyperlink r:id="rId9">
        <w:r>
          <w:rPr>
            <w:color w:val="0000EE"/>
            <w:u w:val="single"/>
          </w:rPr>
          <w:t>[2]</w:t>
        </w:r>
      </w:hyperlink>
      <w:r>
        <w:t xml:space="preserve">, </w:t>
      </w:r>
      <w:hyperlink r:id="rId13">
        <w:r>
          <w:rPr>
            <w:color w:val="0000EE"/>
            <w:u w:val="single"/>
          </w:rPr>
          <w:t>[6]</w:t>
        </w:r>
      </w:hyperlink>
      <w:r>
        <w:t>)</w:t>
      </w:r>
      <w:r/>
    </w:p>
    <w:p>
      <w:r/>
      <w:r>
        <w:t>The organisation’s work also reflects a broader shift in public health. Effective HIV care increasingly links clinical treatment with education, prevention, mental wellbeing and social support. It’s a less tidy model than simply handing someone a prescription, but it’s closer to real life, where health rarely arrives in separate, neatly labelled boxes. (</w:t>
      </w:r>
      <w:hyperlink r:id="rId11">
        <w:r>
          <w:rPr>
            <w:color w:val="0000EE"/>
            <w:u w:val="single"/>
          </w:rPr>
          <w:t>[3]</w:t>
        </w:r>
      </w:hyperlink>
      <w:r>
        <w:t xml:space="preserve">, </w:t>
      </w:r>
      <w:hyperlink r:id="rId10">
        <w:r>
          <w:rPr>
            <w:color w:val="0000EE"/>
            <w:u w:val="single"/>
          </w:rPr>
          <w:t>[5]</w:t>
        </w:r>
      </w:hyperlink>
      <w:r>
        <w:t>)</w:t>
      </w:r>
      <w:r/>
    </w:p>
    <w:p>
      <w:pPr>
        <w:pStyle w:val="Heading2"/>
      </w:pPr>
      <w:r>
        <w:t>What comes next for Hope &amp; Help?</w:t>
      </w:r>
      <w:r/>
    </w:p>
    <w:p>
      <w:r/>
      <w:r>
        <w:t>Since expanding from a social-services organisation into a full healthcare provider in 2018, Hope &amp; Help has continued to build on its community roots. Its 2029 ambition is to become Central Florida’s premier health resource while helping reduce new HIV infections. That is a substantial goal, but the organisation already has the ingredients that matter: local trust, accessible services and a clear focus on underserved communities. (</w:t>
      </w:r>
      <w:hyperlink r:id="rId14">
        <w:r>
          <w:rPr>
            <w:color w:val="0000EE"/>
            <w:u w:val="single"/>
          </w:rPr>
          <w:t>[1]</w:t>
        </w:r>
      </w:hyperlink>
      <w:r>
        <w:t xml:space="preserve">, </w:t>
      </w:r>
      <w:hyperlink r:id="rId15">
        <w:r>
          <w:rPr>
            <w:color w:val="0000EE"/>
            <w:u w:val="single"/>
          </w:rPr>
          <w:t>[7]</w:t>
        </w:r>
      </w:hyperlink>
      <w:r>
        <w:t>)</w:t>
      </w:r>
      <w:r/>
    </w:p>
    <w:p>
      <w:r/>
      <w:r>
        <w:t>For residents seeking testing, prevention advice or HIV care, the best starting point is to contact Hope &amp; Help directly and ask which service fits their needs. No one should have to navigate a complicated health system alone, especially when confidential, community-based support is available. (</w:t>
      </w:r>
      <w:hyperlink r:id="rId9">
        <w:r>
          <w:rPr>
            <w:color w:val="0000EE"/>
            <w:u w:val="single"/>
          </w:rPr>
          <w:t>[2]</w:t>
        </w:r>
      </w:hyperlink>
      <w:r>
        <w:t xml:space="preserve">, </w:t>
      </w:r>
      <w:hyperlink r:id="rId13">
        <w:r>
          <w:rPr>
            <w:color w:val="0000EE"/>
            <w:u w:val="single"/>
          </w:rPr>
          <w:t>[6]</w:t>
        </w:r>
      </w:hyperlink>
      <w:r>
        <w:t>)</w:t>
      </w:r>
      <w:r/>
    </w:p>
    <w:p>
      <w:r/>
      <w:r>
        <w:t>Hope &amp; Help shows how compassionate care can turn community trust into healthier lives.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0">
        <w:r>
          <w:rPr>
            <w:color w:val="0000EE"/>
            <w:u w:val="single"/>
          </w:rPr>
          <w:t>[5]</w:t>
        </w:r>
      </w:hyperlink>
      <w:r>
        <w:t xml:space="preserve">- Paragraph 9: </w:t>
      </w:r>
      <w:hyperlink r:id="rId14">
        <w:r>
          <w:rPr>
            <w:color w:val="0000EE"/>
            <w:u w:val="single"/>
          </w:rPr>
          <w:t>[1]</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https://www.orlandomagazine.com/faces-of-orl-2026-the-faces-of-community-wellness/</w:t>
        </w:r>
      </w:hyperlink>
      <w:r>
        <w:t xml:space="preserve"> - Please view link - unable to able to access data</w:t>
      </w:r>
      <w:r/>
    </w:p>
    <w:p>
      <w:pPr>
        <w:pStyle w:val="ListNumber"/>
        <w:spacing w:line="240" w:lineRule="auto"/>
        <w:ind w:left="720"/>
      </w:pPr>
      <w:r/>
      <w:hyperlink r:id="rId9">
        <w:r>
          <w:rPr>
            <w:color w:val="0000EE"/>
            <w:u w:val="single"/>
          </w:rPr>
          <w:t>https://hopeandhelp.org/home/</w:t>
        </w:r>
      </w:hyperlink>
      <w:r>
        <w:t xml:space="preserve"> - Hope &amp; Help Center of Central Florida began in 1988 as a small support group in an Orlando church basement, providing essential care during the AIDS crisis. It has since evolved into a leading 501(c)(3) non-profit and primary care clinic specialising in HIV, offering comprehensive health services across seven counties in Florida. The organisation's mission is to deliver compassionate, comprehensive care and education that eliminates HIV transmission and reduces health disparities, addressing social determinants and empowering underserved communities. Services include confidential HIV, STI, and Hepatitis C testing; on-site clinic, primary care, and pharmacy care; PrEP, nPEP, Ryan White case management; support groups; syringe exchange; and free condom and Narcan distribution. A whole-person approach, combined with community outreach and mobile units, removes barriers and fosters wellness across seven counties. Evolving from social services to a full healthcare provider since 2018, Hope &amp; Help has built deep community trust. Its 2029 vision is to become the premier health resource, achieving a significant reduction in new HIV cases. Hope &amp; Help turns hope into action, help into healing, isolation into belonging, and challenges into healthier, empowered lives, profoundly impacting Central Florida.</w:t>
      </w:r>
      <w:r/>
    </w:p>
    <w:p>
      <w:pPr>
        <w:pStyle w:val="ListNumber"/>
        <w:spacing w:line="240" w:lineRule="auto"/>
        <w:ind w:left="720"/>
      </w:pPr>
      <w:r/>
      <w:hyperlink r:id="rId11">
        <w:r>
          <w:rPr>
            <w:color w:val="0000EE"/>
            <w:u w:val="single"/>
          </w:rPr>
          <w:t>https://hopeandhelp.org/solution/</w:t>
        </w:r>
      </w:hyperlink>
      <w:r>
        <w:t xml:space="preserve"> - Hope &amp; Help Center of Central Florida offers a comprehensive range of services, including confidential HIV, STI, and Hepatitis C testing; on-site clinic, primary care, and pharmacy care; PrEP, nPEP, Ryan White case management; support groups; syringe exchange; and free condom and Narcan distribution. Their mission is to deliver compassionate, comprehensive care and education that eliminates HIV transmission and reduces health disparities in Central Florida, addressing social determinants and empowering underserved communities. The organisation's core values include compassion, integrity, empowerment, innovation, collaboration, and excellence, ensuring inclusive access for all, regardless of identity or circumstance.</w:t>
      </w:r>
      <w:r/>
    </w:p>
    <w:p>
      <w:pPr>
        <w:pStyle w:val="ListNumber"/>
        <w:spacing w:line="240" w:lineRule="auto"/>
        <w:ind w:left="720"/>
      </w:pPr>
      <w:r/>
      <w:hyperlink r:id="rId12">
        <w:r>
          <w:rPr>
            <w:color w:val="0000EE"/>
            <w:u w:val="single"/>
          </w:rPr>
          <w:t>https://hopeandhelp.org/solution/health-care-assistance-program/</w:t>
        </w:r>
      </w:hyperlink>
      <w:r>
        <w:t xml:space="preserve"> - Hope &amp; Help Center of Central Florida's Health Care Assistance Program aims to remove barriers to care for patients, including co-pays, transportation, and food insecurity. The program is powered by the 340B drug discount program, making HIV and STI prevention and treatment accessible, affordable, and patient-centred. By using a participating provider and pharmacy, patients receive comprehensive support and help provide access to quality services for others. The program offers patient benefits such as free condoms and wellness resources, support groups, access to all services from Hope &amp; Help, a free consultation with a medical provider, a dedicated advisor to guide patients through each step, and mental health referrals.</w:t>
      </w:r>
      <w:r/>
    </w:p>
    <w:p>
      <w:pPr>
        <w:pStyle w:val="ListNumber"/>
        <w:spacing w:line="240" w:lineRule="auto"/>
        <w:ind w:left="720"/>
      </w:pPr>
      <w:r/>
      <w:hyperlink r:id="rId10">
        <w:r>
          <w:rPr>
            <w:color w:val="0000EE"/>
            <w:u w:val="single"/>
          </w:rPr>
          <w:t>https://npin.cdc.gov/organization/hope-and-help</w:t>
        </w:r>
      </w:hyperlink>
      <w:r>
        <w:t xml:space="preserve"> - Hope &amp; Help Center of Central Florida is a non-profit health centre offering HIV/STD/Hepatitis C testing, treatment, and primary medical care. Their mission is to inspire, equip, and mobilise people to take action against HIV/AIDS. For over 30 years, Hope &amp; Help has provided health services, community outreach programs, and launched HIV awareness campaigns to prevent new HIV transmissions. Services include free HIV, Hepatitis B, Hepatitis C, and STI testing; prevention services such as condom distribution, HIV test counselling, and HIV/AIDS prevention education; and payment and low-cost options including fee, insurance accepted, PrEP for uninsured, and sliding scale.</w:t>
      </w:r>
      <w:r/>
    </w:p>
    <w:p>
      <w:pPr>
        <w:pStyle w:val="ListNumber"/>
        <w:spacing w:line="240" w:lineRule="auto"/>
        <w:ind w:left="720"/>
      </w:pPr>
      <w:r/>
      <w:hyperlink r:id="rId13">
        <w:r>
          <w:rPr>
            <w:color w:val="0000EE"/>
            <w:u w:val="single"/>
          </w:rPr>
          <w:t>https://hopeandhelp.org/</w:t>
        </w:r>
      </w:hyperlink>
      <w:r>
        <w:t xml:space="preserve"> - Hope &amp; Help Center of Central Florida is a non-profit health centre offering HIV/STD/Hepatitis C testing, treatment, and primary medical care. Their mission is to inspire, equip, and mobilise people to take action against HIV/AIDS. For over 30 years, Hope &amp; Help has provided health services, community outreach programs, and launched HIV awareness campaigns to prevent new HIV transmissions. Services include primary medical care, Ryan White case management, pharmacy, peer mentoring, mobile testing unit, HIV prevention classes, food pantry, free HIV testing, free condoms, Hormone Replacement Therapy (HRT), STD testing and treatment, and HIV treatment.</w:t>
      </w:r>
      <w:r/>
    </w:p>
    <w:p>
      <w:pPr>
        <w:pStyle w:val="ListNumber"/>
        <w:spacing w:line="240" w:lineRule="auto"/>
        <w:ind w:left="720"/>
      </w:pPr>
      <w:r/>
      <w:hyperlink r:id="rId15">
        <w:r>
          <w:rPr>
            <w:color w:val="0000EE"/>
            <w:u w:val="single"/>
          </w:rPr>
          <w:t>https://headdressgala.com/hope-help-center/</w:t>
        </w:r>
      </w:hyperlink>
      <w:r>
        <w:t xml:space="preserve"> - Hope &amp; Help Center of Central Florida is a community impact partner of the Headdress Gala. For over 30 years, Hope &amp; Help has been on the front lines of the HIV/STI epidemic, providing comprehensive health education, prevention, testing, and treatment across seven Central Florida counties. Their mission is to remove barriers to healthcare, serve thousands annually, and save lives. Services include prevention and education through community outreach programs, health education workshops, risk reduction counselling, and PrEP access; treatment and care for HIV+ patients, case management services, medication assistance programs, and mental health support; and testing and diagnosis with free HIV/STI testing, rapid testing with same-day results, confidential services, and mobile testing units.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peandhelp.org/home/" TargetMode="External"/><Relationship Id="rId10" Type="http://schemas.openxmlformats.org/officeDocument/2006/relationships/hyperlink" Target="https://npin.cdc.gov/organization/hope-and-help" TargetMode="External"/><Relationship Id="rId11" Type="http://schemas.openxmlformats.org/officeDocument/2006/relationships/hyperlink" Target="https://hopeandhelp.org/solution/" TargetMode="External"/><Relationship Id="rId12" Type="http://schemas.openxmlformats.org/officeDocument/2006/relationships/hyperlink" Target="https://hopeandhelp.org/solution/health-care-assistance-program/" TargetMode="External"/><Relationship Id="rId13" Type="http://schemas.openxmlformats.org/officeDocument/2006/relationships/hyperlink" Target="https://hopeandhelp.org/" TargetMode="External"/><Relationship Id="rId14" Type="http://schemas.openxmlformats.org/officeDocument/2006/relationships/hyperlink" Target="https://www.orlandomagazine.com/faces-of-orl-2026-the-faces-of-community-wellness/" TargetMode="External"/><Relationship Id="rId15" Type="http://schemas.openxmlformats.org/officeDocument/2006/relationships/hyperlink" Target="https://headdressgala.com/hope-help-cen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