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Free queer art exhibition in San Francisco invites fresh perspectives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being invited to explore queer stories through a free art exhibition at the SF Disability Cultural Center in San Francisco. With an RSVP required, the showcase offers a thoughtful alternative to tidy cultural categories, bringing overlooked experiences into view through colour, image and personal storytelling.</w:t>
      </w:r>
      <w:r/>
    </w:p>
    <w:p>
      <w:pPr>
        <w:pStyle w:val="Heading2"/>
      </w:pPr>
      <w:r>
        <w:t>Essential Takeaways</w:t>
      </w:r>
      <w:r/>
      <w:r/>
    </w:p>
    <w:p>
      <w:pPr>
        <w:pStyle w:val="ListBullet"/>
        <w:spacing w:line="240" w:lineRule="auto"/>
        <w:ind w:left="720"/>
      </w:pPr>
      <w:r/>
      <w:r>
        <w:rPr>
          <w:b/>
        </w:rPr>
        <w:t>Where:</w:t>
      </w:r>
      <w:r>
        <w:t xml:space="preserve"> SF Disability Cultural Center, 165 Grove Street, San Francisco.</w:t>
      </w:r>
      <w:r/>
    </w:p>
    <w:p>
      <w:pPr>
        <w:pStyle w:val="ListBullet"/>
        <w:spacing w:line="240" w:lineRule="auto"/>
        <w:ind w:left="720"/>
      </w:pPr>
      <w:r/>
      <w:r>
        <w:rPr>
          <w:b/>
        </w:rPr>
        <w:t>Cost:</w:t>
      </w:r>
      <w:r>
        <w:t xml:space="preserve"> Entry is free, although visitors must RSVP.</w:t>
      </w:r>
      <w:r/>
    </w:p>
    <w:p>
      <w:pPr>
        <w:pStyle w:val="ListBullet"/>
        <w:spacing w:line="240" w:lineRule="auto"/>
        <w:ind w:left="720"/>
      </w:pPr>
      <w:r/>
      <w:r>
        <w:rPr>
          <w:b/>
        </w:rPr>
        <w:t>Focus:</w:t>
      </w:r>
      <w:r>
        <w:t xml:space="preserve"> The exhibition explores queer experiences that are often underrepresented or pushed outside mainstream narratives.</w:t>
      </w:r>
      <w:r/>
    </w:p>
    <w:p>
      <w:pPr>
        <w:pStyle w:val="ListBullet"/>
        <w:spacing w:line="240" w:lineRule="auto"/>
        <w:ind w:left="720"/>
      </w:pPr>
      <w:r/>
      <w:r>
        <w:rPr>
          <w:b/>
        </w:rPr>
        <w:t>Why visit:</w:t>
      </w:r>
      <w:r>
        <w:t xml:space="preserve"> It offers a chance to encounter different viewpoints through visual art rather than polished, one-size-fits-all messaging.</w:t>
      </w:r>
      <w:r/>
    </w:p>
    <w:p>
      <w:pPr>
        <w:pStyle w:val="ListBullet"/>
        <w:spacing w:line="240" w:lineRule="auto"/>
        <w:ind w:left="720"/>
      </w:pPr>
      <w:r/>
      <w:r>
        <w:rPr>
          <w:b/>
        </w:rPr>
        <w:t>Before you go:</w:t>
      </w:r>
      <w:r>
        <w:t xml:space="preserve"> Check the organiser's latest details, as dates and arrangements can change.</w:t>
      </w:r>
      <w:r/>
      <w:r/>
    </w:p>
    <w:p>
      <w:pPr>
        <w:pStyle w:val="Heading2"/>
      </w:pPr>
      <w:r>
        <w:t>A free exhibition with something to say</w:t>
      </w:r>
      <w:r/>
    </w:p>
    <w:p>
      <w:r/>
      <w:r>
        <w:t>The strongest invitation here isn't simply to look at art, but to spend time with stories that are often kept out of sight. At San Francisco's SF Disability Cultural Center, the exhibition uses visual work to explore queer lives, identities and viewpoints that don't always fit familiar labels.</w:t>
      </w:r>
      <w:r/>
    </w:p>
    <w:p>
      <w:r/>
      <w:r>
        <w:t>That can make for a more personal experience than a conventional gallery stroll. A colour choice, painted gesture or handwritten mark may carry political weight, even before anyone explains it. Related queer arts programmes in San Francisco have likewise used exhibitions and festivals to make room for self-expression, community memory and challenging conversations, according to the San Francisco LGBT Community Center and the Queer Cultural Center.</w:t>
      </w:r>
      <w:r/>
    </w:p>
    <w:p>
      <w:pPr>
        <w:pStyle w:val="Heading2"/>
      </w:pPr>
      <w:r>
        <w:t>Why queer art still needs space</w:t>
      </w:r>
      <w:r/>
    </w:p>
    <w:p>
      <w:r/>
      <w:r>
        <w:t>The exhibition's premise is straightforward: art isn't separate from the world around it. Artists make choices about what to show, whose perspective to centre and which assumptions to question. Those decisions can feel quietly radical, particularly when the work focuses on people or experiences that have been overlooked.</w:t>
      </w:r>
      <w:r/>
    </w:p>
    <w:p>
      <w:r/>
      <w:r>
        <w:t>San Francisco has a long history of presenting LGBTQ+ art as both cultural record and public conversation. Exhibitions such as "Authentic Selves" at San Francisco Public Library have highlighted identity through personal narratives, while other community showcases have brought together work that is open, celebratory and sometimes deliberately uncomfortable.</w:t>
      </w:r>
      <w:r/>
    </w:p>
    <w:p>
      <w:pPr>
        <w:pStyle w:val="Heading2"/>
      </w:pPr>
      <w:r>
        <w:t>Expect stories beyond neat categories</w:t>
      </w:r>
      <w:r/>
    </w:p>
    <w:p>
      <w:r/>
      <w:r>
        <w:t>One of the most appealing aspects of this exhibition is its refusal to make every story easy to package. Queer lives aren't a single visual style or political position, and the organisers appear keen to preserve that variety rather than smooth it away.</w:t>
      </w:r>
      <w:r/>
    </w:p>
    <w:p>
      <w:r/>
      <w:r>
        <w:t>That approach echoes other local exhibitions, including projects presented by the San Francisco LGBT Community Center and Castro LGBTQ Cultural District. Some have focused on visibility and pride, while others have made space for quieter, more complicated experiences. For visitors, the result may be less about agreeing with every viewpoint and more about noticing how limited a single viewpoint can be.</w:t>
      </w:r>
      <w:r/>
    </w:p>
    <w:p>
      <w:pPr>
        <w:pStyle w:val="Heading2"/>
      </w:pPr>
      <w:r>
        <w:t>What to know before visiting</w:t>
      </w:r>
      <w:r/>
    </w:p>
    <w:p>
      <w:r/>
      <w:r>
        <w:t>The event is scheduled at the SF Disability Cultural Center, 165 Grove Street, San Francisco. Admission is free, but an RSVP is required, so it's worth registering before setting out rather than relying on a last-minute visit.</w:t>
      </w:r>
      <w:r/>
    </w:p>
    <w:p>
      <w:r/>
      <w:r>
        <w:t>Practical details matter, especially for anyone planning around access needs, travel time or a busy city day. The organiser advises checking the event information directly, since timings, availability and other arrangements can change. The venue's connection to disability culture also adds useful context: inclusion isn't just a theme on the wall, but part of how audiences should be welcomed into the space.</w:t>
      </w:r>
      <w:r/>
    </w:p>
    <w:p>
      <w:pPr>
        <w:pStyle w:val="Heading2"/>
      </w:pPr>
      <w:r>
        <w:t>A small show can open a bigger conversation</w:t>
      </w:r>
      <w:r/>
    </w:p>
    <w:p>
      <w:r/>
      <w:r>
        <w:t>Community exhibitions don't need blockbuster budgets to make an impact. A modest room, a few carefully chosen works and the right questions can leave visitors thinking long after they've left. That's particularly true when the art asks people to look beyond the stories that usually reach them.</w:t>
      </w:r>
      <w:r/>
    </w:p>
    <w:p>
      <w:r/>
      <w:r>
        <w:t>For anyone curious about queer art exhibitions in San Francisco, this free showcase offers an accessible starting point. It may challenge, surprise or simply slow you down for a while, which is often exactly what good art is meant to do.</w:t>
      </w:r>
      <w:r/>
    </w:p>
    <w:p>
      <w:r/>
      <w:r>
        <w:t>Explore the exhibition with an open mind, and check the latest event details before you go.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https://sf.funcheap.com/queer-art-exhibition-sf-disability-cultural-center/</w:t>
        </w:r>
      </w:hyperlink>
      <w:r>
        <w:t xml:space="preserve"> - Please view link - unable to able to access data</w:t>
      </w:r>
      <w:r/>
    </w:p>
    <w:p>
      <w:pPr>
        <w:pStyle w:val="ListNumber"/>
        <w:spacing w:line="240" w:lineRule="auto"/>
        <w:ind w:left="720"/>
      </w:pPr>
      <w:r/>
      <w:hyperlink r:id="rId10">
        <w:r>
          <w:rPr>
            <w:color w:val="0000EE"/>
            <w:u w:val="single"/>
          </w:rPr>
          <w:t>https://www.sfcenter.org/event/open-heart-open-art-exhibit-opening/</w:t>
        </w:r>
      </w:hyperlink>
      <w:r>
        <w:t xml:space="preserve"> - The SF LGBT Center is hosting the 'Open Heart, Open Art' exhibition, opening on November 7, 2024. This event features original works by four queer elder artists, celebrating themes of aging, intergenerational wisdom, and pride within the LGBTQ+ community. The exhibition will be open for public viewing from November 11 to December 24, 2024. (</w:t>
      </w:r>
      <w:hyperlink r:id="rId16">
        <w:r>
          <w:rPr>
            <w:color w:val="0000EE"/>
            <w:u w:val="single"/>
          </w:rPr>
          <w:t>sfcenter.org</w:t>
        </w:r>
      </w:hyperlink>
      <w:r>
        <w:t>)</w:t>
      </w:r>
      <w:r/>
    </w:p>
    <w:p>
      <w:pPr>
        <w:pStyle w:val="ListNumber"/>
        <w:spacing w:line="240" w:lineRule="auto"/>
        <w:ind w:left="720"/>
      </w:pPr>
      <w:r/>
      <w:hyperlink r:id="rId11">
        <w:r>
          <w:rPr>
            <w:color w:val="0000EE"/>
            <w:u w:val="single"/>
          </w:rPr>
          <w:t>https://queerculturalcenter.org/national-queer-arts-festival-2/</w:t>
        </w:r>
      </w:hyperlink>
      <w:r>
        <w:t xml:space="preserve"> - The National Queer Arts Festival (NQAF) is an annual multidisciplinary festival held from May through July throughout the San Francisco Bay Area. The 2024 theme, 'JOYPOCALYPSE', focuses on collective liberatory queer joy during ongoing collective trauma. The festival supports over twenty performances, visual arts exhibitions, and interdisciplinary showcases, centering QTI2SBIPOC artists. (</w:t>
      </w:r>
      <w:hyperlink r:id="rId17">
        <w:r>
          <w:rPr>
            <w:color w:val="0000EE"/>
            <w:u w:val="single"/>
          </w:rPr>
          <w:t>queerculturalcenter.org</w:t>
        </w:r>
      </w:hyperlink>
      <w:r>
        <w:t>)</w:t>
      </w:r>
      <w:r/>
    </w:p>
    <w:p>
      <w:pPr>
        <w:pStyle w:val="ListNumber"/>
        <w:spacing w:line="240" w:lineRule="auto"/>
        <w:ind w:left="720"/>
      </w:pPr>
      <w:r/>
      <w:hyperlink r:id="rId12">
        <w:r>
          <w:rPr>
            <w:color w:val="0000EE"/>
            <w:u w:val="single"/>
          </w:rPr>
          <w:t>https://www.sfcenter.org/event/out-proud-quietly-loud-art-exhibit-closing/</w:t>
        </w:r>
      </w:hyperlink>
      <w:r>
        <w:t xml:space="preserve"> - The 'Out Proud, Quietly Loud' exhibition at the SF LGBT Center runs from May 20 to June 27, 2024. This showcase brings together works by emerging and established Asian artists from the U.S., Canada, and worldwide, exploring the intersection of queerness, identity, and representation within the queer Asian community. (</w:t>
      </w:r>
      <w:hyperlink r:id="rId18">
        <w:r>
          <w:rPr>
            <w:color w:val="0000EE"/>
            <w:u w:val="single"/>
          </w:rPr>
          <w:t>sfcenter.org</w:t>
        </w:r>
      </w:hyperlink>
      <w:r>
        <w:t>)</w:t>
      </w:r>
      <w:r/>
    </w:p>
    <w:p>
      <w:pPr>
        <w:pStyle w:val="ListNumber"/>
        <w:spacing w:line="240" w:lineRule="auto"/>
        <w:ind w:left="720"/>
      </w:pPr>
      <w:r/>
      <w:hyperlink r:id="rId13">
        <w:r>
          <w:rPr>
            <w:color w:val="0000EE"/>
            <w:u w:val="single"/>
          </w:rPr>
          <w:t>https://sfpl.org/exhibits/2024/05/03/authentic-selves</w:t>
        </w:r>
      </w:hyperlink>
      <w:r>
        <w:t xml:space="preserve"> - The 'Authentic Selves' exhibition at the San Francisco Public Library celebrates trans and non-binary people and their families. Running from May 3 to August 29, 2024, it features photographs and interviews with individuals of all ages who are trans, nonbinary, and gender fluid, aiming to challenge damaging myths and stereotypes about these communities. (</w:t>
      </w:r>
      <w:hyperlink r:id="rId19">
        <w:r>
          <w:rPr>
            <w:color w:val="0000EE"/>
            <w:u w:val="single"/>
          </w:rPr>
          <w:t>sfpl.org</w:t>
        </w:r>
      </w:hyperlink>
      <w:r>
        <w:t>)</w:t>
      </w:r>
      <w:r/>
    </w:p>
    <w:p>
      <w:pPr>
        <w:pStyle w:val="ListNumber"/>
        <w:spacing w:line="240" w:lineRule="auto"/>
        <w:ind w:left="720"/>
      </w:pPr>
      <w:r/>
      <w:hyperlink r:id="rId14">
        <w:r>
          <w:rPr>
            <w:color w:val="0000EE"/>
            <w:u w:val="single"/>
          </w:rPr>
          <w:t>https://castrolgbtq.org/2024/08/22/giving-them-their-flowers-an-art-show-featuring-paintings-by-tanya-wischerath-serge-gay-jr/</w:t>
        </w:r>
      </w:hyperlink>
      <w:r>
        <w:t xml:space="preserve"> - The 'Giving Them Their Flowers' art show features paintings by Tanya Wischerath and Serge Gay Jr., commissioned by the Castro LGBTQ Cultural District. The exhibition, titled 'Living Lesbian Legends' and 'Circle of Change', will be held at Queer Arts Featured (QAF) from November 1, 2024, to January 5, 2025, with an opening reception on November 1, 2024. (</w:t>
      </w:r>
      <w:hyperlink r:id="rId20">
        <w:r>
          <w:rPr>
            <w:color w:val="0000EE"/>
            <w:u w:val="single"/>
          </w:rPr>
          <w:t>castrolgbtq.org</w:t>
        </w:r>
      </w:hyperlink>
      <w:r>
        <w:t>)</w:t>
      </w:r>
      <w:r/>
    </w:p>
    <w:p>
      <w:pPr>
        <w:pStyle w:val="ListNumber"/>
        <w:spacing w:line="240" w:lineRule="auto"/>
        <w:ind w:left="720"/>
      </w:pPr>
      <w:r/>
      <w:hyperlink r:id="rId15">
        <w:r>
          <w:rPr>
            <w:color w:val="0000EE"/>
            <w:u w:val="single"/>
          </w:rPr>
          <w:t>https://www.stillheresf.org/</w:t>
        </w:r>
      </w:hyperlink>
      <w:r>
        <w:t xml:space="preserve"> - Still Here San Francisco (SHSF) is an intergenerational cultural preservation project amplifying the voices and creativity of LGBTQ2S+ Black, Indigenous, and People of Color raised on the unceded, traditional land of the Yelamu Ohlone people. Founded in 2012, SHSF is made possible with the support of the Queer Cultural Center, the San Francisco Arts Commission, and the California Arts Council. (</w:t>
      </w:r>
      <w:hyperlink r:id="rId21">
        <w:r>
          <w:rPr>
            <w:color w:val="0000EE"/>
            <w:u w:val="single"/>
          </w:rPr>
          <w:t>stillheresf.org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funcheap.com/queer-art-exhibition-sf-disability-cultural-center/" TargetMode="External"/><Relationship Id="rId10" Type="http://schemas.openxmlformats.org/officeDocument/2006/relationships/hyperlink" Target="https://www.sfcenter.org/event/open-heart-open-art-exhibit-opening/" TargetMode="External"/><Relationship Id="rId11" Type="http://schemas.openxmlformats.org/officeDocument/2006/relationships/hyperlink" Target="https://queerculturalcenter.org/national-queer-arts-festival-2/" TargetMode="External"/><Relationship Id="rId12" Type="http://schemas.openxmlformats.org/officeDocument/2006/relationships/hyperlink" Target="https://www.sfcenter.org/event/out-proud-quietly-loud-art-exhibit-closing/" TargetMode="External"/><Relationship Id="rId13" Type="http://schemas.openxmlformats.org/officeDocument/2006/relationships/hyperlink" Target="https://sfpl.org/exhibits/2024/05/03/authentic-selves" TargetMode="External"/><Relationship Id="rId14" Type="http://schemas.openxmlformats.org/officeDocument/2006/relationships/hyperlink" Target="https://castrolgbtq.org/2024/08/22/giving-them-their-flowers-an-art-show-featuring-paintings-by-tanya-wischerath-serge-gay-jr/" TargetMode="External"/><Relationship Id="rId15" Type="http://schemas.openxmlformats.org/officeDocument/2006/relationships/hyperlink" Target="https://www.stillheresf.org/" TargetMode="External"/><Relationship Id="rId16" Type="http://schemas.openxmlformats.org/officeDocument/2006/relationships/hyperlink" Target="https://www.sfcenter.org/event/open-heart-open-art-exhibit-opening/?utm_source=openai" TargetMode="External"/><Relationship Id="rId17" Type="http://schemas.openxmlformats.org/officeDocument/2006/relationships/hyperlink" Target="https://queerculturalcenter.org/national-queer-arts-festival-2/?utm_source=openai" TargetMode="External"/><Relationship Id="rId18" Type="http://schemas.openxmlformats.org/officeDocument/2006/relationships/hyperlink" Target="https://www.sfcenter.org/event/out-proud-quietly-loud-art-exhibit-closing/?utm_source=openai" TargetMode="External"/><Relationship Id="rId19" Type="http://schemas.openxmlformats.org/officeDocument/2006/relationships/hyperlink" Target="https://sfpl.org/exhibits/2024/05/03/authentic-selves?utm_source=openai" TargetMode="External"/><Relationship Id="rId20" Type="http://schemas.openxmlformats.org/officeDocument/2006/relationships/hyperlink" Target="https://castrolgbtq.org/2024/08/22/giving-them-their-flowers-an-art-show-featuring-paintings-by-tanya-wischerath-serge-gay-jr/?utm_source=openai" TargetMode="External"/><Relationship Id="rId21" Type="http://schemas.openxmlformats.org/officeDocument/2006/relationships/hyperlink" Target="https://www.stillheresf.org/?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