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Chulo: A Queer Latino Short Film About Love and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Chulo, a queer Latino short film shaped by longing, intimacy and the need to feel truly seen. With screenings connected to Casa Chulo and National Latinx HIV/AIDS Awareness Day, the project matters because it places emotional connection, rather than spectacle, at the heart of queer Latino storytelling.</w:t>
      </w:r>
      <w:r/>
    </w:p>
    <w:p>
      <w:pPr>
        <w:pStyle w:val="Heading2"/>
      </w:pPr>
      <w:r>
        <w:t>Essential Takeaways</w:t>
      </w:r>
      <w:r/>
      <w:r/>
    </w:p>
    <w:p>
      <w:pPr>
        <w:pStyle w:val="ListBullet"/>
        <w:spacing w:line="240" w:lineRule="auto"/>
        <w:ind w:left="720"/>
      </w:pPr>
      <w:r/>
      <w:r>
        <w:rPr>
          <w:b/>
        </w:rPr>
        <w:t>A personal story:</w:t>
      </w:r>
      <w:r>
        <w:t xml:space="preserve"> Chulo draws on creator Alex's experiences as a queer Latino man.</w:t>
      </w:r>
      <w:r/>
    </w:p>
    <w:p>
      <w:pPr>
        <w:pStyle w:val="ListBullet"/>
        <w:spacing w:line="240" w:lineRule="auto"/>
        <w:ind w:left="720"/>
      </w:pPr>
      <w:r/>
      <w:r>
        <w:rPr>
          <w:b/>
        </w:rPr>
        <w:t>Quiet intimacy:</w:t>
      </w:r>
      <w:r>
        <w:t xml:space="preserve"> The film uses glances, body language and desire to explore connection.</w:t>
      </w:r>
      <w:r/>
    </w:p>
    <w:p>
      <w:pPr>
        <w:pStyle w:val="ListBullet"/>
        <w:spacing w:line="240" w:lineRule="auto"/>
        <w:ind w:left="720"/>
      </w:pPr>
      <w:r/>
      <w:r>
        <w:rPr>
          <w:b/>
        </w:rPr>
        <w:t>More than romance:</w:t>
      </w:r>
      <w:r>
        <w:t xml:space="preserve"> Its central question is what it means to feel understood and chosen.</w:t>
      </w:r>
      <w:r/>
    </w:p>
    <w:p>
      <w:pPr>
        <w:pStyle w:val="ListBullet"/>
        <w:spacing w:line="240" w:lineRule="auto"/>
        <w:ind w:left="720"/>
      </w:pPr>
      <w:r/>
      <w:r>
        <w:rPr>
          <w:b/>
        </w:rPr>
        <w:t>A growing project:</w:t>
      </w:r>
      <w:r>
        <w:t xml:space="preserve"> The short film is intended as the starting point for a possible feature.</w:t>
      </w:r>
      <w:r/>
    </w:p>
    <w:p>
      <w:pPr>
        <w:pStyle w:val="ListBullet"/>
        <w:spacing w:line="240" w:lineRule="auto"/>
        <w:ind w:left="720"/>
      </w:pPr>
      <w:r/>
      <w:r>
        <w:rPr>
          <w:b/>
        </w:rPr>
        <w:t>Community focus:</w:t>
      </w:r>
      <w:r>
        <w:t xml:space="preserve"> Casa Chulo aims to create more room for queer Latino filmmakers and artists.</w:t>
      </w:r>
      <w:r/>
      <w:r/>
    </w:p>
    <w:p>
      <w:pPr>
        <w:pStyle w:val="Heading2"/>
      </w:pPr>
      <w:r>
        <w:t>Chulo finds drama in the space between words</w:t>
      </w:r>
      <w:r/>
    </w:p>
    <w:p>
      <w:r/>
      <w:r>
        <w:t>Some love stories arrive with grand declarations. Chulo appears more interested in the pause before someone speaks, the charged silence across a room and the small movements that reveal what dialogue can't.</w:t>
      </w:r>
      <w:r/>
    </w:p>
    <w:p>
      <w:r/>
      <w:r>
        <w:t xml:space="preserve">Creator Alex built the queer Latino short film around longing and recognition. According to Adelante Magazine, the project explores modern dating between queer Latino men while keeping emotional vulnerability firmly in view. The result is an intimate premise: love isn't simply about being desired, but about being understood. </w:t>
      </w:r>
      <w:hyperlink r:id="rId9">
        <w:r>
          <w:rPr>
            <w:color w:val="0000EE"/>
            <w:u w:val="single"/>
          </w:rPr>
          <w:t>[2]</w:t>
        </w:r>
      </w:hyperlink>
      <w:r/>
    </w:p>
    <w:p>
      <w:r/>
      <w:r>
        <w:t>That focus gives Chulo a soft, searching quality. It also makes the film feel refreshingly human. Sometimes the most revealing moment in a romance is a glance that lasts half a second too long.</w:t>
      </w:r>
      <w:r/>
    </w:p>
    <w:p>
      <w:pPr>
        <w:pStyle w:val="Heading2"/>
      </w:pPr>
      <w:r>
        <w:t>Why representation feels personal here</w:t>
      </w:r>
      <w:r/>
    </w:p>
    <w:p>
      <w:r/>
      <w:r>
        <w:t>For Alex, making Chulo was partly an answer to the shortage of love stories that reflect his own perspective. The film doesn't present queer Latino life as a single, tidy experience, and it doesn't promise a conventionally happy ending.</w:t>
      </w:r>
      <w:r/>
    </w:p>
    <w:p>
      <w:r/>
      <w:r>
        <w:t xml:space="preserve">That matters because queer Latinx storytelling is increasingly moving beyond familiar templates. Coverage of related films and music projects, including Enamorado and Love in Gravity, points to a wider creative conversation about queer Latino identity, romance and belonging. </w:t>
      </w:r>
      <w:hyperlink r:id="rId10">
        <w:r>
          <w:rPr>
            <w:color w:val="0000EE"/>
            <w:u w:val="single"/>
          </w:rPr>
          <w:t>[6]</w:t>
        </w:r>
      </w:hyperlink>
      <w:r>
        <w:t xml:space="preserve">, </w:t>
      </w:r>
      <w:hyperlink r:id="rId11">
        <w:r>
          <w:rPr>
            <w:color w:val="0000EE"/>
            <w:u w:val="single"/>
          </w:rPr>
          <w:t>[7]</w:t>
        </w:r>
      </w:hyperlink>
      <w:r/>
    </w:p>
    <w:p>
      <w:r/>
      <w:r>
        <w:t>Chulo's distinction is its restraint. Rather than relying on explicitness, it centres vulnerability and the emotional risk of allowing another person to see you clearly. For audiences who have spent years hiding parts of themselves, that kind of recognition can land with unusual force.</w:t>
      </w:r>
      <w:r/>
    </w:p>
    <w:p>
      <w:pPr>
        <w:pStyle w:val="Heading2"/>
      </w:pPr>
      <w:r>
        <w:t>A timely film for a wider conversation</w:t>
      </w:r>
      <w:r/>
    </w:p>
    <w:p>
      <w:r/>
      <w:r>
        <w:t xml:space="preserve">The film is being highlighted around National Latinx HIV/AIDS Awareness Day on 15 October, a moment intended to encourage awareness, dialogue and community support. The Body's coverage of the observance underlines the importance of culturally specific conversations about HIV and AIDS, particularly within Latinx communities. </w:t>
      </w:r>
      <w:hyperlink r:id="rId12">
        <w:r>
          <w:rPr>
            <w:color w:val="0000EE"/>
            <w:u w:val="single"/>
          </w:rPr>
          <w:t>[3]</w:t>
        </w:r>
      </w:hyperlink>
      <w:r/>
    </w:p>
    <w:p>
      <w:r/>
      <w:r>
        <w:t>Linking a love story with that wider day isn't about forcing the film into a public-health message. Instead, it opens a useful door. Conversations about health, intimacy and trust become more meaningful when people see themselves represented as whole human beings, rather than reduced to statistics or stereotypes.</w:t>
      </w:r>
      <w:r/>
    </w:p>
    <w:p>
      <w:r/>
      <w:r>
        <w:t>That balance is important. Chulo's emotional world is romantic, but its themes of honesty, connection and acceptance have a broader social resonance.</w:t>
      </w:r>
      <w:r/>
    </w:p>
    <w:p>
      <w:pPr>
        <w:pStyle w:val="Heading2"/>
      </w:pPr>
      <w:r>
        <w:t>Casa Chulo turns a screening into a gathering</w:t>
      </w:r>
      <w:r/>
    </w:p>
    <w:p>
      <w:r/>
      <w:r>
        <w:t>The project has also grown beyond the screen. Casa Chulo was created as a space for queer Latino filmmakers and creatives, building a sense of community around the film rather than treating a premiere as a one-night event.</w:t>
      </w:r>
      <w:r/>
    </w:p>
    <w:p>
      <w:r/>
      <w:r>
        <w:t xml:space="preserve">Details for Casa Chulo screenings describe an experience centred on the film and shared gathering, giving audiences a chance to encounter the project collectively. </w:t>
      </w:r>
      <w:hyperlink r:id="rId13">
        <w:r>
          <w:rPr>
            <w:color w:val="0000EE"/>
            <w:u w:val="single"/>
          </w:rPr>
          <w:t>[4]</w:t>
        </w:r>
      </w:hyperlink>
      <w:r>
        <w:t xml:space="preserve"> That communal element feels especially fitting for a story about people trying to connect. Watching alone can be powerful, but discussing a film afterwards is often where its emotional afterlife begins.</w:t>
      </w:r>
      <w:r/>
    </w:p>
    <w:p>
      <w:r/>
      <w:r>
        <w:t>Alex has described the response to Chulo as evidence that authentic storytelling can bring people together. The project's Instagram accounts, @chulo.shortfilm and @azarlux, offer a route for following future screenings and developments.</w:t>
      </w:r>
      <w:r/>
    </w:p>
    <w:p>
      <w:pPr>
        <w:pStyle w:val="Heading2"/>
      </w:pPr>
      <w:r>
        <w:t>Could this short become a feature?</w:t>
      </w:r>
      <w:r/>
    </w:p>
    <w:p>
      <w:r/>
      <w:r>
        <w:t>Chulo currently exists as a short film, but Alex sees it as the foundation for something larger. The stated ambition is to develop a feature that preserves the project's emotional depth while giving its characters more room to breathe.</w:t>
      </w:r>
      <w:r/>
    </w:p>
    <w:p>
      <w:r/>
      <w:r>
        <w:t>That expansion could be exciting, provided the film keeps its strongest quality: its patience. A feature-length version doesn't need to turn every silence into an explanation. It could instead deepen the questions the short raises about dating, self-protection, desire and the courage to be known.</w:t>
      </w:r>
      <w:r/>
    </w:p>
    <w:p>
      <w:r/>
      <w:r>
        <w:t>For now, Chulo stands as a compact but meaningful piece of queer Latino cinema. Its central idea is simple, yet hardly small: being wanted is one thing, while being genuinely seen is something else altogether.</w:t>
      </w:r>
      <w:r/>
    </w:p>
    <w:p>
      <w:r/>
      <w:r>
        <w:t>It's a small film with a generous invitation: make room for stories that let people feel recognised.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2">
        <w:r>
          <w:rPr>
            <w:color w:val="0000EE"/>
            <w:u w:val="single"/>
          </w:rPr>
          <w:t>[3]</w:t>
        </w:r>
      </w:hyperlink>
      <w:r>
        <w:t xml:space="preserve">- Paragraph 5: </w:t>
      </w:r>
      <w:hyperlink r:id="rId12">
        <w:r>
          <w:rPr>
            <w:color w:val="0000EE"/>
            <w:u w:val="single"/>
          </w:rPr>
          <w:t>[3]</w:t>
        </w:r>
      </w:hyperlink>
      <w:r>
        <w:t xml:space="preserve">- Paragraph 6: </w:t>
      </w:r>
      <w:hyperlink r:id="rId13">
        <w:r>
          <w:rPr>
            <w:color w:val="0000EE"/>
            <w:u w:val="single"/>
          </w:rPr>
          <w:t>[4]</w:t>
        </w:r>
      </w:hyperlink>
      <w:r>
        <w:t xml:space="preserve">- Paragraph 7: </w:t>
      </w:r>
      <w:hyperlink r:id="rId13">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9">
        <w:r>
          <w:rPr>
            <w:color w:val="0000EE"/>
            <w:u w:val="single"/>
          </w:rPr>
          <w:t>[2]</w:t>
        </w:r>
      </w:hyperlink>
      <w:r>
        <w:t xml:space="preserve">, </w:t>
      </w:r>
      <w:hyperlink r:id="rId15">
        <w:r>
          <w:rPr>
            <w:color w:val="0000EE"/>
            <w:u w:val="single"/>
          </w:rPr>
          <w:t>[5]</w:t>
        </w:r>
      </w:hyperlink>
      <w:r>
        <w:t xml:space="preserve">- Paragraph 10: </w:t>
      </w:r>
      <w:hyperlink r:id="rId15">
        <w:r>
          <w:rPr>
            <w:color w:val="0000EE"/>
            <w:u w:val="single"/>
          </w:rPr>
          <w:t>[5]</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https://adelantemagazine.com/chulo-a-love-story-rooted-in-connectionchulo-una-historia-de-amor-arraigada-en-la-conexion/</w:t>
        </w:r>
      </w:hyperlink>
      <w:r>
        <w:t xml:space="preserve"> - Please view link - unable to able to access data</w:t>
      </w:r>
      <w:r/>
    </w:p>
    <w:p>
      <w:pPr>
        <w:pStyle w:val="ListNumber"/>
        <w:spacing w:line="240" w:lineRule="auto"/>
        <w:ind w:left="720"/>
      </w:pPr>
      <w:r/>
      <w:hyperlink r:id="rId9">
        <w:r>
          <w:rPr>
            <w:color w:val="0000EE"/>
            <w:u w:val="single"/>
          </w:rPr>
          <w:t>https://www.flickermagazine.art/post/chulo-queer-latinx-short-film-azar-lux-2026</w:t>
        </w:r>
      </w:hyperlink>
      <w:r>
        <w:t xml:space="preserve"> - 'Chulo' is a queer Latinx short film directed by Alex Orea, also known as Azar Lux. Set in a working-class Los Angeles taqueria, the film tells the story of a young Mexican-American cook who experiences a fleeting, unspoken romance with a new hire. The narrative explores themes of longing, masculinity, and the complexities of queer desire within the Latinx community. The film was funded through Kickstarter and features a predominantly Latinx cast and crew. 'Chulo' premiered on July 11, 2026. (</w:t>
      </w:r>
      <w:hyperlink r:id="rId16">
        <w:r>
          <w:rPr>
            <w:color w:val="0000EE"/>
            <w:u w:val="single"/>
          </w:rPr>
          <w:t>flickermagazine.art</w:t>
        </w:r>
      </w:hyperlink>
      <w:r>
        <w:t>)</w:t>
      </w:r>
      <w:r/>
    </w:p>
    <w:p>
      <w:pPr>
        <w:pStyle w:val="ListNumber"/>
        <w:spacing w:line="240" w:lineRule="auto"/>
        <w:ind w:left="720"/>
      </w:pPr>
      <w:r/>
      <w:hyperlink r:id="rId12">
        <w:r>
          <w:rPr>
            <w:color w:val="0000EE"/>
            <w:u w:val="single"/>
          </w:rPr>
          <w:t>https://www.thebody.com/article/latinx-aids-awareness-day</w:t>
        </w:r>
      </w:hyperlink>
      <w:r>
        <w:t xml:space="preserve"> - National Latinx AIDS Awareness Day (NLAAD) is observed annually on October 15, coinciding with the end of National Hispanic Heritage Month. Established in 2003 by the Latino Commission on AIDS and the Hispanic Federation, NLAAD aims to raise awareness about the disproportionate impact of HIV/AIDS on Latinx communities in the United States. The day promotes education, testing, treatment, and seeks to dispel HIV-related stigma. In 2019, 30% of all people living with HIV in the U.S. were Latino Americans, with Latino men and women being four times as likely to have an HIV/AIDS diagnosis compared to white individuals. (</w:t>
      </w:r>
      <w:hyperlink r:id="rId17">
        <w:r>
          <w:rPr>
            <w:color w:val="0000EE"/>
            <w:u w:val="single"/>
          </w:rPr>
          <w:t>thebody.com</w:t>
        </w:r>
      </w:hyperlink>
      <w:r>
        <w:t>)</w:t>
      </w:r>
      <w:r/>
    </w:p>
    <w:p>
      <w:pPr>
        <w:pStyle w:val="ListNumber"/>
        <w:spacing w:line="240" w:lineRule="auto"/>
        <w:ind w:left="720"/>
      </w:pPr>
      <w:r/>
      <w:hyperlink r:id="rId13">
        <w:r>
          <w:rPr>
            <w:color w:val="0000EE"/>
            <w:u w:val="single"/>
          </w:rPr>
          <w:t>https://events.humanitix.com/casa-chulo-sin-palabras-film-screenings</w:t>
        </w:r>
      </w:hyperlink>
      <w:r>
        <w:t xml:space="preserve"> - 'Casa Chulo: Sin Palabras' is an event celebrating queer love, independent cinema, and community, scheduled for October 11, 2026, at Art Share L.A. in Los Angeles. The program features a screening of 'Chulo,' directed by Alex Orea, alongside a curated selection of queer short films from filmmakers including Odin Contreras and Anya Jimenez. The event aims to explore themes of love, desire, identity, and intimacy, fostering a sense of community and connection among attendees. (</w:t>
      </w:r>
      <w:hyperlink r:id="rId18">
        <w:r>
          <w:rPr>
            <w:color w:val="0000EE"/>
            <w:u w:val="single"/>
          </w:rPr>
          <w:t>events.humanitix.com</w:t>
        </w:r>
      </w:hyperlink>
      <w:r>
        <w:t>)</w:t>
      </w:r>
      <w:r/>
    </w:p>
    <w:p>
      <w:pPr>
        <w:pStyle w:val="ListNumber"/>
        <w:spacing w:line="240" w:lineRule="auto"/>
        <w:ind w:left="720"/>
      </w:pPr>
      <w:r/>
      <w:hyperlink r:id="rId15">
        <w:r>
          <w:rPr>
            <w:color w:val="0000EE"/>
            <w:u w:val="single"/>
          </w:rPr>
          <w:t>https://www.imdb.com/title/tt37407800/</w:t>
        </w:r>
      </w:hyperlink>
      <w:r>
        <w:t xml:space="preserve"> - 'Surviving Voices: The Latinx/Hispanic Community &amp; AIDS' is a 2024 short documentary directed by Jörg Fockele. The film, with a runtime of 20 minutes, focuses on the experiences of the Latinx/Hispanic community in relation to HIV/AIDS. It aims to shed light on the challenges faced by this community and the impact of the epidemic. The documentary was released on September 14, 2024, in the United States. (</w:t>
      </w:r>
      <w:hyperlink r:id="rId19">
        <w:r>
          <w:rPr>
            <w:color w:val="0000EE"/>
            <w:u w:val="single"/>
          </w:rPr>
          <w:t>imdb.com</w:t>
        </w:r>
      </w:hyperlink>
      <w:r>
        <w:t>)</w:t>
      </w:r>
      <w:r/>
    </w:p>
    <w:p>
      <w:pPr>
        <w:pStyle w:val="ListNumber"/>
        <w:spacing w:line="240" w:lineRule="auto"/>
        <w:ind w:left="720"/>
      </w:pPr>
      <w:r/>
      <w:hyperlink r:id="rId10">
        <w:r>
          <w:rPr>
            <w:color w:val="0000EE"/>
            <w:u w:val="single"/>
          </w:rPr>
          <w:t>https://latina.com/love-in-gravity-provides-a-sonic-view-into-queer-latino-identity/</w:t>
        </w:r>
      </w:hyperlink>
      <w:r>
        <w:t xml:space="preserve"> - 'Love In Gravity' is a project that provides an auditory exploration into queer Latino identity. Actor Alexia Garcia, who plays Jessica in 'Our Lady of the Six Train,' hopes that such scenes will instigate conversations within families and encourage children to share hard truths with their parents, even if they are afraid of facing their reactions. One of the writers, Estevan, said, 'at the end of the day, there’s a lot of love to be had… and hopefully, these stories can increase that.' Estevan and Garcia agreed that many Latinx families struggle to have intimate conversations about emotions, sexuality, and relationships and fear that this keeps queer Latino individuals from learning about HIV prevention and treatment, among other things. They hope that Love in Gravity will bring more awareness to Latinx families about uncomfortable subjects. (</w:t>
      </w:r>
      <w:hyperlink r:id="rId20">
        <w:r>
          <w:rPr>
            <w:color w:val="0000EE"/>
            <w:u w:val="single"/>
          </w:rPr>
          <w:t>latina.com</w:t>
        </w:r>
      </w:hyperlink>
      <w:r>
        <w:t>)</w:t>
      </w:r>
      <w:r/>
    </w:p>
    <w:p>
      <w:pPr>
        <w:pStyle w:val="ListNumber"/>
        <w:spacing w:line="240" w:lineRule="auto"/>
        <w:ind w:left="720"/>
      </w:pPr>
      <w:r/>
      <w:hyperlink r:id="rId11">
        <w:r>
          <w:rPr>
            <w:color w:val="0000EE"/>
            <w:u w:val="single"/>
          </w:rPr>
          <w:t>https://dailybruin.com/2023/10/31/alumnus-written-and-directed-short-film-enamorado-touches-on-queer-latino-love</w:t>
        </w:r>
      </w:hyperlink>
      <w:r>
        <w:t xml:space="preserve"> - 'Enamorado' is a short film written and directed by alumnus Eduardo Salas, exploring the innocence and bittersweet heartaches of queer love. The film premiered at the Outfest Fusion Film Festival in Los Angeles and won the Best Long-Format Short Film category at the LA LGBTQ+ Film Festival. Salas drew inspiration from his own experiences growing up queer in Mexico, with the project born from a memorable encounter he had with a cashier in his youth. (</w:t>
      </w:r>
      <w:hyperlink r:id="rId21">
        <w:r>
          <w:rPr>
            <w:color w:val="0000EE"/>
            <w:u w:val="single"/>
          </w:rPr>
          <w:t>dailybruin.com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lickermagazine.art/post/chulo-queer-latinx-short-film-azar-lux-2026" TargetMode="External"/><Relationship Id="rId10" Type="http://schemas.openxmlformats.org/officeDocument/2006/relationships/hyperlink" Target="https://latina.com/love-in-gravity-provides-a-sonic-view-into-queer-latino-identity/" TargetMode="External"/><Relationship Id="rId11" Type="http://schemas.openxmlformats.org/officeDocument/2006/relationships/hyperlink" Target="https://dailybruin.com/2023/10/31/alumnus-written-and-directed-short-film-enamorado-touches-on-queer-latino-love" TargetMode="External"/><Relationship Id="rId12" Type="http://schemas.openxmlformats.org/officeDocument/2006/relationships/hyperlink" Target="https://www.thebody.com/article/latinx-aids-awareness-day" TargetMode="External"/><Relationship Id="rId13" Type="http://schemas.openxmlformats.org/officeDocument/2006/relationships/hyperlink" Target="https://events.humanitix.com/casa-chulo-sin-palabras-film-screenings" TargetMode="External"/><Relationship Id="rId14" Type="http://schemas.openxmlformats.org/officeDocument/2006/relationships/hyperlink" Target="https://adelantemagazine.com/chulo-a-love-story-rooted-in-connectionchulo-una-historia-de-amor-arraigada-en-la-conexion/" TargetMode="External"/><Relationship Id="rId15" Type="http://schemas.openxmlformats.org/officeDocument/2006/relationships/hyperlink" Target="https://www.imdb.com/title/tt37407800/" TargetMode="External"/><Relationship Id="rId16" Type="http://schemas.openxmlformats.org/officeDocument/2006/relationships/hyperlink" Target="https://www.flickermagazine.art/post/chulo-queer-latinx-short-film-azar-lux-2026?utm_source=openai" TargetMode="External"/><Relationship Id="rId17" Type="http://schemas.openxmlformats.org/officeDocument/2006/relationships/hyperlink" Target="https://www.thebody.com/article/latinx-aids-awareness-day?utm_source=openai" TargetMode="External"/><Relationship Id="rId18" Type="http://schemas.openxmlformats.org/officeDocument/2006/relationships/hyperlink" Target="https://events.humanitix.com/casa-chulo-sin-palabras-film-screenings?utm_source=openai" TargetMode="External"/><Relationship Id="rId19" Type="http://schemas.openxmlformats.org/officeDocument/2006/relationships/hyperlink" Target="https://www.imdb.com/title/tt37407800/?utm_source=openai" TargetMode="External"/><Relationship Id="rId20" Type="http://schemas.openxmlformats.org/officeDocument/2006/relationships/hyperlink" Target="https://latina.com/love-in-gravity-provides-a-sonic-view-into-queer-latino-identity/?utm_source=openai" TargetMode="External"/><Relationship Id="rId21" Type="http://schemas.openxmlformats.org/officeDocument/2006/relationships/hyperlink" Target="https://dailybruin.com/2023/10/31/alumnus-written-and-directed-short-film-enamorado-touches-on-queer-latino-lov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