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Chic And Unique Ball Honours LGBTQ+ Community Champions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will gather at Seminole Hard Rock Hotel &amp; Casino Hollywood on 24 October for GMCSF's Chic &amp; Unique Ball, a glamorous fundraising evening celebrating long-standing ally Susan Renneisen and LGBT+ travel company Brand g Vacations. The event also marks a new chapter for the chorus as Justin Fyala prepares to become its executive director.</w:t>
      </w:r>
      <w:r/>
    </w:p>
    <w:p>
      <w:pPr>
        <w:pStyle w:val="Heading2"/>
      </w:pPr>
      <w:r>
        <w:t>Essential Takeaways</w:t>
      </w:r>
      <w:r/>
      <w:r/>
    </w:p>
    <w:p>
      <w:pPr>
        <w:pStyle w:val="ListBullet"/>
        <w:spacing w:line="240" w:lineRule="auto"/>
        <w:ind w:left="720"/>
      </w:pPr>
      <w:r/>
      <w:r>
        <w:rPr>
          <w:b/>
        </w:rPr>
        <w:t>Two major honours:</w:t>
      </w:r>
      <w:r>
        <w:t xml:space="preserve"> Susan Renneisen will receive the Douglas Jackson Pew Community Leadership Award, while Brand g Vacations takes home the Corporate Crescendo Award.</w:t>
      </w:r>
      <w:r/>
    </w:p>
    <w:p>
      <w:pPr>
        <w:pStyle w:val="ListBullet"/>
        <w:spacing w:line="240" w:lineRule="auto"/>
        <w:ind w:left="720"/>
      </w:pPr>
      <w:r/>
      <w:r>
        <w:rPr>
          <w:b/>
        </w:rPr>
        <w:t>A meaningful setting:</w:t>
      </w:r>
      <w:r>
        <w:t xml:space="preserve"> The ball takes place at Seminole Hard Rock Hotel &amp; Casino Hollywood, with a poolside after-party beneath the Guitar Hotel.</w:t>
      </w:r>
      <w:r/>
    </w:p>
    <w:p>
      <w:pPr>
        <w:pStyle w:val="ListBullet"/>
        <w:spacing w:line="240" w:lineRule="auto"/>
        <w:ind w:left="720"/>
      </w:pPr>
      <w:r/>
      <w:r>
        <w:rPr>
          <w:b/>
        </w:rPr>
        <w:t>Tickets start at $300:</w:t>
      </w:r>
      <w:r>
        <w:t xml:space="preserve"> Premium admission includes dinner, cocktails, entertainment, auctions and the Golden Ticket Drawing.</w:t>
      </w:r>
      <w:r/>
    </w:p>
    <w:p>
      <w:pPr>
        <w:pStyle w:val="ListBullet"/>
        <w:spacing w:line="240" w:lineRule="auto"/>
        <w:ind w:left="720"/>
      </w:pPr>
      <w:r/>
      <w:r>
        <w:rPr>
          <w:b/>
        </w:rPr>
        <w:t>A leadership handover:</w:t>
      </w:r>
      <w:r>
        <w:t xml:space="preserve"> Justin Fyala begins as GMCSF executive director on 19 October, bringing experience from Washington's gay men's chorus and major arts organisations.</w:t>
      </w:r>
      <w:r/>
    </w:p>
    <w:p>
      <w:pPr>
        <w:pStyle w:val="ListBullet"/>
        <w:spacing w:line="240" w:lineRule="auto"/>
        <w:ind w:left="720"/>
      </w:pPr>
      <w:r/>
      <w:r>
        <w:rPr>
          <w:b/>
        </w:rPr>
        <w:t>Dress code:</w:t>
      </w:r>
      <w:r>
        <w:t xml:space="preserve"> Guests are encouraged to embrace bold, glamorous eveningwear for the Wild Elegance theme.</w:t>
      </w:r>
      <w:r/>
      <w:r/>
    </w:p>
    <w:p>
      <w:pPr>
        <w:pStyle w:val="Heading2"/>
      </w:pPr>
      <w:r>
        <w:t>A glamorous night with a serious purpose</w:t>
      </w:r>
      <w:r/>
    </w:p>
    <w:p>
      <w:r/>
      <w:r>
        <w:t>The Gay Men's Chorus of South Florida is turning its annual Chic &amp; Unique Ball into a particularly celebratory occasion this year. Held at the Seminole Hard Rock Hotel &amp; Casino Hollywood, the Wild Elegance-themed event combines live music, fine food and fundraising with a clear nod to the people and organisations that keep LGBTQ+ community work moving.</w:t>
      </w:r>
      <w:r/>
    </w:p>
    <w:p>
      <w:r/>
      <w:r>
        <w:t xml:space="preserve">According to BroadwayWorld, the evening will recognise two very different but closely aligned forms of support: personal advocacy and corporate partnership. It's the sort of event where the sparkle matters, but the reason behind it matters more. Guests can expect a polished ballroom atmosphere, followed by an altogether more relaxed poolside finale. </w:t>
      </w:r>
      <w:hyperlink r:id="rId9">
        <w:r>
          <w:rPr>
            <w:color w:val="0000EE"/>
            <w:u w:val="single"/>
          </w:rPr>
          <w:t>[3]</w:t>
        </w:r>
      </w:hyperlink>
      <w:r>
        <w:t xml:space="preserve">, </w:t>
      </w:r>
      <w:hyperlink r:id="rId10">
        <w:r>
          <w:rPr>
            <w:color w:val="0000EE"/>
            <w:u w:val="single"/>
          </w:rPr>
          <w:t>[5]</w:t>
        </w:r>
      </w:hyperlink>
      <w:r/>
    </w:p>
    <w:p>
      <w:pPr>
        <w:pStyle w:val="Heading2"/>
      </w:pPr>
      <w:r>
        <w:t>Susan Renneisen's decades of allyship recognised</w:t>
      </w:r>
      <w:r/>
    </w:p>
    <w:p>
      <w:r/>
      <w:r>
        <w:t>Susan Renneisen, Seminole Hard Rock Hotel &amp; Casino Hollywood's vice-president of community affairs and special events, will receive the Douglas Jackson Pew Community Leadership Award. GMCSF says the honour recognises people and organisations that champion its mission while supporting the wider LGBTQ+ community.</w:t>
      </w:r>
      <w:r/>
    </w:p>
    <w:p>
      <w:r/>
      <w:r>
        <w:t>Her work stretches back more than 40 years, beginning during the AIDS crisis and continuing through extensive charity and community involvement in South Florida. According to the event announcement, she supports hundreds of charities each year, including more than 50 LGBTQ+ organisations and causes.</w:t>
      </w:r>
      <w:r/>
    </w:p>
    <w:p>
      <w:r/>
      <w:r>
        <w:t xml:space="preserve">Renneisen described allyship as a commitment to dignity, equality and freedom, rather than a passive gesture. That sentiment gives the award real weight: this isn't simply a night-time accolade, but recognition of advocacy that has endured through very different eras. </w:t>
      </w:r>
      <w:hyperlink r:id="rId11">
        <w:r>
          <w:rPr>
            <w:color w:val="0000EE"/>
            <w:u w:val="single"/>
          </w:rPr>
          <w:t>[2]</w:t>
        </w:r>
      </w:hyperlink>
      <w:r>
        <w:t xml:space="preserve">, </w:t>
      </w:r>
      <w:hyperlink r:id="rId9">
        <w:r>
          <w:rPr>
            <w:color w:val="0000EE"/>
            <w:u w:val="single"/>
          </w:rPr>
          <w:t>[3]</w:t>
        </w:r>
      </w:hyperlink>
      <w:r/>
    </w:p>
    <w:p>
      <w:pPr>
        <w:pStyle w:val="Heading2"/>
      </w:pPr>
      <w:r>
        <w:t>Brand g Vacations brings travel and philanthropy together</w:t>
      </w:r>
      <w:r/>
    </w:p>
    <w:p>
      <w:r/>
      <w:r>
        <w:t>Brand g Vacations will receive the Corporate Crescendo Award for its long-running support of the chorus. The LGBT+ luxury travel company has partnered with GMCSF since 2015, linking destination experiences with fundraising and community giving.</w:t>
      </w:r>
      <w:r/>
    </w:p>
    <w:p>
      <w:r/>
      <w:r>
        <w:t>The company, which was founded in 2011, operates LGBT+ cruises and land tours built around high-end accommodation, specialist guides and entertainment. Its charitable work is a major part of the story, with more than $1.3 million donated to causes in the destinations it visits and in the United States, according to the event materials.</w:t>
      </w:r>
      <w:r/>
    </w:p>
    <w:p>
      <w:r/>
      <w:r>
        <w:t xml:space="preserve">For GMCSF, the partnership has helped broaden its reach and strengthen its programmes. A seven-night Burgundy and Provence river cruise for two is also among Brand g's contributions, giving the partnership a suitably glamorous prize for a glamorous evening. </w:t>
      </w:r>
      <w:hyperlink r:id="rId11">
        <w:r>
          <w:rPr>
            <w:color w:val="0000EE"/>
            <w:u w:val="single"/>
          </w:rPr>
          <w:t>[2]</w:t>
        </w:r>
      </w:hyperlink>
      <w:r>
        <w:t xml:space="preserve">, </w:t>
      </w:r>
      <w:hyperlink r:id="rId10">
        <w:r>
          <w:rPr>
            <w:color w:val="0000EE"/>
            <w:u w:val="single"/>
          </w:rPr>
          <w:t>[5]</w:t>
        </w:r>
      </w:hyperlink>
      <w:r/>
    </w:p>
    <w:p>
      <w:pPr>
        <w:pStyle w:val="Heading2"/>
      </w:pPr>
      <w:r>
        <w:t>Justin Fyala steps into a new chorus chapter</w:t>
      </w:r>
      <w:r/>
    </w:p>
    <w:p>
      <w:r/>
      <w:r>
        <w:t>The ball will also welcome Justin Fyala, who becomes GMCSF's executive director on 19 October. He arrives after a decade with the Gay Men's Chorus of Washington, DC, alongside arts-management experience connected with the Kennedy Center, IMG Artists and the Dallas Opera.</w:t>
      </w:r>
      <w:r/>
    </w:p>
    <w:p>
      <w:r/>
      <w:r>
        <w:t>Fyala said the ball captures the spirit of GMCSF by bringing its mission, partners and community together. His arrival gives the event an extra sense of momentum, particularly as the chorus continues to balance artistic ambition with advocacy and public engagement.</w:t>
      </w:r>
      <w:r/>
    </w:p>
    <w:p>
      <w:r/>
      <w:r>
        <w:t xml:space="preserve">For a new leader, there are worse introductions than an evening filled with singers, electric violins, red-carpet arrivals and a crowd dressed for maximum impact. Still, beneath the sequins, the challenge is substantial: keeping music and community action equally visible. </w:t>
      </w:r>
      <w:hyperlink r:id="rId9">
        <w:r>
          <w:rPr>
            <w:color w:val="0000EE"/>
            <w:u w:val="single"/>
          </w:rPr>
          <w:t>[3]</w:t>
        </w:r>
      </w:hyperlink>
      <w:r>
        <w:t xml:space="preserve">, </w:t>
      </w:r>
      <w:hyperlink r:id="rId12">
        <w:r>
          <w:rPr>
            <w:color w:val="0000EE"/>
            <w:u w:val="single"/>
          </w:rPr>
          <w:t>[6]</w:t>
        </w:r>
      </w:hyperlink>
      <w:r/>
    </w:p>
    <w:p>
      <w:pPr>
        <w:pStyle w:val="Heading2"/>
      </w:pPr>
      <w:r>
        <w:t>What guests can expect on the night</w:t>
      </w:r>
      <w:r/>
    </w:p>
    <w:p>
      <w:r/>
      <w:r>
        <w:t>VIP tickets cost $500 per person or $5,000 per table. They include a 6pm reception with an open bar, gourmet canapes, duelling electric violins from the Synergy Twins, performances from chorus singers, premier seating, a table gift, early red-carpet and silent-auction access, plus entry to a premium raffle.</w:t>
      </w:r>
      <w:r/>
    </w:p>
    <w:p>
      <w:r/>
      <w:r>
        <w:t>Premium admission costs $300 per person or $3,000 per table. It includes a 6.30pm red-carpet arrival, cocktails, dinner, live entertainment from 8pm, a curated silent auction, instant-win surprises, the live auction and the Golden Ticket Drawing.</w:t>
      </w:r>
      <w:r/>
    </w:p>
    <w:p>
      <w:r/>
      <w:r>
        <w:t xml:space="preserve">Both ticket levels include access to the after-party beneath the Guitar Hotel. Full details and booking information are available through the official Chic &amp; Unique Ball website, so anyone planning a daring outfit should probably leave time for the red carpet. </w:t>
      </w:r>
      <w:hyperlink r:id="rId13">
        <w:r>
          <w:rPr>
            <w:color w:val="0000EE"/>
            <w:u w:val="single"/>
          </w:rPr>
          <w:t>[4]</w:t>
        </w:r>
      </w:hyperlink>
      <w:r>
        <w:t xml:space="preserve">, </w:t>
      </w:r>
      <w:hyperlink r:id="rId10">
        <w:r>
          <w:rPr>
            <w:color w:val="0000EE"/>
            <w:u w:val="single"/>
          </w:rPr>
          <w:t>[5]</w:t>
        </w:r>
      </w:hyperlink>
      <w:r/>
    </w:p>
    <w:p>
      <w:r/>
      <w:r>
        <w:t>The Chic &amp; Unique Ball is a reminder that celebration and activism can share the same stage.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11">
        <w:r>
          <w:rPr>
            <w:color w:val="0000EE"/>
            <w:u w:val="single"/>
          </w:rPr>
          <w:t>[2]</w:t>
        </w:r>
      </w:hyperlink>
      <w:r>
        <w:t xml:space="preserve">, </w:t>
      </w:r>
      <w:hyperlink r:id="rId9">
        <w:r>
          <w:rPr>
            <w:color w:val="0000EE"/>
            <w:u w:val="single"/>
          </w:rPr>
          <w:t>[3]</w:t>
        </w:r>
      </w:hyperlink>
      <w:r>
        <w:t xml:space="preserve">- Paragraph 3: </w:t>
      </w:r>
      <w:hyperlink r:id="rId11">
        <w:r>
          <w:rPr>
            <w:color w:val="0000EE"/>
            <w:u w:val="single"/>
          </w:rPr>
          <w:t>[2]</w:t>
        </w:r>
      </w:hyperlink>
      <w:r>
        <w:t xml:space="preserve">, </w:t>
      </w:r>
      <w:hyperlink r:id="rId9">
        <w:r>
          <w:rPr>
            <w:color w:val="0000EE"/>
            <w:u w:val="single"/>
          </w:rPr>
          <w:t>[3]</w:t>
        </w:r>
      </w:hyperlink>
      <w:r>
        <w:t xml:space="preserve">- Paragraph 4: </w:t>
      </w:r>
      <w:hyperlink r:id="rId11">
        <w:r>
          <w:rPr>
            <w:color w:val="0000EE"/>
            <w:u w:val="single"/>
          </w:rPr>
          <w:t>[2]</w:t>
        </w:r>
      </w:hyperlink>
      <w:r>
        <w:t xml:space="preserve">, </w:t>
      </w:r>
      <w:hyperlink r:id="rId10">
        <w:r>
          <w:rPr>
            <w:color w:val="0000EE"/>
            <w:u w:val="single"/>
          </w:rPr>
          <w:t>[5]</w:t>
        </w:r>
      </w:hyperlink>
      <w:r>
        <w:t xml:space="preserve">- Paragraph 5: </w:t>
      </w:r>
      <w:hyperlink r:id="rId9">
        <w:r>
          <w:rPr>
            <w:color w:val="0000EE"/>
            <w:u w:val="single"/>
          </w:rPr>
          <w:t>[3]</w:t>
        </w:r>
      </w:hyperlink>
      <w:r>
        <w:t xml:space="preserve">, </w:t>
      </w:r>
      <w:hyperlink r:id="rId12">
        <w:r>
          <w:rPr>
            <w:color w:val="0000EE"/>
            <w:u w:val="single"/>
          </w:rPr>
          <w:t>[6]</w:t>
        </w:r>
      </w:hyperlink>
      <w:r>
        <w:t xml:space="preserve">- Paragraph 6: </w:t>
      </w:r>
      <w:hyperlink r:id="rId13">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https://hotspotsmagazine.com/2026/10/01/gay-mens-chorus-of-south-florida-to-honor-susan-renneisen-and-brand-g-vacations/</w:t>
        </w:r>
      </w:hyperlink>
      <w:r>
        <w:t xml:space="preserve"> - Please view link - unable to able to access data</w:t>
      </w:r>
      <w:r/>
    </w:p>
    <w:p>
      <w:pPr>
        <w:pStyle w:val="ListNumber"/>
        <w:spacing w:line="240" w:lineRule="auto"/>
        <w:ind w:left="720"/>
      </w:pPr>
      <w:r/>
      <w:hyperlink r:id="rId11">
        <w:r>
          <w:rPr>
            <w:color w:val="0000EE"/>
            <w:u w:val="single"/>
          </w:rPr>
          <w:t>https://www.pr.com/press-release/976391</w:t>
        </w:r>
      </w:hyperlink>
      <w:r>
        <w:t xml:space="preserve"> - The Gay Men's Chorus of South Florida (GMCSF) is set to host The Chic and Unique Ball: Wild Elegance on Saturday, October 24, 2026, at the Seminole Hard Rock Hotel &amp; Casino Hollywood. This annual fundraiser, themed 'Wild Elegance', marks the launch of GMCSF's Season 17, 'Believe'. The event will feature a jungle-inspired evening of glamour and daring fashion, beginning at 6:30 p.m. with a red carpet, cocktails, dinner, and live entertainment. Dueling electric violinists, The Synergy Twins, will perform, and the evening will include silent and live auctions, as well as the Golden Ticket Drawing. The Bears of South Florida and Brand g Vacations are returning as proud sponsors of the ball. Brand g has donated a seven-night all-LGBT+ Burgundy and Provence river cruise for two as a featured live auction item, valued at $14,398. Ball Co-Chairs Robert Beaulieu and Erick Eldridge lead this year's event, bringing a shared vision for an unforgettable evening. The evening comes alive beginning at 6:30 p.m. with a red-carpet arrival, open-bar cocktails, a curated silent auction, and instant-win surprises throughout the night. Guests will savor a gourmet dinner before a captivating live performance, a live auction led by auctioneer Whitney J. Dutton, and the iconic Golden Ticket Drawing. Non-stop entertainment continues as a live band takes the stage and guests dance the night away. Curated by GMCSF Artistic Director Gabe Salazar, the night's entertainment features the Chorus and special guest artists, including dueling electric violinists, The Synergy Twins. VIP guests arrive at 6 p.m. for an exclusive reception featuring an open bar, gourmet hors d'oeuvres, and a premium raffle. VIP tickets are $500 per person or $5,000 per table. Premium Admissions are $300 per person or $3,000 per table. Tickets are available now at thechicanduniqueball.com. Sponsorship opportunities range from $500 to $50,000 and can be explored at thechicanduniqueball.com/sponsorship. For further information, please contact Edward Otto Zielke, Director of Marketing and Sponsorship, at 954-763-2266, ext. 107.</w:t>
      </w:r>
      <w:r/>
    </w:p>
    <w:p>
      <w:pPr>
        <w:pStyle w:val="ListNumber"/>
        <w:spacing w:line="240" w:lineRule="auto"/>
        <w:ind w:left="720"/>
      </w:pPr>
      <w:r/>
      <w:hyperlink r:id="rId9">
        <w:r>
          <w:rPr>
            <w:color w:val="0000EE"/>
            <w:u w:val="single"/>
          </w:rPr>
          <w:t>https://www.broadwayworld.com/miami/article/The-Gay-Mens-Chorus-of-South-Florida-to-Present-THE-CHIC-AND-UNIQUE-BALL-20260813</w:t>
        </w:r>
      </w:hyperlink>
      <w:r>
        <w:t xml:space="preserve"> - The Gay Men's Chorus of South Florida (GMCSF) is set to present The Chic and Unique Ball on Saturday, October 24, 2026, at the Seminole Hard Rock Hotel &amp; Casino Hollywood. This year's theme, 'Wild Elegance', invites guests to dress daringly and arrive glamorously for a night of jungle-inspired celebration. The event opens GMCSF's Season 17, themed 'Believe'. Since its debut in 2023, GMCSF's Chic and Unique Ball has become a dazzling highlight of South Florida's social season, known for its unique entertainment, fast-paced programming, and incredible, immersive experiences. The Ball welcomes over 400 guests each year. The evening comes alive beginning at 6:30 p.m. with a red-carpet arrival, open-bar cocktails, a curated silent auction, and instant-win surprises throughout the night. Guests will savor a gourmet dinner before a captivating live performance, a live auction led by auctioneer Whitney J. Dutton, and the iconic Golden Ticket Drawing. Non-stop entertainment continues as a live band takes the stage and guests dance the night away. Curated by GMCSF Artistic Director Gabe Salazar, the night's entertainment features the Chorus and special guest artists, including dueling electric violinists, The Synergy Twins. VIP guests arrive at 6 p.m. for an exclusive reception featuring an open bar, gourmet hors d'oeuvres, and a premium raffle. VIP tickets are $500 per person or $5,000 per table. Premium Admissions are $300 per person or $3,000 per table. The Chic and Unique Ball will also serve as an official welcome for GMCSF's new Executive Director, Justin Fyala, who takes the helm on October 19, 2026. Fyala brings a decade of leadership from the Gay Men's Chorus of Washington, DC, along with arts management experience spanning the Kennedy Center, IMG Artists, and the Dallas Opera.</w:t>
      </w:r>
      <w:r/>
    </w:p>
    <w:p>
      <w:pPr>
        <w:pStyle w:val="ListNumber"/>
        <w:spacing w:line="240" w:lineRule="auto"/>
        <w:ind w:left="720"/>
      </w:pPr>
      <w:r/>
      <w:hyperlink r:id="rId13">
        <w:r>
          <w:rPr>
            <w:color w:val="0000EE"/>
            <w:u w:val="single"/>
          </w:rPr>
          <w:t>https://e.givesmart.com/events/OHP/</w:t>
        </w:r>
      </w:hyperlink>
      <w:r>
        <w:t xml:space="preserve"> - The Gay Men's Chorus of South Florida presents its 4th Annual Ball Fundraiser, The Chic and Unique Ball, Wild Elegance, on Saturday, October 24, 2026, beginning at 6:30 p.m. at the Seminole Hard Rock Hotel &amp; Casino Hollywood. The event is amplified by CAN Community Health, presented by The Bears of South Florida, and sponsored by Brand g Vacations and Tito's Handmade Vodka. The Chic and Unique Ball is known for being an extravagant red-carpet event, featuring immersive, highly themed experiences with gourmet dining, open bars, live performances, and spirited auctions that support its operations, outreach initiatives, and scholarships. The event is hosted by the Gay Men's Chorus of South Florida, located at 2038 N Dixie Hwy, Ste 201, Wilton Manors, FL, 33305. Tickets are available for purchase, and sponsorship opportunities range from $500 to $50,000. For further information, please contact Edward Otto Zielke, Director of Marketing and Sponsorship, at 954-763-2266, ext. 107.</w:t>
      </w:r>
      <w:r/>
    </w:p>
    <w:p>
      <w:pPr>
        <w:pStyle w:val="ListNumber"/>
        <w:spacing w:line="240" w:lineRule="auto"/>
        <w:ind w:left="720"/>
      </w:pPr>
      <w:r/>
      <w:hyperlink r:id="rId10">
        <w:r>
          <w:rPr>
            <w:color w:val="0000EE"/>
            <w:u w:val="single"/>
          </w:rPr>
          <w:t>https://thechicanduniqueball.com/</w:t>
        </w:r>
      </w:hyperlink>
      <w:r>
        <w:t xml:space="preserve"> - The Chic &amp; Unique Ball, Wild Elegance, is scheduled for Saturday, October 24, 2026, at the Seminole Hard Rock Hotel &amp; Casino Hollywood. The event is sponsored by Seminole Hard Rock Hotel &amp; Casino Hollywood, CAN Community Health, The Bears of South Florida, Brand g Vacations, and Tito's Handmade Vodka. The Chic &amp; Unique Ball was the best ball of 2025. We are proud to deepen our partnership with GMCSF and support an event that brings our community together in such a powerful way. Supporting initiatives that strengthen and celebrate our community is central to CAN Community Health's mission. The event offers VIP Experience and Premium Admissions, with VIP tickets priced at $500 per person or $5,000 per table, and Premium Admissions at $300 per person or $3,000 per table. The event will also serve as an official welcome for GMCSF's new Executive Director, Justin Fyala, who takes the helm on October 19, 2026. Fyala brings a decade of leadership from the Gay Men's Chorus of Washington, DC, along with arts management experience spanning the Kennedy Center, IMG Artists, and the Dallas Opera.</w:t>
      </w:r>
      <w:r/>
    </w:p>
    <w:p>
      <w:pPr>
        <w:pStyle w:val="ListNumber"/>
        <w:spacing w:line="240" w:lineRule="auto"/>
        <w:ind w:left="720"/>
      </w:pPr>
      <w:r/>
      <w:hyperlink r:id="rId12">
        <w:r>
          <w:rPr>
            <w:color w:val="0000EE"/>
            <w:u w:val="single"/>
          </w:rPr>
          <w:t>https://gmcsf.org/concerts</w:t>
        </w:r>
      </w:hyperlink>
      <w:r>
        <w:t xml:space="preserve"> - The Gay Men's Chorus of South Florida (GMCSF) is set to host The Chic &amp; Unique Ball: Wild Elegance on October 24, 2026, at the Seminole Hard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oadwayworld.com/miami/article/The-Gay-Mens-Chorus-of-South-Florida-to-Present-THE-CHIC-AND-UNIQUE-BALL-20260813" TargetMode="External"/><Relationship Id="rId10" Type="http://schemas.openxmlformats.org/officeDocument/2006/relationships/hyperlink" Target="https://thechicanduniqueball.com/" TargetMode="External"/><Relationship Id="rId11" Type="http://schemas.openxmlformats.org/officeDocument/2006/relationships/hyperlink" Target="https://www.pr.com/press-release/976391" TargetMode="External"/><Relationship Id="rId12" Type="http://schemas.openxmlformats.org/officeDocument/2006/relationships/hyperlink" Target="https://gmcsf.org/concerts" TargetMode="External"/><Relationship Id="rId13" Type="http://schemas.openxmlformats.org/officeDocument/2006/relationships/hyperlink" Target="https://e.givesmart.com/events/OHP/" TargetMode="External"/><Relationship Id="rId14" Type="http://schemas.openxmlformats.org/officeDocument/2006/relationships/hyperlink" Target="https://hotspotsmagazine.com/2026/10/01/gay-mens-chorus-of-south-florida-to-honor-susan-renneisen-and-brand-g-va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