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UK bisexual coming-out drama leaves viewers divided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dissecting Frankie Taber’s bisexual coming-out story on Big Brother UK after an emotional Diary Room conversation appeared to clash with earlier comments about his relationship status. The result is a messy mix of concern, confusion and classic reality-TV speculation, with fans debating where personal privacy ends and public scrutiny begins.</w:t>
      </w:r>
      <w:r/>
    </w:p>
    <w:p>
      <w:pPr>
        <w:pStyle w:val="Heading2"/>
      </w:pPr>
      <w:r>
        <w:t>Essential Takeaways</w:t>
      </w:r>
      <w:r/>
      <w:r/>
    </w:p>
    <w:p>
      <w:pPr>
        <w:pStyle w:val="ListBullet"/>
        <w:spacing w:line="240" w:lineRule="auto"/>
        <w:ind w:left="720"/>
      </w:pPr>
      <w:r/>
      <w:r>
        <w:rPr>
          <w:b/>
        </w:rPr>
        <w:t>Frankie’s confession:</w:t>
      </w:r>
      <w:r>
        <w:t xml:space="preserve"> The Big Brother UK contestant spoke emotionally about coming out as bisexual.</w:t>
      </w:r>
      <w:r/>
    </w:p>
    <w:p>
      <w:pPr>
        <w:pStyle w:val="ListBullet"/>
        <w:spacing w:line="240" w:lineRule="auto"/>
        <w:ind w:left="720"/>
      </w:pPr>
      <w:r/>
      <w:r>
        <w:rPr>
          <w:b/>
        </w:rPr>
        <w:t>Relationship confusion:</w:t>
      </w:r>
      <w:r>
        <w:t xml:space="preserve"> Viewers noticed apparent differences between his comments about having a girlfriend and earlier claims that he was single.</w:t>
      </w:r>
      <w:r/>
    </w:p>
    <w:p>
      <w:pPr>
        <w:pStyle w:val="ListBullet"/>
        <w:spacing w:line="240" w:lineRule="auto"/>
        <w:ind w:left="720"/>
      </w:pPr>
      <w:r/>
      <w:r>
        <w:rPr>
          <w:b/>
        </w:rPr>
        <w:t>Housemate reaction:</w:t>
      </w:r>
      <w:r>
        <w:t xml:space="preserve"> Tays appeared surprised by the revelation, adding another layer to the unfolding drama.</w:t>
      </w:r>
      <w:r/>
    </w:p>
    <w:p>
      <w:pPr>
        <w:pStyle w:val="ListBullet"/>
        <w:spacing w:line="240" w:lineRule="auto"/>
        <w:ind w:left="720"/>
      </w:pPr>
      <w:r/>
      <w:r>
        <w:rPr>
          <w:b/>
        </w:rPr>
        <w:t>Fans are split:</w:t>
      </w:r>
      <w:r>
        <w:t xml:space="preserve"> Some suspect Frankie has been inconsistent, while others think the situation may be more complicated.</w:t>
      </w:r>
      <w:r/>
    </w:p>
    <w:p>
      <w:pPr>
        <w:pStyle w:val="ListBullet"/>
        <w:spacing w:line="240" w:lineRule="auto"/>
        <w:ind w:left="720"/>
      </w:pPr>
      <w:r/>
      <w:r>
        <w:rPr>
          <w:b/>
        </w:rPr>
        <w:t>Privacy still matters:</w:t>
      </w:r>
      <w:r>
        <w:t xml:space="preserve"> A contestant’s sexuality isn’t automatically public property simply because they’re on television.</w:t>
      </w:r>
      <w:r/>
      <w:r/>
    </w:p>
    <w:p>
      <w:pPr>
        <w:pStyle w:val="Heading2"/>
      </w:pPr>
      <w:r>
        <w:t>Frankie’s emotional reveal sparks immediate confusion</w:t>
      </w:r>
      <w:r/>
    </w:p>
    <w:p>
      <w:r/>
      <w:r>
        <w:t>Frankie Taber’s Diary Room appearance had all the ingredients of a reality-TV turning point: tears, family worries and a deeply personal admission. The 23-year-old explained that he’d entered Big Brother UK intending to come out as bisexual, describing the decision as a major moment in his life.</w:t>
      </w:r>
      <w:r/>
    </w:p>
    <w:p>
      <w:r/>
      <w:r>
        <w:t>According to Gaydio, the confession came after Frankie had been struggling emotionally and had threatened to climb over the wall following a difficult night. The soft, vulnerable tone of the conversation made the revelation feel less like a calculated television moment and more like something he’d been carrying around for a while.</w:t>
      </w:r>
      <w:r/>
    </w:p>
    <w:p>
      <w:r/>
      <w:r>
        <w:t>He also discussed the reaction of a girlfriend he said he’d been with for several years. That detail quickly became the focus of online chatter, because it appeared to differ from earlier comments about being single. As reality-TV viewers know, nothing escapes the group chat for long.</w:t>
      </w:r>
      <w:r/>
    </w:p>
    <w:p>
      <w:pPr>
        <w:pStyle w:val="Heading2"/>
      </w:pPr>
      <w:r>
        <w:t>Why are fans questioning Frankie’s story?</w:t>
      </w:r>
      <w:r/>
    </w:p>
    <w:p>
      <w:r/>
      <w:r>
        <w:t>The apparent contradiction has turned a personal revelation into a wider debate about Frankie’s credibility. Some viewers believe he previously said he and his girlfriend had split up, while others think he may simply have avoided discussing the break-up when explaining his bisexuality.</w:t>
      </w:r>
      <w:r/>
    </w:p>
    <w:p>
      <w:r/>
      <w:r>
        <w:t>Capital FM reported that viewers were quick to react to the confusion, with some questioning whether Frankie had been presenting a carefully managed version of himself in the house. It’s a familiar reality-TV pattern: one unclear sentence becomes a full investigation, complete with timeline analysis and competing theories.</w:t>
      </w:r>
      <w:r/>
    </w:p>
    <w:p>
      <w:r/>
      <w:r>
        <w:t>But there’s another possibility. Relationships don’t always end neatly, and people often describe former partners differently depending on the context. Frankie may have been talking about someone who was important during his coming-out journey rather than presenting a current relationship status.</w:t>
      </w:r>
      <w:r/>
    </w:p>
    <w:p>
      <w:pPr>
        <w:pStyle w:val="Heading2"/>
      </w:pPr>
      <w:r>
        <w:t>Tays’ response adds another layer</w:t>
      </w:r>
      <w:r/>
    </w:p>
    <w:p>
      <w:r/>
      <w:r>
        <w:t>The story also gained momentum because of Tays’ reaction inside the house. The response highlighted how little some contestants knew about Frankie’s sexuality, despite living alongside him under intense scrutiny.</w:t>
      </w:r>
      <w:r/>
    </w:p>
    <w:p>
      <w:r/>
      <w:r>
        <w:t>Attitude covered the housemate’s reaction, which helped underline the difference between Frankie’s private emotional process and the public assumptions surrounding him. Coming out on television can be empowering, but it can also create pressure to explain every detail immediately, even when the person involved may not have all the words ready.</w:t>
      </w:r>
      <w:r/>
    </w:p>
    <w:p>
      <w:r/>
      <w:r>
        <w:t>That tension is what makes the storyline feel unusually human. A housemate can be sincere about coming out and still be unclear, defensive or inconsistent about the surrounding circumstances. Those things aren’t necessarily mutually exclusive.</w:t>
      </w:r>
      <w:r/>
    </w:p>
    <w:p>
      <w:pPr>
        <w:pStyle w:val="Heading2"/>
      </w:pPr>
      <w:r>
        <w:t>Reality TV turns private identity into public debate</w:t>
      </w:r>
      <w:r/>
    </w:p>
    <w:p>
      <w:r/>
      <w:r>
        <w:t>Big Brother has always blurred the line between personal confession and mass entertainment. When someone shares their sexuality in the Diary Room, viewers may feel invited into the moment, but that doesn’t mean every part of their history becomes available for inspection.</w:t>
      </w:r>
      <w:r/>
    </w:p>
    <w:p>
      <w:r/>
      <w:r>
        <w:t>Attitude and Just Jared both reported on Frankie’s emotional bisexual coming-out moment, while the broader reaction shows how quickly audiences can move from empathy to suspicion. The shift is understandable in a programme built around observation, yet it’s worth remembering that bisexuality itself isn’t evidence of dishonesty, and relationship labels can change.</w:t>
      </w:r>
      <w:r/>
    </w:p>
    <w:p>
      <w:r/>
      <w:r>
        <w:t>The more useful question may be whether Frankie was trying to deceive people or simply explaining a complicated period in his life in an imperfect way. Those are very different things, even if social media tends to flatten them into one dramatic verdict.</w:t>
      </w:r>
      <w:r/>
    </w:p>
    <w:p>
      <w:pPr>
        <w:pStyle w:val="Heading2"/>
      </w:pPr>
      <w:r>
        <w:t>What happens next in the Big Brother UK storyline?</w:t>
      </w:r>
      <w:r/>
    </w:p>
    <w:p>
      <w:r/>
      <w:r>
        <w:t>For now, Frankie’s comments are likely to remain part of the house’s wider conversation, especially as fellow contestants process what they’ve learned. Capital FM’s coverage suggests the revelation has already prompted strong reactions, while the emotional context gives the storyline more weight than a straightforward “caught in a lie” narrative.</w:t>
      </w:r>
      <w:r/>
    </w:p>
    <w:p>
      <w:r/>
      <w:r>
        <w:t>Viewers will probably continue comparing Frankie’s earlier remarks with his latest account. That’s the nature of Big Brother: every conversation becomes evidence, every pause feels loaded and even a simple relationship reference can become a week-long mystery.</w:t>
      </w:r>
      <w:r/>
    </w:p>
    <w:p>
      <w:r/>
      <w:r>
        <w:t>Still, the fairest reading is to leave room for nuance. Frankie may have muddled the details, but the coming-out moment itself can remain meaningful even if the surrounding story is complicated.</w:t>
      </w:r>
      <w:r/>
    </w:p>
    <w:p>
      <w:r/>
      <w:r>
        <w:t>It’s messy television, but a person’s identity deserves more care than a tidy online verdict.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[7]</w:t>
        </w:r>
      </w:hyperlink>
      <w:r>
        <w:t xml:space="preserve">, </w:t>
      </w:r>
      <w:hyperlink r:id="rId10">
        <w:r>
          <w:rPr>
            <w:color w:val="0000EE"/>
            <w:u w:val="single"/>
          </w:rPr>
          <w:t>[4]</w:t>
        </w:r>
      </w:hyperlink>
      <w:r>
        <w:t xml:space="preserve">- Paragraph 3: </w:t>
      </w:r>
      <w:hyperlink r:id="rId13">
        <w:r>
          <w:rPr>
            <w:color w:val="0000EE"/>
            <w:u w:val="single"/>
          </w:rPr>
          <w:t>[2]</w:t>
        </w:r>
      </w:hyperlink>
      <w:r>
        <w:t xml:space="preserve">, </w:t>
      </w:r>
      <w:hyperlink r:id="rId14">
        <w:r>
          <w:rPr>
            <w:color w:val="0000EE"/>
            <w:u w:val="single"/>
          </w:rPr>
          <w:t>[5]</w:t>
        </w:r>
      </w:hyperlink>
      <w:r>
        <w:t xml:space="preserve">- Paragraph 4: </w:t>
      </w:r>
      <w:hyperlink r:id="rId15">
        <w:r>
          <w:rPr>
            <w:color w:val="0000EE"/>
            <w:u w:val="single"/>
          </w:rPr>
          <w:t>[3]</w:t>
        </w:r>
      </w:hyperlink>
      <w:r>
        <w:t xml:space="preserve">, </w:t>
      </w:r>
      <w:hyperlink r:id="rId11">
        <w:r>
          <w:rPr>
            <w:color w:val="0000EE"/>
            <w:u w:val="single"/>
          </w:rPr>
          <w:t>[6]</w:t>
        </w:r>
      </w:hyperlink>
      <w:r>
        <w:t xml:space="preserve">- Paragraph 5: </w:t>
      </w:r>
      <w:hyperlink r:id="rId15">
        <w:r>
          <w:rPr>
            <w:color w:val="0000EE"/>
            <w:u w:val="single"/>
          </w:rPr>
          <w:t>[3]</w:t>
        </w:r>
      </w:hyperlink>
      <w:r>
        <w:t xml:space="preserve">, </w:t>
      </w:r>
      <w:hyperlink r:id="rId12">
        <w:r>
          <w:rPr>
            <w:color w:val="0000EE"/>
            <w:u w:val="single"/>
          </w:rPr>
          <w:t>[7]</w:t>
        </w:r>
      </w:hyperlink>
      <w:r>
        <w:t xml:space="preserve">- Paragraph 6: </w:t>
      </w:r>
      <w:hyperlink r:id="rId13">
        <w:r>
          <w:rPr>
            <w:color w:val="0000EE"/>
            <w:u w:val="single"/>
          </w:rPr>
          <w:t>[2]</w:t>
        </w:r>
      </w:hyperlink>
      <w:r>
        <w:t xml:space="preserve">, </w:t>
      </w:r>
      <w:hyperlink r:id="rId14">
        <w:r>
          <w:rPr>
            <w:color w:val="0000EE"/>
            <w:u w:val="single"/>
          </w:rPr>
          <w:t>[5]</w:t>
        </w:r>
      </w:hyperlink>
      <w:r>
        <w:t xml:space="preserve">- Paragraph 7: </w:t>
      </w:r>
      <w:hyperlink r:id="rId10">
        <w:r>
          <w:rPr>
            <w:color w:val="0000EE"/>
            <w:u w:val="single"/>
          </w:rPr>
          <w:t>[4]</w:t>
        </w:r>
      </w:hyperlink>
      <w:r>
        <w:t xml:space="preserve">, </w:t>
      </w:r>
      <w:hyperlink r:id="rId11">
        <w:r>
          <w:rPr>
            <w:color w:val="0000EE"/>
            <w:u w:val="single"/>
          </w:rPr>
          <w:t>[6]</w:t>
        </w:r>
      </w:hyperlink>
      <w:r>
        <w:t xml:space="preserve">- Paragraph 8: </w:t>
      </w:r>
      <w:hyperlink r:id="rId15">
        <w:r>
          <w:rPr>
            <w:color w:val="0000EE"/>
            <w:u w:val="single"/>
          </w:rPr>
          <w:t>[3]</w:t>
        </w:r>
      </w:hyperlink>
      <w:r>
        <w:t xml:space="preserve">, </w:t>
      </w:r>
      <w:hyperlink r:id="rId12">
        <w:r>
          <w:rPr>
            <w:color w:val="0000EE"/>
            <w:u w:val="single"/>
          </w:rPr>
          <w:t>[7]</w:t>
        </w:r>
      </w:hyperlink>
      <w:r>
        <w:t xml:space="preserve">- Paragraph 9: </w:t>
      </w:r>
      <w:hyperlink r:id="rId13">
        <w:r>
          <w:rPr>
            <w:color w:val="0000EE"/>
            <w:u w:val="single"/>
          </w:rPr>
          <w:t>[2]</w:t>
        </w:r>
      </w:hyperlink>
      <w:r>
        <w:t xml:space="preserve">, </w:t>
      </w:r>
      <w:hyperlink r:id="rId14">
        <w:r>
          <w:rPr>
            <w:color w:val="0000EE"/>
            <w:u w:val="single"/>
          </w:rPr>
          <w:t>[5]</w:t>
        </w:r>
      </w:hyperlink>
      <w:r>
        <w:t xml:space="preserve">- Paragraph 10: </w:t>
      </w:r>
      <w:hyperlink r:id="rId15">
        <w:r>
          <w:rPr>
            <w:color w:val="0000EE"/>
            <w:u w:val="single"/>
          </w:rPr>
          <w:t>[3]</w:t>
        </w:r>
      </w:hyperlink>
      <w:r>
        <w:t xml:space="preserve">, </w:t>
      </w:r>
      <w:hyperlink r:id="rId11">
        <w:r>
          <w:rPr>
            <w:color w:val="0000EE"/>
            <w:u w:val="single"/>
          </w:rPr>
          <w:t>[6]</w:t>
        </w:r>
      </w:hyperlink>
      <w:r>
        <w:t xml:space="preserve">- Paragraph 11: </w:t>
      </w:r>
      <w:hyperlink r:id="rId13">
        <w:r>
          <w:rPr>
            <w:color w:val="0000EE"/>
            <w:u w:val="single"/>
          </w:rPr>
          <w:t>[2]</w:t>
        </w:r>
      </w:hyperlink>
      <w:r>
        <w:t xml:space="preserve">, </w:t>
      </w:r>
      <w:hyperlink r:id="rId12">
        <w:r>
          <w:rPr>
            <w:color w:val="0000EE"/>
            <w:u w:val="single"/>
          </w:rPr>
          <w:t>[7]</w:t>
        </w:r>
      </w:hyperlink>
      <w:r>
        <w:t xml:space="preserve">- Paragraph 12: </w:t>
      </w:r>
      <w:hyperlink r:id="rId10">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https://www.queerty.com/chaotic-bisexual-energy-takes-over-big-brother-uk-after-frankie-tabers-confusing-diary-room-reveal-20260930/</w:t>
        </w:r>
      </w:hyperlink>
      <w:r>
        <w:t xml:space="preserve"> - Please view link - unable to able to access data</w:t>
      </w:r>
      <w:r/>
    </w:p>
    <w:p>
      <w:pPr>
        <w:pStyle w:val="ListNumber"/>
        <w:spacing w:line="240" w:lineRule="auto"/>
        <w:ind w:left="720"/>
      </w:pPr>
      <w:r/>
      <w:hyperlink r:id="rId13">
        <w:r>
          <w:rPr>
            <w:color w:val="0000EE"/>
            <w:u w:val="single"/>
          </w:rPr>
          <w:t>https://www.capitalfm.com/news/tv-film/big-brother/uk-tays-reaction-frankie-bisexual-coming-out/</w:t>
        </w:r>
      </w:hyperlink>
      <w:r>
        <w:t xml:space="preserve"> - Tays Taylor, a former Big Brother UK contestant, shared his emotional reaction to co-star Frankie Taber's coming out as bisexual. Tays expressed that he was nearly moved to tears upon watching the emotional moment and wished Frankie had confided in him during their time together in the house. He conveyed his support and reassured Frankie that he had nothing to worry about. (</w:t>
      </w:r>
      <w:hyperlink r:id="rId16">
        <w:r>
          <w:rPr>
            <w:color w:val="0000EE"/>
            <w:u w:val="single"/>
          </w:rPr>
          <w:t>capitalfm.com</w:t>
        </w:r>
      </w:hyperlink>
      <w:r>
        <w:t>)</w:t>
      </w:r>
      <w:r/>
    </w:p>
    <w:p>
      <w:pPr>
        <w:pStyle w:val="ListNumber"/>
        <w:spacing w:line="240" w:lineRule="auto"/>
        <w:ind w:left="720"/>
      </w:pPr>
      <w:r/>
      <w:hyperlink r:id="rId15">
        <w:r>
          <w:rPr>
            <w:color w:val="0000EE"/>
            <w:u w:val="single"/>
          </w:rPr>
          <w:t>https://www.attitude.co.uk/culture/big-brothers-tays-reacts-frankie-coming-out-534853/</w:t>
        </w:r>
      </w:hyperlink>
      <w:r>
        <w:t xml:space="preserve"> - Former Big Brother UK contestant Tays Taylor shared his heartfelt reaction to co-star Frankie Taber's coming out as bisexual. Tays admitted that watching the emotional moment nearly brought him to tears and expressed a desire that Frankie had confided in him during their time together in the house. He conveyed his support and reassured Frankie that he had nothing to worry about. (</w:t>
      </w:r>
      <w:hyperlink r:id="rId17">
        <w:r>
          <w:rPr>
            <w:color w:val="0000EE"/>
            <w:u w:val="single"/>
          </w:rPr>
          <w:t>attitude.co.uk</w:t>
        </w:r>
      </w:hyperlink>
      <w:r>
        <w:t>)</w:t>
      </w:r>
      <w:r/>
    </w:p>
    <w:p>
      <w:pPr>
        <w:pStyle w:val="ListNumber"/>
        <w:spacing w:line="240" w:lineRule="auto"/>
        <w:ind w:left="720"/>
      </w:pPr>
      <w:r/>
      <w:hyperlink r:id="rId10">
        <w:r>
          <w:rPr>
            <w:color w:val="0000EE"/>
            <w:u w:val="single"/>
          </w:rPr>
          <w:t>https://www.gaydio.co.uk/uk/whats-new/news/gaydio-news/big-brother-housemate-frankie-comes-out-as-bisexual-in-tearful-diary-room-confession/</w:t>
        </w:r>
      </w:hyperlink>
      <w:r>
        <w:t xml:space="preserve"> - Big Brother UK contestant Frankie Taber came out as bisexual during an emotional Diary Room scene, revealing he had been carrying 'guilt and shame' for over a year. He expressed concerns about potentially letting down people and shared his worries about the outside world. Frankie also mentioned that his girlfriend was 'very good about it' when he came out to her. (</w:t>
      </w:r>
      <w:hyperlink r:id="rId18">
        <w:r>
          <w:rPr>
            <w:color w:val="0000EE"/>
            <w:u w:val="single"/>
          </w:rPr>
          <w:t>gaydio.co.uk</w:t>
        </w:r>
      </w:hyperlink>
      <w:r>
        <w:t>)</w:t>
      </w:r>
      <w:r/>
    </w:p>
    <w:p>
      <w:pPr>
        <w:pStyle w:val="ListNumber"/>
        <w:spacing w:line="240" w:lineRule="auto"/>
        <w:ind w:left="720"/>
      </w:pPr>
      <w:r/>
      <w:hyperlink r:id="rId14">
        <w:r>
          <w:rPr>
            <w:color w:val="0000EE"/>
            <w:u w:val="single"/>
          </w:rPr>
          <w:t>https://www.capitalfm.com/news/tv-film/big-brother/uk-frankie-taber-bisexual-sexuality/</w:t>
        </w:r>
      </w:hyperlink>
      <w:r>
        <w:t xml:space="preserve"> - Big Brother UK contestant Frankie Taber came out as bisexual in an emotional Diary Room confessional, revealing he had been in 'pain' for nearly two years. He expressed concerns about potentially letting down people and shared his worries about the outside world. Frankie also mentioned that his girlfriend was 'very good about it' when he came out to her. (</w:t>
      </w:r>
      <w:hyperlink r:id="rId19">
        <w:r>
          <w:rPr>
            <w:color w:val="0000EE"/>
            <w:u w:val="single"/>
          </w:rPr>
          <w:t>capitalfm.com</w:t>
        </w:r>
      </w:hyperlink>
      <w:r>
        <w:t>)</w:t>
      </w:r>
      <w:r/>
    </w:p>
    <w:p>
      <w:pPr>
        <w:pStyle w:val="ListNumber"/>
        <w:spacing w:line="240" w:lineRule="auto"/>
        <w:ind w:left="720"/>
      </w:pPr>
      <w:r/>
      <w:hyperlink r:id="rId11">
        <w:r>
          <w:rPr>
            <w:color w:val="0000EE"/>
            <w:u w:val="single"/>
          </w:rPr>
          <w:t>https://www.attitude.co.uk/culture/big-brother-frankie-taber-comes-out-bisexual-534311/</w:t>
        </w:r>
      </w:hyperlink>
      <w:r>
        <w:t xml:space="preserve"> - Big Brother UK contestant Frankie Taber came out as bisexual in an emotional Diary Room confessional, revealing he had been in 'pain' for nearly two years. He expressed concerns about potentially letting down people and shared his worries about the outside world. Frankie also mentioned that his girlfriend was 'very good about it' when he came out to her. (</w:t>
      </w:r>
      <w:hyperlink r:id="rId20">
        <w:r>
          <w:rPr>
            <w:color w:val="0000EE"/>
            <w:u w:val="single"/>
          </w:rPr>
          <w:t>attitude.co.uk</w:t>
        </w:r>
      </w:hyperlink>
      <w:r>
        <w:t>)</w:t>
      </w:r>
      <w:r/>
    </w:p>
    <w:p>
      <w:pPr>
        <w:pStyle w:val="ListNumber"/>
        <w:spacing w:line="240" w:lineRule="auto"/>
        <w:ind w:left="720"/>
      </w:pPr>
      <w:r/>
      <w:hyperlink r:id="rId12">
        <w:r>
          <w:rPr>
            <w:color w:val="0000EE"/>
            <w:u w:val="single"/>
          </w:rPr>
          <w:t>https://www.justjared.com/2026/09/15/big-brother-uk-contestant-frankie-taber-comes-out-as-bisexual-in-emotional-diary-room-moment/</w:t>
        </w:r>
      </w:hyperlink>
      <w:r>
        <w:t xml:space="preserve"> - Big Brother UK contestant Frankie Taber came out as bisexual in an emotional Diary Room moment, revealing he had been in 'pain' for nearly two years. He expressed concerns about potentially letting down people and shared his worries about the outside world. Frankie also mentioned that his girlfriend was 'very good about it' when he came out to her. (</w:t>
      </w:r>
      <w:hyperlink r:id="rId21">
        <w:r>
          <w:rPr>
            <w:color w:val="0000EE"/>
            <w:u w:val="single"/>
          </w:rPr>
          <w:t>justjared.com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chaotic-bisexual-energy-takes-over-big-brother-uk-after-frankie-tabers-confusing-diary-room-reveal-20260930/" TargetMode="External"/><Relationship Id="rId10" Type="http://schemas.openxmlformats.org/officeDocument/2006/relationships/hyperlink" Target="https://www.gaydio.co.uk/uk/whats-new/news/gaydio-news/big-brother-housemate-frankie-comes-out-as-bisexual-in-tearful-diary-room-confession/" TargetMode="External"/><Relationship Id="rId11" Type="http://schemas.openxmlformats.org/officeDocument/2006/relationships/hyperlink" Target="https://www.attitude.co.uk/culture/big-brother-frankie-taber-comes-out-bisexual-534311/" TargetMode="External"/><Relationship Id="rId12" Type="http://schemas.openxmlformats.org/officeDocument/2006/relationships/hyperlink" Target="https://www.justjared.com/2026/09/15/big-brother-uk-contestant-frankie-taber-comes-out-as-bisexual-in-emotional-diary-room-moment/" TargetMode="External"/><Relationship Id="rId13" Type="http://schemas.openxmlformats.org/officeDocument/2006/relationships/hyperlink" Target="https://www.capitalfm.com/news/tv-film/big-brother/uk-tays-reaction-frankie-bisexual-coming-out/" TargetMode="External"/><Relationship Id="rId14" Type="http://schemas.openxmlformats.org/officeDocument/2006/relationships/hyperlink" Target="https://www.capitalfm.com/news/tv-film/big-brother/uk-frankie-taber-bisexual-sexuality/" TargetMode="External"/><Relationship Id="rId15" Type="http://schemas.openxmlformats.org/officeDocument/2006/relationships/hyperlink" Target="https://www.attitude.co.uk/culture/big-brothers-tays-reacts-frankie-coming-out-534853/" TargetMode="External"/><Relationship Id="rId16" Type="http://schemas.openxmlformats.org/officeDocument/2006/relationships/hyperlink" Target="https://www.capitalfm.com/news/tv-film/big-brother/uk-tays-reaction-frankie-bisexual-coming-out/?utm_source=openai" TargetMode="External"/><Relationship Id="rId17" Type="http://schemas.openxmlformats.org/officeDocument/2006/relationships/hyperlink" Target="https://www.attitude.co.uk/culture/big-brothers-tays-reacts-frankie-coming-out-534853/?utm_source=openai" TargetMode="External"/><Relationship Id="rId18" Type="http://schemas.openxmlformats.org/officeDocument/2006/relationships/hyperlink" Target="https://www.gaydio.co.uk/uk/whats-new/news/gaydio-news/big-brother-housemate-frankie-comes-out-as-bisexual-in-tearful-diary-room-confession/?utm_source=openai" TargetMode="External"/><Relationship Id="rId19" Type="http://schemas.openxmlformats.org/officeDocument/2006/relationships/hyperlink" Target="https://www.capitalfm.com/news/tv-film/big-brother/uk-frankie-taber-bisexual-sexuality/?utm_source=openai" TargetMode="External"/><Relationship Id="rId20" Type="http://schemas.openxmlformats.org/officeDocument/2006/relationships/hyperlink" Target="https://www.attitude.co.uk/culture/big-brother-frankie-taber-comes-out-bisexual-534311/?utm_source=openai" TargetMode="External"/><Relationship Id="rId21" Type="http://schemas.openxmlformats.org/officeDocument/2006/relationships/hyperlink" Target="https://www.justjared.com/2026/09/15/big-brother-uk-contestant-frankie-taber-comes-out-as-bisexual-in-emotional-diary-room-momen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