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YA Graphic Novels for Queer Coming-of-Age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the best sapphic YA graphic novels will find plenty of emotional range here, from tender cheerleading romance and found-family basketball to messy break-ups, faerie intrigue and difficult questions about identity. These illustrated stories are quick to read, visually rich and unafraid to let queer teenagers be complicated.</w:t>
      </w:r>
      <w:r/>
    </w:p>
    <w:p>
      <w:pPr>
        <w:pStyle w:val="Heading2"/>
      </w:pPr>
      <w:r>
        <w:t>Essential Takeaways</w:t>
      </w:r>
      <w:r/>
      <w:r/>
    </w:p>
    <w:p>
      <w:pPr>
        <w:pStyle w:val="ListBullet"/>
        <w:spacing w:line="240" w:lineRule="auto"/>
        <w:ind w:left="720"/>
      </w:pPr>
      <w:r/>
      <w:r>
        <w:rPr>
          <w:b/>
        </w:rPr>
        <w:t>For messy realism:</w:t>
      </w:r>
      <w:r>
        <w:t xml:space="preserve"> </w:t>
      </w:r>
      <w:r>
        <w:rPr>
          <w:i/>
        </w:rPr>
        <w:t>Laura Dean Keeps Breaking Up with Me</w:t>
      </w:r>
      <w:r>
        <w:t xml:space="preserve"> explores an unhealthy on-and-off relationship with striking emotional honesty.</w:t>
      </w:r>
      <w:r/>
    </w:p>
    <w:p>
      <w:pPr>
        <w:pStyle w:val="ListBullet"/>
        <w:spacing w:line="240" w:lineRule="auto"/>
        <w:ind w:left="720"/>
      </w:pPr>
      <w:r/>
      <w:r>
        <w:rPr>
          <w:b/>
        </w:rPr>
        <w:t>For a thornier read:</w:t>
      </w:r>
      <w:r>
        <w:t xml:space="preserve"> </w:t>
      </w:r>
      <w:r>
        <w:rPr>
          <w:i/>
        </w:rPr>
        <w:t>Kiss Number 8</w:t>
      </w:r>
      <w:r>
        <w:t xml:space="preserve"> combines bisexual self-discovery, family secrets and a complicated friendship.</w:t>
      </w:r>
      <w:r/>
    </w:p>
    <w:p>
      <w:pPr>
        <w:pStyle w:val="ListBullet"/>
        <w:spacing w:line="240" w:lineRule="auto"/>
        <w:ind w:left="720"/>
      </w:pPr>
      <w:r/>
      <w:r>
        <w:rPr>
          <w:b/>
        </w:rPr>
        <w:t>For queer joy:</w:t>
      </w:r>
      <w:r>
        <w:t xml:space="preserve"> </w:t>
      </w:r>
      <w:r>
        <w:rPr>
          <w:i/>
        </w:rPr>
        <w:t>Cheer Up: Love and Pompoms</w:t>
      </w:r>
      <w:r>
        <w:t xml:space="preserve"> offers a warm, slow-building romance alongside realistic pressure.</w:t>
      </w:r>
      <w:r/>
    </w:p>
    <w:p>
      <w:pPr>
        <w:pStyle w:val="ListBullet"/>
        <w:spacing w:line="240" w:lineRule="auto"/>
        <w:ind w:left="720"/>
      </w:pPr>
      <w:r/>
      <w:r>
        <w:rPr>
          <w:b/>
        </w:rPr>
        <w:t>For sport and friendship:</w:t>
      </w:r>
      <w:r>
        <w:t xml:space="preserve"> </w:t>
      </w:r>
      <w:r>
        <w:rPr>
          <w:i/>
        </w:rPr>
        <w:t>The Avant-Guards, Vol. 1</w:t>
      </w:r>
      <w:r>
        <w:t xml:space="preserve"> brings together an unlikely college basketball team.</w:t>
      </w:r>
      <w:r/>
    </w:p>
    <w:p>
      <w:pPr>
        <w:pStyle w:val="ListBullet"/>
        <w:spacing w:line="240" w:lineRule="auto"/>
        <w:ind w:left="720"/>
      </w:pPr>
      <w:r/>
      <w:r>
        <w:rPr>
          <w:b/>
        </w:rPr>
        <w:t>For romantasy fans:</w:t>
      </w:r>
      <w:r>
        <w:t xml:space="preserve"> </w:t>
      </w:r>
      <w:r>
        <w:rPr>
          <w:i/>
        </w:rPr>
        <w:t>Forgive-Me-Not</w:t>
      </w:r>
      <w:r>
        <w:t xml:space="preserve"> blends sapphic romance, changelings and atmospheric faerie worldbuilding.</w:t>
      </w:r>
      <w:r/>
      <w:r/>
    </w:p>
    <w:p>
      <w:pPr>
        <w:pStyle w:val="Heading2"/>
      </w:pPr>
      <w:r>
        <w:t>Why these graphic novels feel so refreshingly honest</w:t>
      </w:r>
      <w:r/>
    </w:p>
    <w:p>
      <w:r/>
      <w:r>
        <w:t xml:space="preserve">The strongest books in this group don't treat queer adolescence as a single, polished journey. Instead, they allow their characters to be selfish, confused, awkward and occasionally spectacularly bad at making decisions. That messiness gives the stories their pulse, especially in </w:t>
      </w:r>
      <w:r>
        <w:rPr>
          <w:i/>
        </w:rPr>
        <w:t>Laura Dean Keeps Breaking Up with Me</w:t>
      </w:r>
      <w:r>
        <w:t>, where Freddy keeps returning to a relationship that leaves her isolated. Reviews from School Library Journal and Common Sense Media both highlight the book's emotional complexity and mature themes.</w:t>
      </w:r>
      <w:r/>
    </w:p>
    <w:p>
      <w:r/>
      <w:r>
        <w:t>Mariko Tamaki and Rosemary Valero-O'Connell's collaboration is particularly effective because the artwork carries so much of the mood. The pages feel intimate and slightly bruised, matching Freddy's uncertainty as she tries to understand why attention can feel like love, even when it repeatedly hurts. It's a difficult lesson, but a recognisable one.</w:t>
      </w:r>
      <w:r/>
    </w:p>
    <w:p>
      <w:r/>
      <w:r>
        <w:t>The book also matters because unhealthy relationships aren't restricted to heterosexual stories. Freddy's experience gives younger readers space to recognise patterns without pretending that queer romance is automatically safer or simpler. Readers should note that the story includes references to a minor and an adult, as well as an unplanned pregnancy, as reported in content discussions of the book.</w:t>
      </w:r>
      <w:r/>
    </w:p>
    <w:p>
      <w:pPr>
        <w:pStyle w:val="Heading2"/>
      </w:pPr>
      <w:r>
        <w:t>Start with Freddy's heartbreak or Mads's confusion</w:t>
      </w:r>
      <w:r/>
    </w:p>
    <w:p>
      <w:r/>
      <w:r>
        <w:t xml:space="preserve">If </w:t>
      </w:r>
      <w:r>
        <w:rPr>
          <w:i/>
        </w:rPr>
        <w:t>Laura Dean Keeps Breaking Up with Me</w:t>
      </w:r>
      <w:r>
        <w:t xml:space="preserve"> is the most focused emotional portrait, </w:t>
      </w:r>
      <w:r>
        <w:rPr>
          <w:i/>
        </w:rPr>
        <w:t>Kiss Number 8</w:t>
      </w:r>
      <w:r>
        <w:t xml:space="preserve"> is the more sprawling, tangled option. Mads is working through first kisses, attraction to her best friend Cat and a major family revelation, all while living in a conservative small-town environment. The result is uncomfortable at times, but that discomfort is part of its appeal.</w:t>
      </w:r>
      <w:r/>
    </w:p>
    <w:p>
      <w:r/>
      <w:r>
        <w:t>Mads isn't presented as an effortlessly likeable heroine. She hurts people, makes poor choices and struggles to name what she wants. Once she finds other queer people, though, her understanding of herself begins to widen. The story's ending offers a welcome lift after its heavier material, although readers should be prepared for transphobia, including deadnaming and misgendering.</w:t>
      </w:r>
      <w:r/>
    </w:p>
    <w:p>
      <w:r/>
      <w:r>
        <w:t>Together, these two books make a strong pairing for anyone seeking sapphic YA graphic novels about flawed characters. One is tightly centred on a damaging romance, while the other folds sexuality, family and community into a much larger coming-of-age story. Neither offers a friction-free path to self-knowledge, and that's precisely why they linger.</w:t>
      </w:r>
      <w:r/>
    </w:p>
    <w:p>
      <w:pPr>
        <w:pStyle w:val="Heading2"/>
      </w:pPr>
      <w:r>
        <w:t>Looking for something sweeter? Try the cheer squad</w:t>
      </w:r>
      <w:r/>
    </w:p>
    <w:p>
      <w:r/>
      <w:r>
        <w:rPr>
          <w:i/>
        </w:rPr>
        <w:t>Cheer Up: Love and Pompoms</w:t>
      </w:r>
      <w:r>
        <w:t xml:space="preserve"> is the natural choice for readers who want warmth without losing emotional substance. Annie is an antisocial lesbian pushed towards cheerleading, while BeeBee is a trans girl trying to balance school, friendships, public visibility and her parents' expectations around her transition.</w:t>
      </w:r>
      <w:r/>
    </w:p>
    <w:p>
      <w:r/>
      <w:r>
        <w:t>Their old friendship gives the romance a satisfying foundation, and their contrasting personalities create plenty of spark. BeeBee is polished and outwardly capable, but the pressure around her is relentless. Annie is prickly, withdrawn and wonderfully imperfect, which makes her gradual movement towards connection feel earned rather than magically convenient.</w:t>
      </w:r>
      <w:r/>
    </w:p>
    <w:p>
      <w:r/>
      <w:r>
        <w:t xml:space="preserve">Fans searching for graphic novels similar to </w:t>
      </w:r>
      <w:r>
        <w:rPr>
          <w:i/>
        </w:rPr>
        <w:t>Heartstopper</w:t>
      </w:r>
      <w:r>
        <w:t xml:space="preserve"> will find the same broad appeal here, though the tone isn't identical. This is a compact read, but it still makes room for queer joy, social anxiety and the exhausting business of being treated as a symbol. It feels soft without being shallow, which is a tricky balance to pull off.</w:t>
      </w:r>
      <w:r/>
    </w:p>
    <w:p>
      <w:pPr>
        <w:pStyle w:val="Heading2"/>
      </w:pPr>
      <w:r>
        <w:t>Sports, found family and a slow-burn romance</w:t>
      </w:r>
      <w:r/>
    </w:p>
    <w:p>
      <w:r/>
      <w:r>
        <w:t xml:space="preserve">For a livelier ensemble story, </w:t>
      </w:r>
      <w:r>
        <w:rPr>
          <w:i/>
        </w:rPr>
        <w:t>The Avant-Guards, Vol. 1</w:t>
      </w:r>
      <w:r>
        <w:t xml:space="preserve"> moves the action to an arts college and a struggling basketball team. Charlie arrives hoping to leave her basketball past behind, only to be recruited by Liv, the relentlessly enthusiastic team captain. With the squad short of players, Liv turns recruitment into a group mission.</w:t>
      </w:r>
      <w:r/>
    </w:p>
    <w:p>
      <w:r/>
      <w:r>
        <w:t>The central contrast is appealing: Charlie is wary and tired, while Liv is bright, determined and almost impossible to discourage. Around them, the team brings together students with different interests and temperaments, creating the familiar but satisfying shape of a found-family sports story.</w:t>
      </w:r>
      <w:r/>
    </w:p>
    <w:p>
      <w:r/>
      <w:r>
        <w:t>The large cast can make the first volume feel crowded, particularly if you prefer character development to unfold slowly. Still, the premise has plenty of charm, and the developing relationship between Liv and Charlie gives the series a promising romantic thread. It's a good pick for readers who like campus settings, team spirit and queer characters learning to rely on one another.</w:t>
      </w:r>
      <w:r/>
    </w:p>
    <w:p>
      <w:pPr>
        <w:pStyle w:val="Heading2"/>
      </w:pPr>
      <w:r>
        <w:t>Faerie romance with a classic twist</w:t>
      </w:r>
      <w:r/>
    </w:p>
    <w:p>
      <w:r/>
      <w:r>
        <w:rPr>
          <w:i/>
        </w:rPr>
        <w:t>Forgive-Me-Not</w:t>
      </w:r>
      <w:r>
        <w:t xml:space="preserve"> takes a more fantastical route. Aisling is kidnapped and brought into Faerie, where she discovers that she's a changeling and that her captor, Forget-Me-Not, is the rightful princess whose life was displaced. That setup has the ingredients of a familiar romantasy, but the sapphic pairing gives the dynamic a different emotional charge.</w:t>
      </w:r>
      <w:r/>
    </w:p>
    <w:p>
      <w:r/>
      <w:r>
        <w:t>The relationship may test some readers' patience at first. Forget-Me-Not can be cold and domineering, while Aisling initially fits the familiar mould of the charming but helpless heroine. Their imbalance is uncomfortable, although the story gradually explains the anger and survival instincts behind Forget-Me-Not's behaviour.</w:t>
      </w:r>
      <w:r/>
    </w:p>
    <w:p>
      <w:r/>
      <w:r>
        <w:t>Atmospheric illustrations and detailed worldbuilding help the book find its footing. The romance becomes more convincing as the characters' histories emerge, and the faerie setting adds a rich, shadowy texture to what could otherwise have felt like a predictable premise. For readers who enjoy sapphic fantasy comics, it's worth staying with the story beyond its prickliest opening chapters.</w:t>
      </w:r>
      <w:r/>
    </w:p>
    <w:p>
      <w:pPr>
        <w:pStyle w:val="Heading2"/>
      </w:pPr>
      <w:r>
        <w:t>How to choose your next sapphic YA graphic novel</w:t>
      </w:r>
      <w:r/>
    </w:p>
    <w:p>
      <w:r/>
      <w:r>
        <w:t xml:space="preserve">Choose </w:t>
      </w:r>
      <w:r>
        <w:rPr>
          <w:i/>
        </w:rPr>
        <w:t>Laura Dean Keeps Breaking Up with Me</w:t>
      </w:r>
      <w:r>
        <w:t xml:space="preserve"> if you want a concentrated, emotionally sharp story about an unhealthy relationship. Pick </w:t>
      </w:r>
      <w:r>
        <w:rPr>
          <w:i/>
        </w:rPr>
        <w:t>Kiss Number 8</w:t>
      </w:r>
      <w:r>
        <w:t xml:space="preserve"> for a more complicated family-and-identity narrative, or </w:t>
      </w:r>
      <w:r>
        <w:rPr>
          <w:i/>
        </w:rPr>
        <w:t>Cheer Up</w:t>
      </w:r>
      <w:r>
        <w:t xml:space="preserve"> if you want a reassuring romance with plenty of genuine teenage pressure.</w:t>
      </w:r>
      <w:r/>
    </w:p>
    <w:p>
      <w:r/>
      <w:r>
        <w:t xml:space="preserve">Sportier readers should begin with </w:t>
      </w:r>
      <w:r>
        <w:rPr>
          <w:i/>
        </w:rPr>
        <w:t>The Avant-Guards</w:t>
      </w:r>
      <w:r>
        <w:t xml:space="preserve">, while fantasy fans will probably be happiest in the faerie realm of </w:t>
      </w:r>
      <w:r>
        <w:rPr>
          <w:i/>
        </w:rPr>
        <w:t>Forgive-Me-Not</w:t>
      </w:r>
      <w:r>
        <w:t>. Check content notes before reading, particularly for books dealing with homophobia, transphobia, pregnancy or abusive relationship patterns.</w:t>
      </w:r>
      <w:r/>
    </w:p>
    <w:p>
      <w:r/>
      <w:r>
        <w:t>The best choice depends on the mood you're in. Sometimes you want a gentle romance and a happy glow; sometimes you want a story brave enough to admit that growing up queer can be confusing, painful and gloriously untidy.</w:t>
      </w:r>
      <w:r/>
    </w:p>
    <w:p>
      <w:r/>
      <w:r>
        <w:t>Explore the one that matches your mood, and let the artwork do some of the feeling.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https://lesbrary.com/sapphic-ya-graphic-novel-reviews/</w:t>
        </w:r>
      </w:hyperlink>
      <w:r>
        <w:t xml:space="preserve"> - Please view link - unable to able to access data</w:t>
      </w:r>
      <w:r/>
    </w:p>
    <w:p>
      <w:pPr>
        <w:pStyle w:val="ListNumber"/>
        <w:spacing w:line="240" w:lineRule="auto"/>
        <w:ind w:left="720"/>
      </w:pPr>
      <w:r/>
      <w:hyperlink r:id="rId10">
        <w:r>
          <w:rPr>
            <w:color w:val="0000EE"/>
            <w:u w:val="single"/>
          </w:rPr>
          <w:t>https://en.wikipedia.org/wiki/Laura_Dean_Keeps_Breaking_Up_with_Me</w:t>
        </w:r>
      </w:hyperlink>
      <w:r>
        <w:t xml:space="preserve"> - 'Laura Dean Keeps Breaking Up with Me' is a graphic novel by Mariko Tamaki and Rosemary Valero-O'Connell, published in 2019. It follows Frederica 'Freddy' Riley, a 17-year-old lesbian navigating a tumultuous relationship with her on-again, off-again girlfriend, Laura Dean. The novel explores themes of self-discovery, toxic relationships, and the importance of friendships. It has received critical acclaim for its authentic dialogue and expressive artwork, winning the 2019 Harvey Award for Best Children's or Young Adult Book. (</w:t>
      </w:r>
      <w:hyperlink r:id="rId16">
        <w:r>
          <w:rPr>
            <w:color w:val="0000EE"/>
            <w:u w:val="single"/>
          </w:rPr>
          <w:t>en.wikipedia.org</w:t>
        </w:r>
      </w:hyperlink>
      <w:r>
        <w:t>)</w:t>
      </w:r>
      <w:r/>
    </w:p>
    <w:p>
      <w:pPr>
        <w:pStyle w:val="ListNumber"/>
        <w:spacing w:line="240" w:lineRule="auto"/>
        <w:ind w:left="720"/>
      </w:pPr>
      <w:r/>
      <w:hyperlink r:id="rId11">
        <w:r>
          <w:rPr>
            <w:color w:val="0000EE"/>
            <w:u w:val="single"/>
          </w:rPr>
          <w:t>https://www.slj.com/review/laura-dean-keeps-breaking-up-with-me</w:t>
        </w:r>
      </w:hyperlink>
      <w:r>
        <w:t xml:space="preserve"> - The School Library Journal's review of 'Laura Dean Keeps Breaking Up with Me' praises the novel's exploration of toxic relationships and the protagonist's journey towards self-realisation. The review highlights the authenticity of the characters and the emotional depth of the narrative, noting that Freddy's experiences will resonate with teenagers. The artwork is also commended for its expressive and dynamic illustrations. (</w:t>
      </w:r>
      <w:hyperlink r:id="rId17">
        <w:r>
          <w:rPr>
            <w:color w:val="0000EE"/>
            <w:u w:val="single"/>
          </w:rPr>
          <w:t>slj.com</w:t>
        </w:r>
      </w:hyperlink>
      <w:r>
        <w:t>)</w:t>
      </w:r>
      <w:r/>
    </w:p>
    <w:p>
      <w:pPr>
        <w:pStyle w:val="ListNumber"/>
        <w:spacing w:line="240" w:lineRule="auto"/>
        <w:ind w:left="720"/>
      </w:pPr>
      <w:r/>
      <w:hyperlink r:id="rId12">
        <w:r>
          <w:rPr>
            <w:color w:val="0000EE"/>
            <w:u w:val="single"/>
          </w:rPr>
          <w:t>https://www.commonsensemedia.org/book-reviews/laura-dean-keeps-breaking-up-with-me</w:t>
        </w:r>
      </w:hyperlink>
      <w:r>
        <w:t xml:space="preserve"> - Common Sense Media's review of 'Laura Dean Keeps Breaking Up with Me' describes it as a beautiful and emotional graphic novel that delves into themes of friendship, self-worth, and toxic relationships. The review notes that the novel was named a 2020 Michael J. Printz Honor Book, recognising its literary excellence. It also provides guidance on the book's suitability for readers aged 15 and above. (</w:t>
      </w:r>
      <w:hyperlink r:id="rId18">
        <w:r>
          <w:rPr>
            <w:color w:val="0000EE"/>
            <w:u w:val="single"/>
          </w:rPr>
          <w:t>commonsensemedia.org</w:t>
        </w:r>
      </w:hyperlink>
      <w:r>
        <w:t>)</w:t>
      </w:r>
      <w:r/>
    </w:p>
    <w:p>
      <w:pPr>
        <w:pStyle w:val="ListNumber"/>
        <w:spacing w:line="240" w:lineRule="auto"/>
        <w:ind w:left="720"/>
      </w:pPr>
      <w:r/>
      <w:hyperlink r:id="rId13">
        <w:r>
          <w:rPr>
            <w:color w:val="0000EE"/>
            <w:u w:val="single"/>
          </w:rPr>
          <w:t>https://www.goodreads.com/book/show/45185583-laura-dean-keeps-breaking-up-with-me</w:t>
        </w:r>
      </w:hyperlink>
      <w:r>
        <w:t xml:space="preserve"> - The Goodreads page for 'Laura Dean Keeps Breaking Up with Me' features a synopsis of the novel, highlighting the protagonist Freddy's struggles with her on-again, off-again relationship with Laura Dean. The page includes user ratings and reviews, reflecting the novel's popularity and impact among readers. It also provides information on the book's genre, including graphic novels, LGBT, young adult, comics, romance, queer, and contemporary. (</w:t>
      </w:r>
      <w:hyperlink r:id="rId19">
        <w:r>
          <w:rPr>
            <w:color w:val="0000EE"/>
            <w:u w:val="single"/>
          </w:rPr>
          <w:t>goodreads.com</w:t>
        </w:r>
      </w:hyperlink>
      <w:r>
        <w:t>)</w:t>
      </w:r>
      <w:r/>
    </w:p>
    <w:p>
      <w:pPr>
        <w:pStyle w:val="ListNumber"/>
        <w:spacing w:line="240" w:lineRule="auto"/>
        <w:ind w:left="720"/>
      </w:pPr>
      <w:r/>
      <w:hyperlink r:id="rId14">
        <w:r>
          <w:rPr>
            <w:color w:val="0000EE"/>
            <w:u w:val="single"/>
          </w:rPr>
          <w:t>https://www.supersummary.com/laura-dean-keeps-breaking-up-with-me/summary/</w:t>
        </w:r>
      </w:hyperlink>
      <w:r>
        <w:t xml:space="preserve"> - SuperSummary offers a detailed summary and study guide for 'Laura Dean Keeps Breaking Up with Me,' providing an overview of the plot, character analysis, themes, symbols, and motifs. The guide delves into the protagonist Freddy's journey through a tumultuous relationship and her path to self-discovery. It also discusses the novel's exploration of toxic relationships and the importance of friendships. (</w:t>
      </w:r>
      <w:hyperlink r:id="rId20">
        <w:r>
          <w:rPr>
            <w:color w:val="0000EE"/>
            <w:u w:val="single"/>
          </w:rPr>
          <w:t>supersummary.com</w:t>
        </w:r>
      </w:hyperlink>
      <w:r>
        <w:t>)</w:t>
      </w:r>
      <w:r/>
    </w:p>
    <w:p>
      <w:pPr>
        <w:pStyle w:val="ListNumber"/>
        <w:spacing w:line="240" w:lineRule="auto"/>
        <w:ind w:left="720"/>
      </w:pPr>
      <w:r/>
      <w:hyperlink r:id="rId15">
        <w:r>
          <w:rPr>
            <w:color w:val="0000EE"/>
            <w:u w:val="single"/>
          </w:rPr>
          <w:t>https://orgs.emerson.edu/undergraduate-students-publishing/2021/03/11/review-mariko-tamakis-laura-dean-keeps-breaking-up-with-me/</w:t>
        </w:r>
      </w:hyperlink>
      <w:r>
        <w:t xml:space="preserve"> - Pub Club Online's review of 'Laura Dean Keeps Breaking Up with Me' discusses the protagonist Freddy's relationship with Laura Dean and her journey towards self-realisation. The review highlights the novel's naturalistic dialogue and gorgeous illustrations, noting that these elements make the medium so endearing. It also touches upon the themes of toxic relationships and the importance of friendships. (</w:t>
      </w:r>
      <w:hyperlink r:id="rId21">
        <w:r>
          <w:rPr>
            <w:color w:val="0000EE"/>
            <w:u w:val="single"/>
          </w:rPr>
          <w:t>orgs.emerson.edu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sbrary.com/sapphic-ya-graphic-novel-reviews/" TargetMode="External"/><Relationship Id="rId10" Type="http://schemas.openxmlformats.org/officeDocument/2006/relationships/hyperlink" Target="https://en.wikipedia.org/wiki/Laura_Dean_Keeps_Breaking_Up_with_Me" TargetMode="External"/><Relationship Id="rId11" Type="http://schemas.openxmlformats.org/officeDocument/2006/relationships/hyperlink" Target="https://www.slj.com/review/laura-dean-keeps-breaking-up-with-me" TargetMode="External"/><Relationship Id="rId12" Type="http://schemas.openxmlformats.org/officeDocument/2006/relationships/hyperlink" Target="https://www.commonsensemedia.org/book-reviews/laura-dean-keeps-breaking-up-with-me" TargetMode="External"/><Relationship Id="rId13" Type="http://schemas.openxmlformats.org/officeDocument/2006/relationships/hyperlink" Target="https://www.goodreads.com/book/show/45185583-laura-dean-keeps-breaking-up-with-me" TargetMode="External"/><Relationship Id="rId14" Type="http://schemas.openxmlformats.org/officeDocument/2006/relationships/hyperlink" Target="https://www.supersummary.com/laura-dean-keeps-breaking-up-with-me/summary/" TargetMode="External"/><Relationship Id="rId15" Type="http://schemas.openxmlformats.org/officeDocument/2006/relationships/hyperlink" Target="https://orgs.emerson.edu/undergraduate-students-publishing/2021/03/11/review-mariko-tamakis-laura-dean-keeps-breaking-up-with-me/" TargetMode="External"/><Relationship Id="rId16" Type="http://schemas.openxmlformats.org/officeDocument/2006/relationships/hyperlink" Target="https://en.wikipedia.org/wiki/Laura_Dean_Keeps_Breaking_Up_with_Me?utm_source=openai" TargetMode="External"/><Relationship Id="rId17" Type="http://schemas.openxmlformats.org/officeDocument/2006/relationships/hyperlink" Target="https://www.slj.com/review/laura-dean-keeps-breaking-up-with-me?utm_source=openai" TargetMode="External"/><Relationship Id="rId18" Type="http://schemas.openxmlformats.org/officeDocument/2006/relationships/hyperlink" Target="https://www.commonsensemedia.org/book-reviews/laura-dean-keeps-breaking-up-with-me?utm_source=openai" TargetMode="External"/><Relationship Id="rId19" Type="http://schemas.openxmlformats.org/officeDocument/2006/relationships/hyperlink" Target="https://www.goodreads.com/book/show/45185583-laura-dean-keeps-breaking-up-with-me?utm_source=openai" TargetMode="External"/><Relationship Id="rId20" Type="http://schemas.openxmlformats.org/officeDocument/2006/relationships/hyperlink" Target="https://www.supersummary.com/laura-dean-keeps-breaking-up-with-me/summary/?utm_source=openai" TargetMode="External"/><Relationship Id="rId21" Type="http://schemas.openxmlformats.org/officeDocument/2006/relationships/hyperlink" Target="https://orgs.emerson.edu/undergraduate-students-publishing/2021/03/11/review-mariko-tamakis-laura-dean-keeps-breaking-up-with-m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