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Streaming Releases to Watch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Streamers have a relatively quiet October for queer women and trans viewers, but the month still brings several intriguing arrivals, from a highly anticipated sapphic slasher on MUBI to new seasons of cult animation, sharp comedy and beloved dramas.</w:t>
      </w:r>
      <w:r/>
    </w:p>
    <w:p>
      <w:pPr>
        <w:pStyle w:val="Heading2"/>
      </w:pPr>
      <w:r>
        <w:t>Essential Takeaways</w:t>
      </w:r>
      <w:r/>
      <w:r/>
    </w:p>
    <w:p>
      <w:pPr>
        <w:pStyle w:val="ListBullet"/>
        <w:spacing w:line="240" w:lineRule="auto"/>
        <w:ind w:left="720"/>
      </w:pPr>
      <w:r/>
      <w:r>
        <w:rPr>
          <w:b/>
        </w:rPr>
        <w:t>Biggest queer film:</w:t>
      </w:r>
      <w:r>
        <w:t xml:space="preserve"> </w:t>
      </w:r>
      <w:r>
        <w:rPr>
          <w:i/>
        </w:rPr>
        <w:t>Teenage Sex and Death at Camp Miasma</w:t>
      </w:r>
      <w:r>
        <w:t xml:space="preserve"> arrives on MUBI on 2 October.</w:t>
      </w:r>
      <w:r/>
    </w:p>
    <w:p>
      <w:pPr>
        <w:pStyle w:val="ListBullet"/>
        <w:spacing w:line="240" w:lineRule="auto"/>
        <w:ind w:left="720"/>
      </w:pPr>
      <w:r/>
      <w:r>
        <w:rPr>
          <w:b/>
        </w:rPr>
        <w:t>Best television pick:</w:t>
      </w:r>
      <w:r>
        <w:t xml:space="preserve"> Russell T Davies' </w:t>
      </w:r>
      <w:r>
        <w:rPr>
          <w:i/>
        </w:rPr>
        <w:t>Tip Toe</w:t>
      </w:r>
      <w:r>
        <w:t xml:space="preserve"> launches on Starz with Alan Cumming leading a tense Manchester-set drama.</w:t>
      </w:r>
      <w:r/>
    </w:p>
    <w:p>
      <w:pPr>
        <w:pStyle w:val="ListBullet"/>
        <w:spacing w:line="240" w:lineRule="auto"/>
        <w:ind w:left="720"/>
      </w:pPr>
      <w:r/>
      <w:r>
        <w:rPr>
          <w:b/>
        </w:rPr>
        <w:t>Animation returns:</w:t>
      </w:r>
      <w:r>
        <w:t xml:space="preserve"> </w:t>
      </w:r>
      <w:r>
        <w:rPr>
          <w:i/>
        </w:rPr>
        <w:t>Adventure Time: Side Quests</w:t>
      </w:r>
      <w:r>
        <w:t xml:space="preserve"> and </w:t>
      </w:r>
      <w:r>
        <w:rPr>
          <w:i/>
        </w:rPr>
        <w:t>Helluva Boss</w:t>
      </w:r>
      <w:r>
        <w:t xml:space="preserve"> bring familiar queer characters back to streaming.</w:t>
      </w:r>
      <w:r/>
    </w:p>
    <w:p>
      <w:pPr>
        <w:pStyle w:val="ListBullet"/>
        <w:spacing w:line="240" w:lineRule="auto"/>
        <w:ind w:left="720"/>
      </w:pPr>
      <w:r/>
      <w:r>
        <w:rPr>
          <w:b/>
        </w:rPr>
        <w:t>Drama continues:</w:t>
      </w:r>
      <w:r>
        <w:t xml:space="preserve"> Lesbian character Cooper returns for the final season of </w:t>
      </w:r>
      <w:r>
        <w:rPr>
          <w:i/>
        </w:rPr>
        <w:t>All American</w:t>
      </w:r>
      <w:r>
        <w:t xml:space="preserve"> on Netflix.</w:t>
      </w:r>
      <w:r/>
    </w:p>
    <w:p>
      <w:pPr>
        <w:pStyle w:val="ListBullet"/>
        <w:spacing w:line="240" w:lineRule="auto"/>
        <w:ind w:left="720"/>
      </w:pPr>
      <w:r/>
      <w:r>
        <w:rPr>
          <w:b/>
        </w:rPr>
        <w:t>The month feels light:</w:t>
      </w:r>
      <w:r>
        <w:t xml:space="preserve"> October offers a few promising titles, rather than a packed slate of major queer releases.</w:t>
      </w:r>
      <w:r/>
      <w:r/>
    </w:p>
    <w:p>
      <w:pPr>
        <w:pStyle w:val="Heading2"/>
      </w:pPr>
      <w:r>
        <w:t>October's biggest queer streaming arrival is a stylish slasher</w:t>
      </w:r>
      <w:r/>
    </w:p>
    <w:p>
      <w:r/>
      <w:r>
        <w:t xml:space="preserve">The month's clearest must-watch is </w:t>
      </w:r>
      <w:r>
        <w:rPr>
          <w:i/>
        </w:rPr>
        <w:t>Teenage Sex and Death at Camp Miasma</w:t>
      </w:r>
      <w:r>
        <w:t>, landing on MUBI on 2 October. Hannah Einbinder plays Kris, a queer filmmaker asked to revive a studio horror property, while Gillian Anderson appears as Billy, the withdrawn star of the original film.</w:t>
      </w:r>
      <w:r/>
    </w:p>
    <w:p>
      <w:r/>
      <w:r>
        <w:t>The Guardian described Anderson's performance as fulfilling a long-running slasher-fan fantasy, while RogerEbert.com praised Jane Schoenbrun's film for turning genre conventions into something more psychologically charged. That makes it sound less like a routine horror reboot and more like a glossy, strange meditation on desire, performance and the stories people build around themselves.</w:t>
      </w:r>
      <w:r/>
    </w:p>
    <w:p>
      <w:r/>
      <w:r>
        <w:t>Critics have already given the film plenty to discuss, with reviews collected by Rotten Tomatoes and Metacritic. For viewers searching for the best queer films streaming in October 2026, this is the obvious starting point. It has the rare combination of anticipation, recognisable stars and a premise that feels genuinely odd.</w:t>
      </w:r>
      <w:r/>
    </w:p>
    <w:p>
      <w:pPr>
        <w:pStyle w:val="Heading2"/>
      </w:pPr>
      <w:r>
        <w:t>A quieter month still has plenty of queer energy</w:t>
      </w:r>
      <w:r/>
    </w:p>
    <w:p>
      <w:r/>
      <w:r>
        <w:t xml:space="preserve">The rest of the calendar is more scattered, but there are some appealing options. </w:t>
      </w:r>
      <w:r>
        <w:rPr>
          <w:i/>
        </w:rPr>
        <w:t>Adventure Time: Side Quests</w:t>
      </w:r>
      <w:r>
        <w:t xml:space="preserve"> returns on 2 October across Disney+ and Hulu, with Marceline and Princess Bubblegum continuing to provide a welcome bit of animated queer canon.</w:t>
      </w:r>
      <w:r/>
    </w:p>
    <w:p>
      <w:r/>
      <w:r>
        <w:t xml:space="preserve">On 14 October, </w:t>
      </w:r>
      <w:r>
        <w:rPr>
          <w:i/>
        </w:rPr>
        <w:t>Helluva Boss</w:t>
      </w:r>
      <w:r>
        <w:t xml:space="preserve"> returns to Prime Video. The adult musical comedy remains packed with flamboyant demons, complicated relationships and LGBTQ+ characters, including trans lesbian imp Sallie May and bisexual receptionist Loona. It isn't exactly gentle family viewing, but its loud, chaotic energy has its fans.</w:t>
      </w:r>
      <w:r/>
    </w:p>
    <w:p>
      <w:r/>
      <w:r>
        <w:t xml:space="preserve">Meanwhile, </w:t>
      </w:r>
      <w:r>
        <w:rPr>
          <w:i/>
        </w:rPr>
        <w:t>Rage</w:t>
      </w:r>
      <w:r>
        <w:t xml:space="preserve">, also known as </w:t>
      </w:r>
      <w:r>
        <w:rPr>
          <w:i/>
        </w:rPr>
        <w:t>Furia</w:t>
      </w:r>
      <w:r>
        <w:t>, returns to HBO Max on 9 October. The Spanish black comedy follows women taking revenge against systems designed to exploit them. Details about the second instalment are being kept quiet, but its queer creative team and charged trailer should be enough to attract viewers who like their social commentary served with teeth.</w:t>
      </w:r>
      <w:r/>
    </w:p>
    <w:p>
      <w:pPr>
        <w:pStyle w:val="Heading2"/>
      </w:pPr>
      <w:r>
        <w:t>Russell T Davies brings trouble to the suburbs</w:t>
      </w:r>
      <w:r/>
    </w:p>
    <w:p>
      <w:r/>
      <w:r>
        <w:rPr>
          <w:i/>
        </w:rPr>
        <w:t>Tip Toe</w:t>
      </w:r>
      <w:r>
        <w:t xml:space="preserve"> premieres on Starz on 2 October, with Alan Cumming playing Leo, a flamboyant gay bar owner caught in an awkward crisis after a hookup leaves him locked out of his flat. His predicament brings him into closer contact with Clive, an unhappy married electrician living nearby.</w:t>
      </w:r>
      <w:r/>
    </w:p>
    <w:p>
      <w:r/>
      <w:r>
        <w:t>The series unfolds over ten ominous days in suburban Manchester, pairing domestic tension with the kind of emotionally bruising character work Russell T Davies does so well. Leo's world also includes Zee, a trans woman working at his bar, and Hannah, a non-binary member of staff.</w:t>
      </w:r>
      <w:r/>
    </w:p>
    <w:p>
      <w:r/>
      <w:r>
        <w:t>It's a promising set-up because the drama isn't built around a single coming-out storyline or a tidy identity lesson. Instead, it appears interested in messy neighbours, old resentments and the awkward negotiations of adult life. Sometimes the most compelling queer drama is simply watching people try not to make a bad situation worse.</w:t>
      </w:r>
      <w:r/>
    </w:p>
    <w:p>
      <w:pPr>
        <w:pStyle w:val="Heading2"/>
      </w:pPr>
      <w:r>
        <w:t>Familiar dramas keep their queer storylines moving</w:t>
      </w:r>
      <w:r/>
    </w:p>
    <w:p>
      <w:r/>
      <w:r>
        <w:t xml:space="preserve">Netflix's </w:t>
      </w:r>
      <w:r>
        <w:rPr>
          <w:i/>
        </w:rPr>
        <w:t>All American</w:t>
      </w:r>
      <w:r>
        <w:t xml:space="preserve"> reaches its final season on 6 October. The closing run focuses on a single week surrounding a Beverly-Crenshaw football showcase, with lesbian character Cooper among the returning players.</w:t>
      </w:r>
      <w:r/>
    </w:p>
    <w:p>
      <w:r/>
      <w:r>
        <w:t xml:space="preserve">ABC also brings back </w:t>
      </w:r>
      <w:r>
        <w:rPr>
          <w:i/>
        </w:rPr>
        <w:t>9-1-1</w:t>
      </w:r>
      <w:r>
        <w:t xml:space="preserve"> on 15 October, followed the next day on Hulu. Hen, played by Aisha Hinds, faces a change within her household, while the emergency team deals with a spectacular Los Angeles sinkhole that somehow becomes a volcano. Television disaster logic remains undefeated.</w:t>
      </w:r>
      <w:r/>
    </w:p>
    <w:p>
      <w:r/>
      <w:r>
        <w:rPr>
          <w:i/>
        </w:rPr>
        <w:t>Grey's Anatomy</w:t>
      </w:r>
      <w:r>
        <w:t xml:space="preserve"> starts its 23rd season on the same day. Amelia's romantic complications continue, with former partner Toni Wright and Cass Beckman both returning after the previous season's particularly awkward bedroom discovery. It may not be a dedicated queer series, but long-running relationship drama has always been part of the show's appeal.</w:t>
      </w:r>
      <w:r/>
    </w:p>
    <w:p>
      <w:pPr>
        <w:pStyle w:val="Heading2"/>
      </w:pPr>
      <w:r>
        <w:t>Comedy offers the final word</w:t>
      </w:r>
      <w:r/>
    </w:p>
    <w:p>
      <w:r/>
      <w:r>
        <w:t xml:space="preserve">Kate Berlant's stand-up special, </w:t>
      </w:r>
      <w:r>
        <w:rPr>
          <w:i/>
        </w:rPr>
        <w:t>Parmesan</w:t>
      </w:r>
      <w:r>
        <w:t>, arrives on HBO Max on 16 October. The queer comedian is expected to explore sexuality, social media and the moon through her familiar stream-of-consciousness style.</w:t>
      </w:r>
      <w:r/>
    </w:p>
    <w:p>
      <w:r/>
      <w:r>
        <w:t xml:space="preserve">There is also a small but notable curiosity around Prime Video's </w:t>
      </w:r>
      <w:r>
        <w:rPr>
          <w:i/>
        </w:rPr>
        <w:t>Carrie</w:t>
      </w:r>
      <w:r>
        <w:t xml:space="preserve"> limited series, premiering on 7 October. The adaptation doesn't appear to include a central queer woman or trans character, although Thalia Dudek's Emaline has a vaguely queer-coded quality and the cast includes queer and trans performers.</w:t>
      </w:r>
      <w:r/>
    </w:p>
    <w:p>
      <w:r/>
      <w:r>
        <w:t>That distinction matters. Queer representation isn't only about counting identities on screen, but viewers are also right to notice when marketing, coding and actual characterisation don't quite line up. October's streaming slate reflects that tension: there are glimpses of possibility, but not always the fully developed stories audiences are hoping for.</w:t>
      </w:r>
      <w:r/>
    </w:p>
    <w:p>
      <w:r/>
      <w:r>
        <w:t xml:space="preserve">With </w:t>
      </w:r>
      <w:r>
        <w:rPr>
          <w:i/>
        </w:rPr>
        <w:t>Teenage Sex and Death at Camp Miasma</w:t>
      </w:r>
      <w:r>
        <w:t xml:space="preserve"> leading the way, October is a modest month for queer streaming, but not an empty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9">
        <w:r>
          <w:rPr>
            <w:color w:val="0000EE"/>
            <w:u w:val="single"/>
          </w:rPr>
          <w:t>[1]</w:t>
        </w:r>
      </w:hyperlink>
      <w:r>
        <w:t xml:space="preserve">, </w:t>
      </w:r>
      <w:hyperlink r:id="rId9">
        <w:r>
          <w:rPr>
            <w:color w:val="0000EE"/>
            <w:u w:val="single"/>
          </w:rPr>
          <w:t>[2]</w:t>
        </w:r>
      </w:hyperlink>
      <w:r>
        <w:t xml:space="preserve">- Paragraph 4: </w:t>
      </w:r>
      <w:hyperlink r:id="rId9">
        <w:r>
          <w:rPr>
            <w:color w:val="0000EE"/>
            <w:u w:val="single"/>
          </w:rPr>
          <w:t>[1]</w:t>
        </w:r>
      </w:hyperlink>
      <w:r>
        <w:t xml:space="preserve">, </w:t>
      </w:r>
      <w:hyperlink r:id="rId10">
        <w:r>
          <w:rPr>
            <w:color w:val="0000EE"/>
            <w:u w:val="single"/>
          </w:rPr>
          <w:t>[3]</w:t>
        </w:r>
      </w:hyperlink>
      <w:r>
        <w:t xml:space="preserve">- Paragraph 5: </w:t>
      </w:r>
      <w:hyperlink r:id="rId9">
        <w:r>
          <w:rPr>
            <w:color w:val="0000EE"/>
            <w:u w:val="single"/>
          </w:rPr>
          <w:t>[1]</w:t>
        </w:r>
      </w:hyperlink>
      <w:r>
        <w:t xml:space="preserve">, </w:t>
      </w:r>
      <w:hyperlink r:id="rId9">
        <w:r>
          <w:rPr>
            <w:color w:val="0000EE"/>
            <w:u w:val="single"/>
          </w:rPr>
          <w:t>[2]</w:t>
        </w:r>
      </w:hyperlink>
      <w:r>
        <w:t xml:space="preserve">- Paragraph 6: </w:t>
      </w:r>
      <w:hyperlink r:id="rId9">
        <w:r>
          <w:rPr>
            <w:color w:val="0000EE"/>
            <w:u w:val="single"/>
          </w:rPr>
          <w:t>[1]</w:t>
        </w:r>
      </w:hyperlink>
      <w:r>
        <w:t xml:space="preserve">, </w:t>
      </w:r>
      <w:hyperlink r:id="rId9">
        <w:r>
          <w:rPr>
            <w:color w:val="0000EE"/>
            <w:u w:val="single"/>
          </w:rPr>
          <w:t>[2]</w:t>
        </w:r>
      </w:hyperlink>
      <w:r>
        <w:t xml:space="preserve">- Paragraph 7: </w:t>
      </w:r>
      <w:hyperlink r:id="rId9">
        <w:r>
          <w:rPr>
            <w:color w:val="0000EE"/>
            <w:u w:val="single"/>
          </w:rPr>
          <w:t>[1]</w:t>
        </w:r>
      </w:hyperlink>
      <w:r>
        <w:t xml:space="preserve">, </w:t>
      </w:r>
      <w:hyperlink r:id="rId9">
        <w:r>
          <w:rPr>
            <w:color w:val="0000EE"/>
            <w:u w:val="single"/>
          </w:rPr>
          <w:t>[2]</w:t>
        </w:r>
      </w:hyperlink>
      <w:r>
        <w:t xml:space="preserve">- Paragraph 8: </w:t>
      </w:r>
      <w:hyperlink r:id="rId9">
        <w:r>
          <w:rPr>
            <w:color w:val="0000EE"/>
            <w:u w:val="single"/>
          </w:rPr>
          <w:t>[1]</w:t>
        </w:r>
      </w:hyperlink>
      <w:r>
        <w:t xml:space="preserve">, </w:t>
      </w:r>
      <w:hyperlink r:id="rId9">
        <w:r>
          <w:rPr>
            <w:color w:val="0000EE"/>
            <w:u w:val="single"/>
          </w:rPr>
          <w:t>[2]</w:t>
        </w:r>
      </w:hyperlink>
      <w:r>
        <w:t xml:space="preserve">- Paragraph 9: </w:t>
      </w:r>
      <w:hyperlink r:id="rId9">
        <w:r>
          <w:rPr>
            <w:color w:val="0000EE"/>
            <w:u w:val="single"/>
          </w:rPr>
          <w:t>[1]</w:t>
        </w:r>
      </w:hyperlink>
      <w:r>
        <w:t xml:space="preserve">, </w:t>
      </w:r>
      <w:hyperlink r:id="rId9">
        <w:r>
          <w:rPr>
            <w:color w:val="0000EE"/>
            <w:u w:val="single"/>
          </w:rPr>
          <w:t>[2]</w:t>
        </w:r>
      </w:hyperlink>
      <w:r>
        <w:t xml:space="preserve">- Paragraph 10: </w:t>
      </w:r>
      <w:hyperlink r:id="rId9">
        <w:r>
          <w:rPr>
            <w:color w:val="0000EE"/>
            <w:u w:val="single"/>
          </w:rPr>
          <w:t>[1]</w:t>
        </w:r>
      </w:hyperlink>
      <w:r>
        <w:t xml:space="preserve">, </w:t>
      </w:r>
      <w:hyperlink r:id="rId9">
        <w:r>
          <w:rPr>
            <w:color w:val="0000EE"/>
            <w:u w:val="single"/>
          </w:rPr>
          <w:t>[2]</w:t>
        </w:r>
      </w:hyperlink>
      <w:r>
        <w:t xml:space="preserve">- Paragraph 11: </w:t>
      </w:r>
      <w:hyperlink r:id="rId9">
        <w:r>
          <w:rPr>
            <w:color w:val="0000EE"/>
            <w:u w:val="single"/>
          </w:rPr>
          <w:t>[1]</w:t>
        </w:r>
      </w:hyperlink>
      <w:r>
        <w:t xml:space="preserve">, </w:t>
      </w:r>
      <w:hyperlink r:id="rId9">
        <w:r>
          <w:rPr>
            <w:color w:val="0000EE"/>
            <w:u w:val="single"/>
          </w:rPr>
          <w:t>[2]</w:t>
        </w:r>
      </w:hyperlink>
      <w:r>
        <w:t xml:space="preserve">- Paragraph 12: </w:t>
      </w:r>
      <w:hyperlink r:id="rId9">
        <w:r>
          <w:rPr>
            <w:color w:val="0000EE"/>
            <w:u w:val="single"/>
          </w:rPr>
          <w:t>[1]</w:t>
        </w:r>
      </w:hyperlink>
      <w:r>
        <w:t xml:space="preserve">, </w:t>
      </w:r>
      <w:hyperlink r:id="rId9">
        <w:r>
          <w:rPr>
            <w:color w:val="0000EE"/>
            <w:u w:val="single"/>
          </w:rPr>
          <w:t>[2]</w:t>
        </w:r>
      </w:hyperlink>
      <w:r>
        <w:t xml:space="preserve">- Paragraph 13: </w:t>
      </w:r>
      <w:hyperlink r:id="rId9">
        <w:r>
          <w:rPr>
            <w:color w:val="0000EE"/>
            <w:u w:val="single"/>
          </w:rPr>
          <w:t>[1]</w:t>
        </w:r>
      </w:hyperlink>
      <w:r>
        <w:t xml:space="preserve">, </w:t>
      </w:r>
      <w:hyperlink r:id="rId9">
        <w:r>
          <w:rPr>
            <w:color w:val="0000EE"/>
            <w:u w:val="single"/>
          </w:rPr>
          <w:t>[2]</w:t>
        </w:r>
      </w:hyperlink>
      <w:r>
        <w:t xml:space="preserve">- Paragraph 14: </w:t>
      </w:r>
      <w:hyperlink r:id="rId9">
        <w:r>
          <w:rPr>
            <w:color w:val="0000EE"/>
            <w:u w:val="single"/>
          </w:rPr>
          <w:t>[1]</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https://www.autostraddle.com/october-2026-whats-new-gay-and-streaming-on-mubi-prime-video-starz-hulu-netflix-hbo-max-and-more/?utm_source=rss&amp;utm_medium=rss&amp;utm_campaign=october-2026-whats-new-gay-and-streaming-on-mubi-prime-video-starz-hulu-netflix-hbo-max-and-more</w:t>
        </w:r>
      </w:hyperlink>
      <w:r>
        <w:t xml:space="preserve"> - Please view link - unable to able to access data</w:t>
      </w:r>
      <w:r/>
    </w:p>
    <w:p>
      <w:pPr>
        <w:pStyle w:val="ListNumber"/>
        <w:spacing w:line="240" w:lineRule="auto"/>
        <w:ind w:left="720"/>
      </w:pPr>
      <w:r/>
      <w:hyperlink r:id="rId9">
        <w:r>
          <w:rPr>
            <w:color w:val="0000EE"/>
            <w:u w:val="single"/>
          </w:rPr>
          <w:t>https://www.autostraddle.com/october-2026-whats-new-gay-and-streaming-on-mubi-prime-video-starz-hulu-netflix-hbo-max-and-more/?utm_source=rss&amp;utm_medium=rss&amp;utm_campaign=october-2026-whats-new-gay-and-streaming-on-mubi-prime-video-starz-hulu-netflix-hbo-max-and-more</w:t>
        </w:r>
      </w:hyperlink>
      <w:r>
        <w:t xml:space="preserve"> - Autostraddle's October 2026 streaming guide highlights the release of 'Teenage Sex and Death at Camp Miasma' on MUBI on October 2. The film, directed by Jane Schoenbrun, stars Hannah Einbinder and Gillian Anderson. The article also mentions the UK premiere of 'Celebrity Traitors' featuring Bella Ramsey, and other notable releases like 'Tip Toe' on Starz and 'All American: Season Eight' on Netflix.</w:t>
      </w:r>
      <w:r/>
    </w:p>
    <w:p>
      <w:pPr>
        <w:pStyle w:val="ListNumber"/>
        <w:spacing w:line="240" w:lineRule="auto"/>
        <w:ind w:left="720"/>
      </w:pPr>
      <w:r/>
      <w:hyperlink r:id="rId10">
        <w:r>
          <w:rPr>
            <w:color w:val="0000EE"/>
            <w:u w:val="single"/>
          </w:rPr>
          <w:t>https://www.theguardian.com/film/2026/may/14/teenage-sex-and-death-at-camp-miasma-review-seductive-gillian-anderson-fulfils-a-rapturous-slasher-fan-obsession</w:t>
        </w:r>
      </w:hyperlink>
      <w:r>
        <w:t xml:space="preserve"> - The Guardian's review of 'Teenage Sex and Death at Camp Miasma' praises Gillian Anderson's performance in this queer slasher film. Directed by Jane Schoenbrun, the movie follows a young filmmaker's attempt to reboot a beloved horror franchise, leading to a complex relationship with the original film's star. The review highlights the film's blend of fantasy and reality, and its homage to classic horror tropes.</w:t>
      </w:r>
      <w:r/>
    </w:p>
    <w:p>
      <w:pPr>
        <w:pStyle w:val="ListNumber"/>
        <w:spacing w:line="240" w:lineRule="auto"/>
        <w:ind w:left="720"/>
      </w:pPr>
      <w:r/>
      <w:hyperlink r:id="rId11">
        <w:r>
          <w:rPr>
            <w:color w:val="0000EE"/>
            <w:u w:val="single"/>
          </w:rPr>
          <w:t>https://www.rogerebert.com/reviews/teenage-sex-and-death-at-camp-miasma-jane-schoenbrun-film-review-2026</w:t>
        </w:r>
      </w:hyperlink>
      <w:r>
        <w:t xml:space="preserve"> - Roger Ebert's website reviews 'Teenage Sex and Death at Camp Miasma,' noting its homage to classic slasher films. Directed by Jane Schoenbrun, the film features a young filmmaker's journey to revive a fictional horror franchise, leading to a collaboration with the original film's star. The review commends the film's exploration of identity and obsession, and its visual style.</w:t>
      </w:r>
      <w:r/>
    </w:p>
    <w:p>
      <w:pPr>
        <w:pStyle w:val="ListNumber"/>
        <w:spacing w:line="240" w:lineRule="auto"/>
        <w:ind w:left="720"/>
      </w:pPr>
      <w:r/>
      <w:hyperlink r:id="rId12">
        <w:r>
          <w:rPr>
            <w:color w:val="0000EE"/>
            <w:u w:val="single"/>
          </w:rPr>
          <w:t>https://www.rottentomatoes.com/m/teenage_sex_and_death_at_camp_miasma</w:t>
        </w:r>
      </w:hyperlink>
      <w:r>
        <w:t xml:space="preserve"> - Rotten Tomatoes provides information on 'Teenage Sex and Death at Camp Miasma,' including its release date, genre, and cast. The film, directed by Jane Schoenbrun, stars Hannah Einbinder and Gillian Anderson. The page also features a trailer and links to critic reviews, offering insights into the film's reception and themes.</w:t>
      </w:r>
      <w:r/>
    </w:p>
    <w:p>
      <w:pPr>
        <w:pStyle w:val="ListNumber"/>
        <w:spacing w:line="240" w:lineRule="auto"/>
        <w:ind w:left="720"/>
      </w:pPr>
      <w:r/>
      <w:hyperlink r:id="rId13">
        <w:r>
          <w:rPr>
            <w:color w:val="0000EE"/>
            <w:u w:val="single"/>
          </w:rPr>
          <w:t>https://www.metacritic.com/movie/teenage-sex-and-death-at-camp-miasma/critic-reviews/</w:t>
        </w:r>
      </w:hyperlink>
      <w:r>
        <w:t xml:space="preserve"> - Metacritic compiles critic reviews for 'Teenage Sex and Death at Camp Miasma,' highlighting its positive reception. The film, directed by Jane Schoenbrun, is praised for its engaging narrative and visual design. Critics note its blend of horror and humor, and its status as a potential cult classic.</w:t>
      </w:r>
      <w:r/>
    </w:p>
    <w:p>
      <w:pPr>
        <w:pStyle w:val="ListNumber"/>
        <w:spacing w:line="240" w:lineRule="auto"/>
        <w:ind w:left="720"/>
      </w:pPr>
      <w:r/>
      <w:hyperlink r:id="rId14">
        <w:r>
          <w:rPr>
            <w:color w:val="0000EE"/>
            <w:u w:val="single"/>
          </w:rPr>
          <w:t>https://www.theatlantic.com/family/2026/09/gillian-anderson-more-book-sexual-fantasy/688735/?utm_source=openai</w:t>
        </w:r>
      </w:hyperlink>
      <w:r>
        <w:t xml:space="preserve"> - The Atlantic discusses Gillian Anderson's advocacy for sexual self-awareness through her literary projects. Inspired by Nancy Friday’s 1973 book 'My Secret Garden,' Anderson released 'Want' in 2024, followed by a sequel, 'More,' in 2026. These compilations aim to normalize and explore female desire across diverse cultural backgrounds.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october-2026-whats-new-gay-and-streaming-on-mubi-prime-video-starz-hulu-netflix-hbo-max-and-more/?utm_source=rss&amp;utm_medium=rss&amp;utm_campaign=october-2026-whats-new-gay-and-streaming-on-mubi-prime-video-starz-hulu-netflix-hbo-max-and-more" TargetMode="External"/><Relationship Id="rId10" Type="http://schemas.openxmlformats.org/officeDocument/2006/relationships/hyperlink" Target="https://www.theguardian.com/film/2026/may/14/teenage-sex-and-death-at-camp-miasma-review-seductive-gillian-anderson-fulfils-a-rapturous-slasher-fan-obsession" TargetMode="External"/><Relationship Id="rId11" Type="http://schemas.openxmlformats.org/officeDocument/2006/relationships/hyperlink" Target="https://www.rogerebert.com/reviews/teenage-sex-and-death-at-camp-miasma-jane-schoenbrun-film-review-2026" TargetMode="External"/><Relationship Id="rId12" Type="http://schemas.openxmlformats.org/officeDocument/2006/relationships/hyperlink" Target="https://www.rottentomatoes.com/m/teenage_sex_and_death_at_camp_miasma" TargetMode="External"/><Relationship Id="rId13" Type="http://schemas.openxmlformats.org/officeDocument/2006/relationships/hyperlink" Target="https://www.metacritic.com/movie/teenage-sex-and-death-at-camp-miasma/critic-reviews/" TargetMode="External"/><Relationship Id="rId14" Type="http://schemas.openxmlformats.org/officeDocument/2006/relationships/hyperlink" Target="https://www.theatlantic.com/family/2026/09/gillian-anderson-more-book-sexual-fantasy/68873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