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science fiction and small-town fiction books to explore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seeking queer representation, speculative adventure and richly drawn community stories will find plenty to explore in Duane Simolke's independent catalogue. From shapeshifting aliens and gay twin heroes to humorous small-town dramas, these books blend entertainment with questions about identity, equality and belonging.</w:t>
      </w:r>
      <w:r/>
    </w:p>
    <w:p>
      <w:pPr>
        <w:pStyle w:val="Heading2"/>
      </w:pPr>
      <w:r>
        <w:t>Essential Takeaways</w:t>
      </w:r>
      <w:r/>
      <w:r/>
    </w:p>
    <w:p>
      <w:pPr>
        <w:pStyle w:val="ListBullet"/>
        <w:spacing w:line="240" w:lineRule="auto"/>
        <w:ind w:left="720"/>
      </w:pPr>
      <w:r/>
      <w:r>
        <w:rPr>
          <w:b/>
        </w:rPr>
        <w:t>Queer-led adventure:</w:t>
      </w:r>
      <w:r>
        <w:t xml:space="preserve"> </w:t>
      </w:r>
      <w:r>
        <w:rPr>
          <w:i/>
        </w:rPr>
        <w:t>Sons of Taldra</w:t>
      </w:r>
      <w:r>
        <w:t xml:space="preserve"> centres on an Iroquois scientist and her gay twin sons facing shapeshifting extraterrestrials.</w:t>
      </w:r>
      <w:r/>
    </w:p>
    <w:p>
      <w:pPr>
        <w:pStyle w:val="ListBullet"/>
        <w:spacing w:line="240" w:lineRule="auto"/>
        <w:ind w:left="720"/>
      </w:pPr>
      <w:r/>
      <w:r>
        <w:rPr>
          <w:b/>
        </w:rPr>
        <w:t>Small-town texture:</w:t>
      </w:r>
      <w:r>
        <w:t xml:space="preserve"> </w:t>
      </w:r>
      <w:r>
        <w:rPr>
          <w:i/>
        </w:rPr>
        <w:t>The Acorn Stories</w:t>
      </w:r>
      <w:r>
        <w:t xml:space="preserve"> brings together interconnected tales shaped by local lives, humour and drama.</w:t>
      </w:r>
      <w:r/>
    </w:p>
    <w:p>
      <w:pPr>
        <w:pStyle w:val="ListBullet"/>
        <w:spacing w:line="240" w:lineRule="auto"/>
        <w:ind w:left="720"/>
      </w:pPr>
      <w:r/>
      <w:r>
        <w:rPr>
          <w:b/>
        </w:rPr>
        <w:t>Social purpose:</w:t>
      </w:r>
      <w:r>
        <w:t xml:space="preserve"> </w:t>
      </w:r>
      <w:r>
        <w:rPr>
          <w:i/>
        </w:rPr>
        <w:t>Holding Me Together</w:t>
      </w:r>
      <w:r>
        <w:t xml:space="preserve"> addresses homophobia while arguing for equality and acceptance.</w:t>
      </w:r>
      <w:r/>
    </w:p>
    <w:p>
      <w:pPr>
        <w:pStyle w:val="ListBullet"/>
        <w:spacing w:line="240" w:lineRule="auto"/>
        <w:ind w:left="720"/>
      </w:pPr>
      <w:r/>
      <w:r>
        <w:rPr>
          <w:b/>
        </w:rPr>
        <w:t>Wide genre range:</w:t>
      </w:r>
      <w:r>
        <w:t xml:space="preserve"> The catalogue moves through science fiction, fantasy, romance, poetry and literary criticism.</w:t>
      </w:r>
      <w:r/>
    </w:p>
    <w:p>
      <w:pPr>
        <w:pStyle w:val="ListBullet"/>
        <w:spacing w:line="240" w:lineRule="auto"/>
        <w:ind w:left="720"/>
      </w:pPr>
      <w:r/>
      <w:r>
        <w:rPr>
          <w:b/>
        </w:rPr>
        <w:t>Independent spirit:</w:t>
      </w:r>
      <w:r>
        <w:t xml:space="preserve"> Several projects combine storytelling with community causes, including a cancer fundraising anthology.</w:t>
      </w:r>
      <w:r/>
      <w:r/>
    </w:p>
    <w:p>
      <w:pPr>
        <w:pStyle w:val="Heading2"/>
      </w:pPr>
      <w:r>
        <w:t>A queer science fiction adventure with plenty at stake</w:t>
      </w:r>
      <w:r/>
    </w:p>
    <w:p>
      <w:r/>
      <w:r>
        <w:t xml:space="preserve">The most immediately high-concept title is </w:t>
      </w:r>
      <w:r>
        <w:rPr>
          <w:i/>
        </w:rPr>
        <w:t>Sons of Taldra</w:t>
      </w:r>
      <w:r>
        <w:t>, a science fiction adventure built around family, identity and an alien threat. Its central trio includes an Iroquois scientist and her twin gay sons, who must confront shapeshifting visitors in an alternate reality.</w:t>
      </w:r>
      <w:r/>
    </w:p>
    <w:p>
      <w:r/>
      <w:r>
        <w:t>That combination gives the novel a distinctive hook. Readers aren't simply getting another invasion story; the family structure and queer representation sit at the heart of the action. Goodreads lists the book as a speculative adventure, while Strange Book Reviews also highlights its science fiction premise and imaginative conflict.</w:t>
      </w:r>
      <w:r/>
    </w:p>
    <w:p>
      <w:r/>
      <w:r>
        <w:t>The story is available as a combined ebook edition of both Taldra novels, making it a natural choice for readers who prefer a longer, continuous journey. There are also online teaser materials for anyone who likes to sample a world before committing.</w:t>
      </w:r>
      <w:r/>
    </w:p>
    <w:p>
      <w:pPr>
        <w:pStyle w:val="Heading2"/>
      </w:pPr>
      <w:r>
        <w:t xml:space="preserve">Why </w:t>
      </w:r>
      <w:r>
        <w:rPr>
          <w:i/>
        </w:rPr>
        <w:t>The Acorn Stories</w:t>
      </w:r>
      <w:r>
        <w:t xml:space="preserve"> feels so different</w:t>
      </w:r>
      <w:r/>
    </w:p>
    <w:p>
      <w:r/>
      <w:r>
        <w:t xml:space="preserve">Where </w:t>
      </w:r>
      <w:r>
        <w:rPr>
          <w:i/>
        </w:rPr>
        <w:t>Sons of Taldra</w:t>
      </w:r>
      <w:r>
        <w:t xml:space="preserve"> reaches for the stars, </w:t>
      </w:r>
      <w:r>
        <w:rPr>
          <w:i/>
        </w:rPr>
        <w:t>The Acorn Stories</w:t>
      </w:r>
      <w:r>
        <w:t xml:space="preserve"> stays close to the ground. The collection explores small-town life through linked stories, creating a broader portrait from individual moments, personalities and local tensions.</w:t>
      </w:r>
      <w:r/>
    </w:p>
    <w:p>
      <w:r/>
      <w:r>
        <w:t>Kirkus Reviews described the book as an engrossing collection with a richly layered sense of community. That response points to the collection's biggest appeal: it treats ordinary lives as worthy of close attention, whether the mood is comic, dramatic or quietly reflective.</w:t>
      </w:r>
      <w:r/>
    </w:p>
    <w:p>
      <w:r/>
      <w:r>
        <w:t>True Review likewise places the emphasis on the book's fictional community and ensemble feel. It's the sort of collection that can be read story by story, but may reward readers who enjoy spotting echoes and connections between characters.</w:t>
      </w:r>
      <w:r/>
    </w:p>
    <w:p>
      <w:pPr>
        <w:pStyle w:val="Heading2"/>
      </w:pPr>
      <w:r>
        <w:t>From fantasy romance to poems about equality</w:t>
      </w:r>
      <w:r/>
    </w:p>
    <w:p>
      <w:r/>
      <w:r>
        <w:t xml:space="preserve">The wider catalogue doesn't stay within one lane. </w:t>
      </w:r>
      <w:r>
        <w:rPr>
          <w:i/>
        </w:rPr>
        <w:t>The Return of Innocence</w:t>
      </w:r>
      <w:r>
        <w:t xml:space="preserve"> mixes fantasy action with humour and romance, while </w:t>
      </w:r>
      <w:r>
        <w:rPr>
          <w:i/>
        </w:rPr>
        <w:t>Holding Me Together</w:t>
      </w:r>
      <w:r>
        <w:t xml:space="preserve"> takes a more direct social approach, challenging homophobia and celebrating LGBTQ+ lives.</w:t>
      </w:r>
      <w:r/>
    </w:p>
    <w:p>
      <w:r/>
      <w:r>
        <w:t>That variety matters because it shows how queer writing can move between modes rather than being boxed into one category. A reader might come for a romantic fantasy, stay for the social commentary and then discover a poetry collection or critical study.</w:t>
      </w:r>
      <w:r/>
    </w:p>
    <w:p>
      <w:r/>
      <w:r>
        <w:rPr>
          <w:i/>
        </w:rPr>
        <w:t>Holding Me Together</w:t>
      </w:r>
      <w:r>
        <w:t xml:space="preserve"> is particularly clear about its purpose. Its themes include equality, religion and attitudes towards gay people, giving the book a more openly activist tone than the speculative novels. For readers choosing books by theme, it's an obvious starting point for work that puts LGBTQ+ acceptance front and centre.</w:t>
      </w:r>
      <w:r/>
    </w:p>
    <w:p>
      <w:pPr>
        <w:pStyle w:val="Heading2"/>
      </w:pPr>
      <w:r>
        <w:t>Stories with a community-minded purpose</w:t>
      </w:r>
      <w:r/>
    </w:p>
    <w:p>
      <w:r/>
      <w:r>
        <w:t xml:space="preserve">The Acorn world also extends beyond entertainment. </w:t>
      </w:r>
      <w:r>
        <w:rPr>
          <w:i/>
        </w:rPr>
        <w:t>The Acorn Gathering: Writers Uniting Against Cancer</w:t>
      </w:r>
      <w:r>
        <w:t xml:space="preserve"> is a fundraising fiction collection featuring contributions from several writers, including Jan Chandler, Shawna R. Van Arum, Huda Orfali, Timothy Morris Taylor and Bill Wetzel.</w:t>
      </w:r>
      <w:r/>
    </w:p>
    <w:p>
      <w:r/>
      <w:r>
        <w:t>Goodreads and AuthorsDen listings help place the Acorn titles within a broader independent publishing presence. The collection's charitable purpose adds another layer, turning a reading purchase into a small act of support. That doesn't replace the need for strong storytelling, of course, but it gives the project a clear emotional reason to exist.</w:t>
      </w:r>
      <w:r/>
    </w:p>
    <w:p>
      <w:r/>
      <w:r>
        <w:t>There are also reading-group questions, excerpts and book trailers connected with the Acorn titles. Those extras could make the books easier to discuss, particularly for readers who enjoy linking fiction with conversations about place, memory and social responsibility.</w:t>
      </w:r>
      <w:r/>
    </w:p>
    <w:p>
      <w:pPr>
        <w:pStyle w:val="Heading2"/>
      </w:pPr>
      <w:r>
        <w:t>How to choose your next read</w:t>
      </w:r>
      <w:r/>
    </w:p>
    <w:p>
      <w:r/>
      <w:r>
        <w:t xml:space="preserve">If you want fast-moving speculative fiction, begin with </w:t>
      </w:r>
      <w:r>
        <w:rPr>
          <w:i/>
        </w:rPr>
        <w:t>Sons of Taldra</w:t>
      </w:r>
      <w:r>
        <w:t>. Its alien threat, alternate reality and family-centred premise offer the clearest route into the catalogue's science fiction side.</w:t>
      </w:r>
      <w:r/>
    </w:p>
    <w:p>
      <w:r/>
      <w:r>
        <w:t xml:space="preserve">Prefer character-driven stories with a familiar setting? Try </w:t>
      </w:r>
      <w:r>
        <w:rPr>
          <w:i/>
        </w:rPr>
        <w:t>The Acorn Stories</w:t>
      </w:r>
      <w:r>
        <w:t xml:space="preserve">, especially if you enjoy collections that build a community gradually rather than following one single hero. Readers looking for a more explicitly queer and political work may find </w:t>
      </w:r>
      <w:r>
        <w:rPr>
          <w:i/>
        </w:rPr>
        <w:t>Holding Me Together</w:t>
      </w:r>
      <w:r>
        <w:t xml:space="preserve"> the better fit, while fantasy fans can turn to </w:t>
      </w:r>
      <w:r>
        <w:rPr>
          <w:i/>
        </w:rPr>
        <w:t>The Return of Innocence</w:t>
      </w:r>
      <w:r>
        <w:t>.</w:t>
      </w:r>
      <w:r/>
    </w:p>
    <w:p>
      <w:r/>
      <w:r>
        <w:t xml:space="preserve">The catalogue also includes </w:t>
      </w:r>
      <w:r>
        <w:rPr>
          <w:i/>
        </w:rPr>
        <w:t>Stein, Gender, Isolation and Industrialism</w:t>
      </w:r>
      <w:r>
        <w:t xml:space="preserve">, a study of Sherwood Anderson's </w:t>
      </w:r>
      <w:r>
        <w:rPr>
          <w:i/>
        </w:rPr>
        <w:t>Winesburg, Ohio</w:t>
      </w:r>
      <w:r>
        <w:t>. It offers a more academic change of pace, proving that these books aren't limited to escapism. Sometimes the most interesting reading journey is the one that moves from aliens to small-town lives, then into criticism and social debate.</w:t>
      </w:r>
      <w:r/>
    </w:p>
    <w:p>
      <w:r/>
      <w:r>
        <w:t>There’s a welcome sense of range here: these books aren't asking readers to choose between imagination and identity. They make room for both.</w:t>
      </w:r>
      <w:r/>
    </w:p>
    <w:p>
      <w:r/>
      <w:r>
        <w:t>Explore the catalogue by genre, theme and the kind of story you want to carry with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http://duanesimolke.blogspot.com/2026/10/gay-miniseries-lost-boys-and-fairies.html</w:t>
        </w:r>
      </w:hyperlink>
      <w:r>
        <w:t xml:space="preserve"> - Please view link - unable to able to access data</w:t>
      </w:r>
      <w:r/>
    </w:p>
    <w:p>
      <w:pPr>
        <w:pStyle w:val="ListNumber"/>
        <w:spacing w:line="240" w:lineRule="auto"/>
        <w:ind w:left="720"/>
      </w:pPr>
      <w:r/>
      <w:hyperlink r:id="rId10">
        <w:r>
          <w:rPr>
            <w:color w:val="0000EE"/>
            <w:u w:val="single"/>
          </w:rPr>
          <w:t>https://www.goodreads.com/book/show/31689751-sons-of-taldra</w:t>
        </w:r>
      </w:hyperlink>
      <w:r>
        <w:t xml:space="preserve"> - 'Sons of Taldra: A Science Fiction Adventure' by Duane Simolke is set in an alternate reality where the Iroquois scientist Taldra leads Valchondria's one-world government. Her twin gay sons, Telius and Argen, assist her in confronting alien shapeshifters threatening humanity. Telius desires to marry his boyfriend, a former spy, while Argen, a prodigy with a troubled past, modifies a captain's vessel for battle. The story explores themes of family, identity, and resilience in the face of extraterrestrial threats. (</w:t>
      </w:r>
      <w:hyperlink r:id="rId16">
        <w:r>
          <w:rPr>
            <w:color w:val="0000EE"/>
            <w:u w:val="single"/>
          </w:rPr>
          <w:t>goodreads.com</w:t>
        </w:r>
      </w:hyperlink>
      <w:r>
        <w:t>)</w:t>
      </w:r>
      <w:r/>
    </w:p>
    <w:p>
      <w:pPr>
        <w:pStyle w:val="ListNumber"/>
        <w:spacing w:line="240" w:lineRule="auto"/>
        <w:ind w:left="720"/>
      </w:pPr>
      <w:r/>
      <w:hyperlink r:id="rId12">
        <w:r>
          <w:rPr>
            <w:color w:val="0000EE"/>
            <w:u w:val="single"/>
          </w:rPr>
          <w:t>https://www.kirkusreviews.com/book-reviews/duane-simolke/the-acorn-stories/</w:t>
        </w:r>
      </w:hyperlink>
      <w:r>
        <w:t xml:space="preserve"> - 'The Acorn Stories' by Duane Simolke is a collection of interconnected short stories set in the fictional West Texas town of Acorn. The narrative delves into the lives of its 21,000 residents, highlighting their relationships, secrets, and daily struggles. The stories range from romantic comedy to sharp satire, offering a vivid portrayal of small-town life. Kirkus Reviews praises the book for its beautifully crafted stories with a true-to-life ring. (</w:t>
      </w:r>
      <w:hyperlink r:id="rId17">
        <w:r>
          <w:rPr>
            <w:color w:val="0000EE"/>
            <w:u w:val="single"/>
          </w:rPr>
          <w:t>kirkusreviews.com</w:t>
        </w:r>
      </w:hyperlink>
      <w:r>
        <w:t>)</w:t>
      </w:r>
      <w:r/>
    </w:p>
    <w:p>
      <w:pPr>
        <w:pStyle w:val="ListNumber"/>
        <w:spacing w:line="240" w:lineRule="auto"/>
        <w:ind w:left="720"/>
      </w:pPr>
      <w:r/>
      <w:hyperlink r:id="rId13">
        <w:r>
          <w:rPr>
            <w:color w:val="0000EE"/>
            <w:u w:val="single"/>
          </w:rPr>
          <w:t>https://www.truevoicereview.com/index.php/tvr-reviews/fiction/the-acorn-stories</w:t>
        </w:r>
      </w:hyperlink>
      <w:r>
        <w:t xml:space="preserve"> - 'The Acorn Stories' by Duane Simolke is a cycle of sixteen interconnected short stories set in the fictional West Texas town of Acorn, population 21,001. The collection's main appeal is cumulative: each story functions as its own unit, but together they build a dense, recognizable social ecosystem where reputations travel faster than truth and where kindness and cruelty often share the same sentence. The book's tonal flexibility allows it to pivot from sharply funny and socially observant to more bruising emotional territory without losing the thread. The prose favors clarity and forward movement, and the stories are stocked with the kind of lived-in detail that makes scenes feel inhabited rather than staged. (</w:t>
      </w:r>
      <w:hyperlink r:id="rId18">
        <w:r>
          <w:rPr>
            <w:color w:val="0000EE"/>
            <w:u w:val="single"/>
          </w:rPr>
          <w:t>truevoicereview.com</w:t>
        </w:r>
      </w:hyperlink>
      <w:r>
        <w:t>)</w:t>
      </w:r>
      <w:r/>
    </w:p>
    <w:p>
      <w:pPr>
        <w:pStyle w:val="ListNumber"/>
        <w:spacing w:line="240" w:lineRule="auto"/>
        <w:ind w:left="720"/>
      </w:pPr>
      <w:r/>
      <w:hyperlink r:id="rId11">
        <w:r>
          <w:rPr>
            <w:color w:val="0000EE"/>
            <w:u w:val="single"/>
          </w:rPr>
          <w:t>https://www.strangebookreviews.com/all-books/book-reviews/sons-taldra-science-fiction-adventure/</w:t>
        </w:r>
      </w:hyperlink>
      <w:r>
        <w:t xml:space="preserve"> - 'Sons of Taldra: A Science Fiction Adventure' by Duane Simolke is a short book packed with detail. Initially, it had the reviewer thinking of Star Trek, but that was just the opening chapter. The story is set in the strange world of Valchondria, where the Iroquois scientist Taldra becomes the leader of a one-world government. Her twin gay sons, Telius and Argen, assist her in confronting alien shapeshifters threatening humanity. The book explores themes of family, identity, and resilience in the face of extraterrestrial threats. (</w:t>
      </w:r>
      <w:hyperlink r:id="rId19">
        <w:r>
          <w:rPr>
            <w:color w:val="0000EE"/>
            <w:u w:val="single"/>
          </w:rPr>
          <w:t>strangebookreviews.com</w:t>
        </w:r>
      </w:hyperlink>
      <w:r>
        <w:t>)</w:t>
      </w:r>
      <w:r/>
    </w:p>
    <w:p>
      <w:pPr>
        <w:pStyle w:val="ListNumber"/>
        <w:spacing w:line="240" w:lineRule="auto"/>
        <w:ind w:left="720"/>
      </w:pPr>
      <w:r/>
      <w:hyperlink r:id="rId14">
        <w:r>
          <w:rPr>
            <w:color w:val="0000EE"/>
            <w:u w:val="single"/>
          </w:rPr>
          <w:t>https://www.goodreads.com/book/show/3181396-the-acorn-stories</w:t>
        </w:r>
      </w:hyperlink>
      <w:r>
        <w:t xml:space="preserve"> - 'The Acorn Stories' by Duane Simolke is a collection of interconnected short stories set in the fictional West Texas town of Acorn. The narrative delves into the lives of its 21,000 residents, highlighting their relationships, secrets, and daily struggles. The stories range from romantic comedy to sharp satire, offering a vivid portrayal of small-town life. The book's main appeal is cumulative: each story functions as its own unit, but together they build a dense, recognizable social ecosystem where reputations travel faster than truth and where kindness and cruelty often share the same sentence. (</w:t>
      </w:r>
      <w:hyperlink r:id="rId20">
        <w:r>
          <w:rPr>
            <w:color w:val="0000EE"/>
            <w:u w:val="single"/>
          </w:rPr>
          <w:t>goodreads.com</w:t>
        </w:r>
      </w:hyperlink>
      <w:r>
        <w:t>)</w:t>
      </w:r>
      <w:r/>
    </w:p>
    <w:p>
      <w:pPr>
        <w:pStyle w:val="ListNumber"/>
        <w:spacing w:line="240" w:lineRule="auto"/>
        <w:ind w:left="720"/>
      </w:pPr>
      <w:r/>
      <w:hyperlink r:id="rId15">
        <w:r>
          <w:rPr>
            <w:color w:val="0000EE"/>
            <w:u w:val="single"/>
          </w:rPr>
          <w:t>https://www.authorsden.com/visit/viewwork.asp?id=70437</w:t>
        </w:r>
      </w:hyperlink>
      <w:r>
        <w:t xml:space="preserve"> - 'Sons of Taldra: A Gay Science Fiction Adventure' by Duane Simolke is set in an alternate reality where the human home world of Valchondria comes together under a constitution based on the Iroquois Federation. Centuries later, the Iroquois scientist Taldra becomes Valchondria’s Leader. Now Taldra and her twin gay sons must form new alliances as humanity faces a race of alien shapeshifters intent on using people as a food source. One of Taldra’s rivals might pose an even greater threat. The book explores themes of family, identity, and resilience in the face of extraterrestrial threats. (</w:t>
      </w:r>
      <w:hyperlink r:id="rId21">
        <w:r>
          <w:rPr>
            <w:color w:val="0000EE"/>
            <w:u w:val="single"/>
          </w:rPr>
          <w:t>authorsden.com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duanesimolke.blogspot.com/2026/10/gay-miniseries-lost-boys-and-fairies.html" TargetMode="External"/><Relationship Id="rId10" Type="http://schemas.openxmlformats.org/officeDocument/2006/relationships/hyperlink" Target="https://www.goodreads.com/book/show/31689751-sons-of-taldra" TargetMode="External"/><Relationship Id="rId11" Type="http://schemas.openxmlformats.org/officeDocument/2006/relationships/hyperlink" Target="https://www.strangebookreviews.com/all-books/book-reviews/sons-taldra-science-fiction-adventure/" TargetMode="External"/><Relationship Id="rId12" Type="http://schemas.openxmlformats.org/officeDocument/2006/relationships/hyperlink" Target="https://www.kirkusreviews.com/book-reviews/duane-simolke/the-acorn-stories/" TargetMode="External"/><Relationship Id="rId13" Type="http://schemas.openxmlformats.org/officeDocument/2006/relationships/hyperlink" Target="https://www.truevoicereview.com/index.php/tvr-reviews/fiction/the-acorn-stories" TargetMode="External"/><Relationship Id="rId14" Type="http://schemas.openxmlformats.org/officeDocument/2006/relationships/hyperlink" Target="https://www.goodreads.com/book/show/3181396-the-acorn-stories" TargetMode="External"/><Relationship Id="rId15" Type="http://schemas.openxmlformats.org/officeDocument/2006/relationships/hyperlink" Target="https://www.authorsden.com/visit/viewwork.asp?id=70437" TargetMode="External"/><Relationship Id="rId16" Type="http://schemas.openxmlformats.org/officeDocument/2006/relationships/hyperlink" Target="https://www.goodreads.com/book/show/31689751-sons-of-taldra?utm_source=openai" TargetMode="External"/><Relationship Id="rId17" Type="http://schemas.openxmlformats.org/officeDocument/2006/relationships/hyperlink" Target="https://www.kirkusreviews.com/book-reviews/duane-simolke/the-acorn-stories/?utm_source=openai" TargetMode="External"/><Relationship Id="rId18" Type="http://schemas.openxmlformats.org/officeDocument/2006/relationships/hyperlink" Target="https://truevoicereview.com/index.php/tvr-reviews/fiction/the-acorn-stories?utm_source=openai" TargetMode="External"/><Relationship Id="rId19" Type="http://schemas.openxmlformats.org/officeDocument/2006/relationships/hyperlink" Target="https://www.strangebookreviews.com/all-books/book-reviews/sons-taldra-science-fiction-adventure/?utm_source=openai" TargetMode="External"/><Relationship Id="rId20" Type="http://schemas.openxmlformats.org/officeDocument/2006/relationships/hyperlink" Target="https://www.goodreads.com/book/show/3181396-the-acorn-stories?utm_source=openai" TargetMode="External"/><Relationship Id="rId21" Type="http://schemas.openxmlformats.org/officeDocument/2006/relationships/hyperlink" Target="https://www.authorsden.com/visit/viewwork.asp?id=70437&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