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Halloween Costume Ideas for Queer Pop Culture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are turning to queer screen icons, musicians and comic-book anti-heroes for Halloween inspiration this year. From sapphic thrillers to glamorous vampire duos, these LGBTQIA+ costume ideas offer plenty of drama, recognition and room for personal flair, whether you're dressing solo, with a partner or as a whole coven.</w:t>
      </w:r>
      <w:r/>
    </w:p>
    <w:p>
      <w:pPr>
        <w:pStyle w:val="Heading2"/>
      </w:pPr>
      <w:r>
        <w:t>Essential Takeaways</w:t>
      </w:r>
      <w:r/>
      <w:r/>
    </w:p>
    <w:p>
      <w:pPr>
        <w:pStyle w:val="ListBullet"/>
        <w:spacing w:line="240" w:lineRule="auto"/>
        <w:ind w:left="720"/>
      </w:pPr>
      <w:r/>
      <w:r>
        <w:rPr>
          <w:b/>
        </w:rPr>
        <w:t>Sapphic favourites abound:</w:t>
      </w:r>
      <w:r>
        <w:t xml:space="preserve"> Characters from </w:t>
      </w:r>
      <w:r>
        <w:rPr>
          <w:i/>
        </w:rPr>
        <w:t>Yellowjackets</w:t>
      </w:r>
      <w:r>
        <w:t xml:space="preserve">, </w:t>
      </w:r>
      <w:r>
        <w:rPr>
          <w:i/>
        </w:rPr>
        <w:t>Killing Eve</w:t>
      </w:r>
      <w:r>
        <w:t xml:space="preserve"> and </w:t>
      </w:r>
      <w:r>
        <w:rPr>
          <w:i/>
        </w:rPr>
        <w:t>Jennifer's Body</w:t>
      </w:r>
      <w:r>
        <w:t xml:space="preserve"> offer instantly recognisable queer inspiration.</w:t>
      </w:r>
      <w:r/>
    </w:p>
    <w:p>
      <w:pPr>
        <w:pStyle w:val="ListBullet"/>
        <w:spacing w:line="240" w:lineRule="auto"/>
        <w:ind w:left="720"/>
      </w:pPr>
      <w:r/>
      <w:r>
        <w:rPr>
          <w:b/>
        </w:rPr>
        <w:t>Couples can go dramatic:</w:t>
      </w:r>
      <w:r>
        <w:t xml:space="preserve"> Louis and Lestat, Harley Quinn and Poison Ivy, or Eve and Villanelle make memorable duo costumes.</w:t>
      </w:r>
      <w:r/>
    </w:p>
    <w:p>
      <w:pPr>
        <w:pStyle w:val="ListBullet"/>
        <w:spacing w:line="240" w:lineRule="auto"/>
        <w:ind w:left="720"/>
      </w:pPr>
      <w:r/>
      <w:r>
        <w:rPr>
          <w:b/>
        </w:rPr>
        <w:t>Sporty looks are easy to build:</w:t>
      </w:r>
      <w:r>
        <w:t xml:space="preserve"> </w:t>
      </w:r>
      <w:r>
        <w:rPr>
          <w:i/>
        </w:rPr>
        <w:t>Heated Rivalry</w:t>
      </w:r>
      <w:r>
        <w:t xml:space="preserve"> and </w:t>
      </w:r>
      <w:r>
        <w:rPr>
          <w:i/>
        </w:rPr>
        <w:t>A League of Their Own</w:t>
      </w:r>
      <w:r>
        <w:t xml:space="preserve"> lend themselves to jerseys, caps and relaxed styling.</w:t>
      </w:r>
      <w:r/>
    </w:p>
    <w:p>
      <w:pPr>
        <w:pStyle w:val="ListBullet"/>
        <w:spacing w:line="240" w:lineRule="auto"/>
        <w:ind w:left="720"/>
      </w:pPr>
      <w:r/>
      <w:r>
        <w:rPr>
          <w:b/>
        </w:rPr>
        <w:t>DIY can make the outfit:</w:t>
      </w:r>
      <w:r>
        <w:t xml:space="preserve"> A printed T-shirt, bold make-up or clever accessories can transform everyday clothes.</w:t>
      </w:r>
      <w:r/>
    </w:p>
    <w:p>
      <w:pPr>
        <w:pStyle w:val="ListBullet"/>
        <w:spacing w:line="240" w:lineRule="auto"/>
        <w:ind w:left="720"/>
      </w:pPr>
      <w:r/>
      <w:r>
        <w:rPr>
          <w:b/>
        </w:rPr>
        <w:t>Comfort still matters:</w:t>
      </w:r>
      <w:r>
        <w:t xml:space="preserve"> Choose breathable fabrics and practical shoes if you're planning to dance, walk or stay out late.</w:t>
      </w:r>
      <w:r/>
      <w:r/>
    </w:p>
    <w:p>
      <w:pPr>
        <w:pStyle w:val="Heading2"/>
      </w:pPr>
      <w:r>
        <w:t>Queer characters are having a Halloween moment</w:t>
      </w:r>
      <w:r/>
    </w:p>
    <w:p>
      <w:r/>
      <w:r>
        <w:t>Halloween has always offered a little freedom from ordinary dress codes. For LGBTQIA+ people, that can make the night feel especially joyful: the costume becomes a chance to celebrate characters, performers and stories that might not always get centre stage.</w:t>
      </w:r>
      <w:r/>
    </w:p>
    <w:p>
      <w:r/>
      <w:r>
        <w:t>This year's strongest ideas mix recognisable references with plenty of personality. Think sharp silhouettes, theatrical make-up, vintage sportswear and just enough camp to make your friends smile before you've even explained the reference.</w:t>
      </w:r>
      <w:r/>
    </w:p>
    <w:p>
      <w:r/>
      <w:r>
        <w:t>The wider costume conversation backs that up. Them and Out have highlighted the enduring appeal of queer celebrity looks, from instantly identifiable red-carpet moments to costumes built around a performer's most distinctive visual era.</w:t>
      </w:r>
      <w:r/>
    </w:p>
    <w:p>
      <w:pPr>
        <w:pStyle w:val="Heading2"/>
      </w:pPr>
      <w:r>
        <w:t>Sapphic thrillers bring the drama</w:t>
      </w:r>
      <w:r/>
    </w:p>
    <w:p>
      <w:r/>
      <w:r>
        <w:t xml:space="preserve">Fans of </w:t>
      </w:r>
      <w:r>
        <w:rPr>
          <w:i/>
        </w:rPr>
        <w:t>Yellowjackets</w:t>
      </w:r>
      <w:r>
        <w:t xml:space="preserve"> have a particularly rich wardrobe to explore. The show's cast of complicated women offers several routes into a costume, from character-specific details to a full group look that nods to the series without requiring elaborate special effects.</w:t>
      </w:r>
      <w:r/>
    </w:p>
    <w:p>
      <w:r/>
      <w:r>
        <w:t xml:space="preserve">For something darker, Jennifer and Needy from </w:t>
      </w:r>
      <w:r>
        <w:rPr>
          <w:i/>
        </w:rPr>
        <w:t>Jennifer's Body</w:t>
      </w:r>
      <w:r>
        <w:t xml:space="preserve"> remain a brilliantly effective pairing. One person can lean into Jennifer's glossy horror glamour, while the other channels Needy's more understated school-day style. It's low effort compared with a full body-paint look, but the reference still lands.</w:t>
      </w:r>
      <w:r/>
    </w:p>
    <w:p>
      <w:r/>
      <w:r>
        <w:rPr>
          <w:i/>
        </w:rPr>
        <w:t>The Hunting Wives</w:t>
      </w:r>
      <w:r>
        <w:t xml:space="preserve"> also suits anyone who likes their Halloween outfit with a little messy glamour. As PrideSource and Out's queer costume round-ups suggest, character-led looks work best when they capture an attitude as well as a costume: confidence, chaos and a knowing wink are all part of the package.</w:t>
      </w:r>
      <w:r/>
    </w:p>
    <w:p>
      <w:pPr>
        <w:pStyle w:val="Heading2"/>
      </w:pPr>
      <w:r>
        <w:t>Vampires, witches and comic-book icons</w:t>
      </w:r>
      <w:r/>
    </w:p>
    <w:p>
      <w:r/>
      <w:r>
        <w:t>Louis and Lestat are made for friends or couples who enjoy a costume with atmosphere. Dark tailoring, pale make-up and one or two vintage-inspired accessories can suggest the pair without forcing you into an uncomfortable full-length cape all evening. A subtle red stain on a cuff may do more than an entire suitcase of props.</w:t>
      </w:r>
      <w:r/>
    </w:p>
    <w:p>
      <w:r/>
      <w:r>
        <w:t xml:space="preserve">For a brighter supernatural option, </w:t>
      </w:r>
      <w:r>
        <w:rPr>
          <w:i/>
        </w:rPr>
        <w:t>Agatha All Along</w:t>
      </w:r>
      <w:r>
        <w:t xml:space="preserve"> brings witchy styling, layered textures and plenty of scope for group costumes. You don't need to recreate every detail. A dramatic hat, a ring of smoky eye make-up and a rich colour palette will usually carry the idea.</w:t>
      </w:r>
      <w:r/>
    </w:p>
    <w:p>
      <w:r/>
      <w:r>
        <w:t>Then there are Harley Quinn and Poison Ivy, a dependable choice for comic-book fans. Ivy's green styling and Harley's bold contrast make the pair easy to recognise, although body paint can become sticky, patchy and surprisingly hard to remove. If you're heading to a crowded venue, coloured clothing and accessories may be kinder to your skin, your coat and the sofa.</w:t>
      </w:r>
      <w:r/>
    </w:p>
    <w:p>
      <w:pPr>
        <w:pStyle w:val="Heading2"/>
      </w:pPr>
      <w:r>
        <w:t>Sporty queer costumes are easy to wear</w:t>
      </w:r>
      <w:r/>
    </w:p>
    <w:p>
      <w:r/>
      <w:r>
        <w:rPr>
          <w:i/>
        </w:rPr>
        <w:t>Heated Rivalry</w:t>
      </w:r>
      <w:r>
        <w:t xml:space="preserve"> offers a particularly practical costume route for sporty butches and trans masc fans. Jerseys, trainers, caps and team colours create a recognisable base, while a partner can add matching or contrasting details. It looks intentional without feeling like you're wearing a theatrical costume from breakfast onwards.</w:t>
      </w:r>
      <w:r/>
    </w:p>
    <w:p>
      <w:r/>
      <w:r>
        <w:t xml:space="preserve">The same logic works for </w:t>
      </w:r>
      <w:r>
        <w:rPr>
          <w:i/>
        </w:rPr>
        <w:t>A League of Their Own</w:t>
      </w:r>
      <w:r>
        <w:t>. A baseball shirt, high socks and a vintage-style cap can do most of the work, while a group can choose different players or build a full team. It is comfortable, photograph-friendly and far easier to move in than a structured dress or restrictive corset.</w:t>
      </w:r>
      <w:r/>
    </w:p>
    <w:p>
      <w:r/>
      <w:r>
        <w:t>Costume guides aimed at LGBTQIA+ couples frequently recommend coordinated outfits rather than identical ones. That's good advice. Matching too closely can look flat, while shared colours, props or visual cues make the connection clear and leave each person room to express themselves.</w:t>
      </w:r>
      <w:r/>
    </w:p>
    <w:p>
      <w:pPr>
        <w:pStyle w:val="Heading2"/>
      </w:pPr>
      <w:r>
        <w:t>Pop stars and DIY details make the look personal</w:t>
      </w:r>
      <w:r/>
    </w:p>
    <w:p>
      <w:r/>
      <w:r>
        <w:t>Chappell Roan offers almost unlimited inspiration because the performance persona is so visually rich. A dramatic wig, glitter, exaggerated make-up or a theatrical outfit can reference a favourite era without copying a single look exactly. It also works well for solo partygoers who want a costume that feels celebratory rather than character-bound.</w:t>
      </w:r>
      <w:r/>
    </w:p>
    <w:p>
      <w:r/>
      <w:r>
        <w:t xml:space="preserve">For a crafty option, </w:t>
      </w:r>
      <w:r>
        <w:rPr>
          <w:i/>
        </w:rPr>
        <w:t>Love Lies Bleeding</w:t>
      </w:r>
      <w:r>
        <w:t xml:space="preserve"> provides an excellent excuse to revisit bold 1980s styling. A plain muscle T-shirt, printed design and strong shoulders can create the outline, while blue eye shadow, chunky jewellery or a carefully chosen pair of sunglasses add the period detail.</w:t>
      </w:r>
      <w:r/>
    </w:p>
    <w:p>
      <w:r/>
      <w:r>
        <w:t>Recent round-ups from Them and Out show how celebrity costumes continue to reward recognisable styling over expensive replicas. The trick is to choose one anchor detail people will spot immediately, then keep everything else comfortable and wearable.</w:t>
      </w:r>
      <w:r/>
    </w:p>
    <w:p>
      <w:pPr>
        <w:pStyle w:val="Heading2"/>
      </w:pPr>
      <w:r>
        <w:t>Choose a costume that suits the night</w:t>
      </w:r>
      <w:r/>
    </w:p>
    <w:p>
      <w:r/>
      <w:r>
        <w:t>Before buying anything, consider where you'll actually wear the outfit. A club calls for secure shoes and breathable layers, while a house party gives you more freedom to experiment with wigs, wings or face paint. If you're likely to travel by public transport, a costume that folds into a tote is a very sensible kind of glamorous.</w:t>
      </w:r>
      <w:r/>
    </w:p>
    <w:p>
      <w:r/>
      <w:r>
        <w:t>For couples, decide whether you want a matching look, a shared reference or two characters from the same story. For groups, agree on a colour palette or theme early, then let everyone interpret it their own way. That usually produces better photographs and fewer last-minute panic purchases.</w:t>
      </w:r>
      <w:r/>
    </w:p>
    <w:p>
      <w:r/>
      <w:r>
        <w:t>Most importantly, choose something that makes you feel good. The best queer Halloween costumes aren't necessarily the most elaborate; they're the ones that let you walk into the room feeling seen, playful and entirely yourself.</w:t>
      </w:r>
      <w:r/>
    </w:p>
    <w:p>
      <w:r/>
      <w:r>
        <w:t>Try one bold detail, add a little theatrical confidence and let the reference do the talking.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[6]</w:t>
        </w:r>
      </w:hyperlink>
      <w:r>
        <w:t xml:space="preserve">- Paragraph 21: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https://diva-magazine.com/2026/10/01/lgbtqia-characters-you-can-dress-as-this-year/?utm_source=rss&amp;utm_medium=rss&amp;utm_campaign=lgbtqia-characters-you-can-dress-as-this-year</w:t>
        </w:r>
      </w:hyperlink>
      <w:r>
        <w:t xml:space="preserve"> - Please view link - unable to able to access data</w:t>
      </w:r>
      <w:r/>
    </w:p>
    <w:p>
      <w:pPr>
        <w:pStyle w:val="ListNumber"/>
        <w:spacing w:line="240" w:lineRule="auto"/>
        <w:ind w:left="720"/>
      </w:pPr>
      <w:r/>
      <w:hyperlink r:id="rId10">
        <w:r>
          <w:rPr>
            <w:color w:val="0000EE"/>
            <w:u w:val="single"/>
          </w:rPr>
          <w:t>https://www.them.us/story/queer-celebs-halloween-costumes</w:t>
        </w:r>
      </w:hyperlink>
      <w:r>
        <w:t xml:space="preserve"> - An article highlighting the best Halloween costumes worn by LGBTQ+ celebrities, showcasing their creativity and unique takes on traditional costumes. The piece features various celebrities and their standout looks, providing inspiration for readers seeking costume ideas.</w:t>
      </w:r>
      <w:r/>
    </w:p>
    <w:p>
      <w:pPr>
        <w:pStyle w:val="ListNumber"/>
        <w:spacing w:line="240" w:lineRule="auto"/>
        <w:ind w:left="720"/>
      </w:pPr>
      <w:r/>
      <w:hyperlink r:id="rId11">
        <w:r>
          <w:rPr>
            <w:color w:val="0000EE"/>
            <w:u w:val="single"/>
          </w:rPr>
          <w:t>https://www.out.com/celebs/lgbtq-celebrity-halloween-costumes-2023</w:t>
        </w:r>
      </w:hyperlink>
      <w:r>
        <w:t xml:space="preserve"> - A compilation of over 100 Halloween costumes worn by LGBTQ+ celebrities in 2023, demonstrating the community's flair for creativity and style. The article includes a diverse range of costumes, from humorous to glamorous, offering readers a plethora of ideas for their own celebrations.</w:t>
      </w:r>
      <w:r/>
    </w:p>
    <w:p>
      <w:pPr>
        <w:pStyle w:val="ListNumber"/>
        <w:spacing w:line="240" w:lineRule="auto"/>
        <w:ind w:left="720"/>
      </w:pPr>
      <w:r/>
      <w:hyperlink r:id="rId12">
        <w:r>
          <w:rPr>
            <w:color w:val="0000EE"/>
            <w:u w:val="single"/>
          </w:rPr>
          <w:t>https://www.halloweencostumes.com/blog/p-475-costume-ideas-for-lgbtq-couples.aspx</w:t>
        </w:r>
      </w:hyperlink>
      <w:r>
        <w:t xml:space="preserve"> - A guide providing costume ideas specifically for LGBTQ+ couples, emphasizing creativity and personal expression. The article suggests various themes and characters, encouraging couples to coordinate their outfits in a way that reflects their unique bond and style.</w:t>
      </w:r>
      <w:r/>
    </w:p>
    <w:p>
      <w:pPr>
        <w:pStyle w:val="ListNumber"/>
        <w:spacing w:line="240" w:lineRule="auto"/>
        <w:ind w:left="720"/>
      </w:pPr>
      <w:r/>
      <w:hyperlink r:id="rId14">
        <w:r>
          <w:rPr>
            <w:color w:val="0000EE"/>
            <w:u w:val="single"/>
          </w:rPr>
          <w:t>https://www.them.us/story/lgbtq-celebrity-halloween-costumes-2025-katseye-bowen-yang-janelle-monae</w:t>
        </w:r>
      </w:hyperlink>
      <w:r>
        <w:t xml:space="preserve"> - An article showcasing the best Halloween costumes of 2025 worn by LGBTQ+ celebrities, including KATSEYE, Bowen Yang, and Janelle Monáe. The piece highlights the creativity and diversity of the community's costume choices, offering inspiration for readers.</w:t>
      </w:r>
      <w:r/>
    </w:p>
    <w:p>
      <w:pPr>
        <w:pStyle w:val="ListNumber"/>
        <w:spacing w:line="240" w:lineRule="auto"/>
        <w:ind w:left="720"/>
      </w:pPr>
      <w:r/>
      <w:hyperlink r:id="rId13">
        <w:r>
          <w:rPr>
            <w:color w:val="0000EE"/>
            <w:u w:val="single"/>
          </w:rPr>
          <w:t>https://pridesource.com/article/queer-halloween-costumes-2025</w:t>
        </w:r>
      </w:hyperlink>
      <w:r>
        <w:t xml:space="preserve"> - A compilation of ten queerly perfect Halloween costumes for 2025, blending queer culture, pop culture, and political awareness. The article offers creative ideas for costumes that celebrate queer joy and individuality.</w:t>
      </w:r>
      <w:r/>
    </w:p>
    <w:p>
      <w:pPr>
        <w:pStyle w:val="ListNumber"/>
        <w:spacing w:line="240" w:lineRule="auto"/>
        <w:ind w:left="720"/>
      </w:pPr>
      <w:r/>
      <w:hyperlink r:id="rId15">
        <w:r>
          <w:rPr>
            <w:color w:val="0000EE"/>
            <w:u w:val="single"/>
          </w:rPr>
          <w:t>https://www.out.com/celebs/queer-celebrity-halloween-costumes-2025</w:t>
        </w:r>
      </w:hyperlink>
      <w:r>
        <w:t xml:space="preserve"> - An article highlighting the hottest and most hilarious queer celebrity Halloween costumes of 2025, showcasing the community's flair for creativity and style. The piece features various celebrities and their standout looks, providing inspiration for readers seeking costume ideas.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1/lgbtqia-characters-you-can-dress-as-this-year/?utm_source=rss&amp;utm_medium=rss&amp;utm_campaign=lgbtqia-characters-you-can-dress-as-this-year" TargetMode="External"/><Relationship Id="rId10" Type="http://schemas.openxmlformats.org/officeDocument/2006/relationships/hyperlink" Target="https://www.them.us/story/queer-celebs-halloween-costumes" TargetMode="External"/><Relationship Id="rId11" Type="http://schemas.openxmlformats.org/officeDocument/2006/relationships/hyperlink" Target="https://www.out.com/celebs/lgbtq-celebrity-halloween-costumes-2023" TargetMode="External"/><Relationship Id="rId12" Type="http://schemas.openxmlformats.org/officeDocument/2006/relationships/hyperlink" Target="https://www.halloweencostumes.com/blog/p-475-costume-ideas-for-lgbtq-couples.aspx" TargetMode="External"/><Relationship Id="rId13" Type="http://schemas.openxmlformats.org/officeDocument/2006/relationships/hyperlink" Target="https://pridesource.com/article/queer-halloween-costumes-2025" TargetMode="External"/><Relationship Id="rId14" Type="http://schemas.openxmlformats.org/officeDocument/2006/relationships/hyperlink" Target="https://www.them.us/story/lgbtq-celebrity-halloween-costumes-2025-katseye-bowen-yang-janelle-monae" TargetMode="External"/><Relationship Id="rId15" Type="http://schemas.openxmlformats.org/officeDocument/2006/relationships/hyperlink" Target="https://www.out.com/celebs/queer-celebrity-halloween-costumes-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