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TV and films to watch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can expect a lively October 2026 line-up of LGBTQ+ TV and films, from celebrity deception on BBC One to Alan Cumming's tense new drama on Starz. Whether you want supernatural thrills, queer history, animated adventure or a gentler night in, this month's releases offer plenty to watch between pumpkin carving and Halloween parties.</w:t>
      </w:r>
      <w:r/>
    </w:p>
    <w:p>
      <w:pPr>
        <w:pStyle w:val="Heading2"/>
      </w:pPr>
      <w:r>
        <w:t>Essential Takeaways</w:t>
      </w:r>
      <w:r/>
      <w:r/>
    </w:p>
    <w:p>
      <w:pPr>
        <w:pStyle w:val="ListBullet"/>
        <w:spacing w:line="240" w:lineRule="auto"/>
        <w:ind w:left="720"/>
      </w:pPr>
      <w:r/>
      <w:r>
        <w:rPr>
          <w:b/>
        </w:rPr>
        <w:t>Reality suspense:</w:t>
      </w:r>
      <w:r>
        <w:t xml:space="preserve"> The Celebrity Traitors returns to BBC One and BBC iPlayer on 1 October.</w:t>
      </w:r>
      <w:r/>
    </w:p>
    <w:p>
      <w:pPr>
        <w:pStyle w:val="ListBullet"/>
        <w:spacing w:line="240" w:lineRule="auto"/>
        <w:ind w:left="720"/>
      </w:pPr>
      <w:r/>
      <w:r>
        <w:rPr>
          <w:b/>
        </w:rPr>
        <w:t>Alan Cumming drama:</w:t>
      </w:r>
      <w:r>
        <w:t xml:space="preserve"> Tip Toe explores hostility and fractured relationships in Manchester's Gay Village.</w:t>
      </w:r>
      <w:r/>
    </w:p>
    <w:p>
      <w:pPr>
        <w:pStyle w:val="ListBullet"/>
        <w:spacing w:line="240" w:lineRule="auto"/>
        <w:ind w:left="720"/>
      </w:pPr>
      <w:r/>
      <w:r>
        <w:rPr>
          <w:b/>
        </w:rPr>
        <w:t>Queer stories across genres:</w:t>
      </w:r>
      <w:r>
        <w:t xml:space="preserve"> October spans horror, historical drama, superhero fantasy, animation and coming-of-age cinema.</w:t>
      </w:r>
      <w:r/>
    </w:p>
    <w:p>
      <w:pPr>
        <w:pStyle w:val="ListBullet"/>
        <w:spacing w:line="240" w:lineRule="auto"/>
        <w:ind w:left="720"/>
      </w:pPr>
      <w:r/>
      <w:r>
        <w:rPr>
          <w:b/>
        </w:rPr>
        <w:t>Big-screen options:</w:t>
      </w:r>
      <w:r>
        <w:t xml:space="preserve"> Big Girls Don't Cry, La Bola Negra and Street Fighter arrive in cinemas during the month.</w:t>
      </w:r>
      <w:r/>
    </w:p>
    <w:p>
      <w:pPr>
        <w:pStyle w:val="ListBullet"/>
        <w:spacing w:line="240" w:lineRule="auto"/>
        <w:ind w:left="720"/>
      </w:pPr>
      <w:r/>
      <w:r>
        <w:rPr>
          <w:b/>
        </w:rPr>
        <w:t>A strong Halloween mix:</w:t>
      </w:r>
      <w:r>
        <w:t xml:space="preserve"> R.L. Stine's Pumpkinhead 2 brings a queer and non-binary creative perspective to the horror schedule.</w:t>
      </w:r>
      <w:r/>
      <w:r/>
    </w:p>
    <w:p>
      <w:pPr>
        <w:pStyle w:val="Heading2"/>
      </w:pPr>
      <w:r>
        <w:t>October starts with deception and family drama</w:t>
      </w:r>
      <w:r/>
    </w:p>
    <w:p>
      <w:r/>
      <w:r>
        <w:t>The month opens with The Celebrity Traitors, which lands on BBC One and BBC iPlayer on 1 October. Hosted by Claudia Winkleman, the second series brings together performers, broadcasters, comedians and online personalities, including Bella Ramsey, for another round of secret alliances and suspicious banishments.</w:t>
      </w:r>
      <w:r/>
    </w:p>
    <w:p>
      <w:r/>
      <w:r>
        <w:t>It has all the ingredients of an ideal autumn watch: grand surroundings, whispered accusations and the constant feeling that someone at the table is lying. The format is especially easy to dip into, too, whether you're watching every episode closely or simply enjoying the dramatic reactions.</w:t>
      </w:r>
      <w:r/>
    </w:p>
    <w:p>
      <w:r/>
      <w:r>
        <w:t>Also arriving on 1 October is East of Eden on Netflix, a new interpretation of John Steinbeck's family saga. This version puts Cathy at the centre, giving the familiar story a sharper focus on one of its most memorable and morally complicated figures.</w:t>
      </w:r>
      <w:r/>
    </w:p>
    <w:p>
      <w:pPr>
        <w:pStyle w:val="Heading2"/>
      </w:pPr>
      <w:r>
        <w:t>Alan Cumming leads a tense new Manchester story</w:t>
      </w:r>
      <w:r/>
    </w:p>
    <w:p>
      <w:r/>
      <w:r>
        <w:t>Tip Toe arrives on Starz on 2 October, with Alan Cumming playing Leo Struthers, the owner of a bar in Manchester's Gay Village. His neighbour, Clive Goss, played by David Morrissey, has lived beside him for years, but their uneasy familiarity begins to unravel as anger and extremist views take hold.</w:t>
      </w:r>
      <w:r/>
    </w:p>
    <w:p>
      <w:r/>
      <w:r>
        <w:t>The set-up promises something more unsettling than a conventional thriller. A place that should feel lived-in and familiar becomes charged with suspicion, showing how quickly old routines can be damaged by wider social tensions.</w:t>
      </w:r>
      <w:r/>
    </w:p>
    <w:p>
      <w:r/>
      <w:r>
        <w:t>For viewers choosing from the best LGBTQ+ TV shows in October 2026, Tip Toe looks like one of the month's most substantial dramas. It's intimate, political and rooted in a recognisable community rather than a distant fantasy world.</w:t>
      </w:r>
      <w:r/>
    </w:p>
    <w:p>
      <w:pPr>
        <w:pStyle w:val="Heading2"/>
      </w:pPr>
      <w:r>
        <w:t>Horror gets a queer-season makeover</w:t>
      </w:r>
      <w:r/>
    </w:p>
    <w:p>
      <w:r/>
      <w:r>
        <w:t>Halloween viewing arrives early with R.L. Stine's Pumpkinhead 2, premiering on Tubi on 9 October. A new curse threatens the town of Redhaven, leaving Sam and Becka to work out how to stop the supernatural menace before it spreads.</w:t>
      </w:r>
      <w:r/>
    </w:p>
    <w:p>
      <w:r/>
      <w:r>
        <w:t>The film is directed by Jem Garrard, a queer and non-binary filmmaker, which gives the release added interest for audiences looking for horror with a broader creative viewpoint. Expect old-fashioned cursed-town energy, ominous shadows and the sort of plot that makes ordinary noises in the hallway feel suspicious.</w:t>
      </w:r>
      <w:r/>
    </w:p>
    <w:p>
      <w:r/>
      <w:r>
        <w:t>There are lighter fantastical options, too. Avatar: Seven Havens follows Pavi, a young Earthbender who discovers she's the next Avatar in a world that now views that role as a threat. The series premieres on Paramount+ on 9 October and pairs large-scale adventure with a story about identity, responsibility and family.</w:t>
      </w:r>
      <w:r/>
    </w:p>
    <w:p>
      <w:pPr>
        <w:pStyle w:val="Heading2"/>
      </w:pPr>
      <w:r>
        <w:t>Cinema brings adolescence, history and fighting spirit</w:t>
      </w:r>
      <w:r/>
    </w:p>
    <w:p>
      <w:r/>
      <w:r>
        <w:t>Big Girls Don't Cry reaches cinemas on 9 October, following 14-year-old Sid as she tests the boundaries of friendship, attraction and belonging. Her attempts to win acceptance from an older group of girls lead to increasingly damaging consequences, making this a coming-of-age story with plenty of emotional bite.</w:t>
      </w:r>
      <w:r/>
    </w:p>
    <w:p>
      <w:r/>
      <w:r>
        <w:t>La Bola Negra follows on 16 October, connecting the lives of three men across 1932, 1937 and 2017. Desire, inheritance and hidden family history run through the story, which moves between different periods of Spanish history before arriving in cinemas and later streaming on Netflix on 2 December.</w:t>
      </w:r>
      <w:r/>
    </w:p>
    <w:p>
      <w:r/>
      <w:r>
        <w:t>Then comes Street Fighter, also in cinemas on 16 October. Orville Peck makes his screen debut as Vega in the video-game adaptation, which follows Ryu and Ken as they are pulled into a dangerous tournament. It may be the month's loudest option, with bright costumes, hard-hitting action and a familiar rivalry at its centre.</w:t>
      </w:r>
      <w:r/>
    </w:p>
    <w:p>
      <w:pPr>
        <w:pStyle w:val="Heading2"/>
      </w:pPr>
      <w:r>
        <w:t>Superheroes and seaside mysteries round things off</w:t>
      </w:r>
      <w:r/>
    </w:p>
    <w:p>
      <w:r/>
      <w:r>
        <w:t>VisionQuest arrives on Disney+ on 14 October, focusing on a rebuilt Vision as he tries to understand himself while hiding from people who want to control him. His search becomes more complicated when he goes on the run with Thomas Shepherd, a mysterious boy who may be connected to his past.</w:t>
      </w:r>
      <w:r/>
    </w:p>
    <w:p>
      <w:r/>
      <w:r>
        <w:t>For something stranger and more gothic, Yaga premieres on AMC+ on 23 October. Noah Reid plays private investigator Rapp, who travels to a coastal town to investigate the disappearance of a wealthy young heir. Local secrets, a suspicious detective, an alluring professor and ancient magic soon turn the case into something far more tangled.</w:t>
      </w:r>
      <w:r/>
    </w:p>
    <w:p>
      <w:r/>
      <w:r>
        <w:t>Taken together, October's releases offer more than a single Halloween mood. There are cosy streaming choices, high-stakes cinema adventures and thoughtful dramas for viewers who'd rather sit with complicated characters than jump at every creaking door.</w:t>
      </w:r>
      <w:r/>
    </w:p>
    <w:p>
      <w:r/>
      <w:r>
        <w:t>Whether you're after a spooky night, a glossy blockbuster or a quiet story about belonging, this month's schedule has a promising watch for you.</w:t>
      </w:r>
      <w:r/>
    </w:p>
    <w:p>
      <w:r/>
      <w:r>
        <w:t>Explore the October line-up and choose your perfect queer-season watch.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Paragraph 18: </w:t>
      </w:r>
      <w:hyperlink r:id="rId10">
        <w:r>
          <w:rPr>
            <w:color w:val="0000EE"/>
            <w:u w:val="single"/>
          </w:rPr>
          <w:t>[2]</w:t>
        </w:r>
      </w:hyperlink>
      <w:r>
        <w:t xml:space="preserve">- Paragraph 19: </w:t>
      </w:r>
      <w:hyperlink r:id="rId10">
        <w:r>
          <w:rPr>
            <w:color w:val="0000EE"/>
            <w:u w:val="single"/>
          </w:rPr>
          <w:t>[2]</w:t>
        </w:r>
      </w:hyperlink>
      <w:r>
        <w:t xml:space="preserve">- Paragraph 20: </w:t>
      </w:r>
      <w:hyperlink r:id="rId10">
        <w:r>
          <w:rPr>
            <w:color w:val="0000EE"/>
            <w:u w:val="single"/>
          </w:rPr>
          <w:t>[2]</w:t>
        </w:r>
      </w:hyperlink>
      <w:r>
        <w:t xml:space="preserve">- Paragraph 21: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https://www.out.com/gay-entertainment/lgbtq-tv-film-october-2026</w:t>
        </w:r>
      </w:hyperlink>
      <w:r>
        <w:t xml:space="preserve"> - Please view link - unable to able to access data</w:t>
      </w:r>
      <w:r/>
    </w:p>
    <w:p>
      <w:pPr>
        <w:pStyle w:val="ListNumber"/>
        <w:spacing w:line="240" w:lineRule="auto"/>
        <w:ind w:left="720"/>
      </w:pPr>
      <w:r/>
      <w:hyperlink r:id="rId10">
        <w:r>
          <w:rPr>
            <w:color w:val="0000EE"/>
            <w:u w:val="single"/>
          </w:rPr>
          <w:t>https://www.bbc.co.uk/programmes/m000z5l5</w:t>
        </w:r>
      </w:hyperlink>
      <w:r>
        <w:t xml:space="preserve"> - 'The Celebrity Traitors' Series 2, hosted by Claudia Winkleman, premiered on October 1, 2026, on BBC One and BBC iPlayer. The show features a diverse group of celebrities, including Bella Ramsey from 'The Last of Us', who engage in a game of trust and deception to uncover the 'Traitors' among them. The series consists of 10 episodes, each approximately one hour long, set in a castle in the Scottish Highlands. (</w:t>
      </w:r>
      <w:hyperlink r:id="rId12">
        <w:r>
          <w:rPr>
            <w:color w:val="0000EE"/>
            <w:u w:val="single"/>
          </w:rPr>
          <w:t>bbc.originals.watch</w:t>
        </w:r>
      </w:hyperlink>
      <w:r>
        <w:t>)</w:t>
      </w:r>
      <w:r/>
    </w:p>
    <w:p>
      <w:pPr>
        <w:pStyle w:val="ListNumber"/>
        <w:spacing w:line="240" w:lineRule="auto"/>
        <w:ind w:left="720"/>
      </w:pPr>
      <w:r/>
      <w:hyperlink r:id="rId11">
        <w:r>
          <w:rPr>
            <w:color w:val="0000EE"/>
            <w:u w:val="single"/>
          </w:rPr>
          <w:t>https://www.netflix.com/title/81001999</w:t>
        </w:r>
      </w:hyperlink>
      <w:r>
        <w:t xml:space="preserve"> - 'East of Eden', a limited series adaptation of John Steinbeck's classic novel, began streaming on Netflix on October 1, 2026. The seven-episode series stars Florence Pugh as Cathy Ames and explores the multigenerational saga of the Trask family, focusing on themes of love, cruelty, autonomy, and familial dynamics. The series is praised for its faithful adaptation and compelling performances, though some critics note issues with lighting affecting visual clarity. (</w:t>
      </w:r>
      <w:hyperlink r:id="rId13">
        <w:r>
          <w:rPr>
            <w:color w:val="0000EE"/>
            <w:u w:val="single"/>
          </w:rPr>
          <w:t>thedailybeast.com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gay-entertainment/lgbtq-tv-film-october-2026" TargetMode="External"/><Relationship Id="rId10" Type="http://schemas.openxmlformats.org/officeDocument/2006/relationships/hyperlink" Target="https://www.bbc.co.uk/programmes/m000z5l5" TargetMode="External"/><Relationship Id="rId11" Type="http://schemas.openxmlformats.org/officeDocument/2006/relationships/hyperlink" Target="https://www.netflix.com/title/81001999" TargetMode="External"/><Relationship Id="rId12" Type="http://schemas.openxmlformats.org/officeDocument/2006/relationships/hyperlink" Target="https://bbc.originals.watch/media/50435/the-celebrity-traitors/season/2?utm_source=openai" TargetMode="External"/><Relationship Id="rId13" Type="http://schemas.openxmlformats.org/officeDocument/2006/relationships/hyperlink" Target="https://www.thedailybeast.com/obsessed/east-of-eden-florence-pughs-netflix-series-is-greatwith-one-excep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