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events in New Orleans for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spooky fun, costume devotees and LGBTQ+ visitors can look forward to a packed October across New Orleans, Baton Rouge and the Mississippi Gulf Coast. From drag brunches and queer cabaret to dance parties, bingo and community gatherings, this Halloween guide helps you find the right night out, whether you want glamour, giggles or glorious chaos.</w:t>
      </w:r>
      <w:r/>
    </w:p>
    <w:p>
      <w:pPr>
        <w:pStyle w:val="Heading2"/>
      </w:pPr>
      <w:r>
        <w:t>Essential Takeaways</w:t>
      </w:r>
      <w:r/>
      <w:r/>
    </w:p>
    <w:p>
      <w:pPr>
        <w:pStyle w:val="ListBullet"/>
        <w:spacing w:line="240" w:lineRule="auto"/>
        <w:ind w:left="720"/>
      </w:pPr>
      <w:r/>
      <w:r>
        <w:rPr>
          <w:b/>
        </w:rPr>
        <w:t>The calendar is huge:</w:t>
      </w:r>
      <w:r>
        <w:t xml:space="preserve"> Events run throughout October, with especially busy weekends around Halloween.</w:t>
      </w:r>
      <w:r/>
    </w:p>
    <w:p>
      <w:pPr>
        <w:pStyle w:val="ListBullet"/>
        <w:spacing w:line="240" w:lineRule="auto"/>
        <w:ind w:left="720"/>
      </w:pPr>
      <w:r/>
      <w:r>
        <w:rPr>
          <w:b/>
        </w:rPr>
        <w:t>Expect plenty of variety:</w:t>
      </w:r>
      <w:r>
        <w:t xml:space="preserve"> Drag, burlesque, karaoke, comedy, line dancing, storytelling and club nights all feature heavily.</w:t>
      </w:r>
      <w:r/>
    </w:p>
    <w:p>
      <w:pPr>
        <w:pStyle w:val="ListBullet"/>
        <w:spacing w:line="240" w:lineRule="auto"/>
        <w:ind w:left="720"/>
      </w:pPr>
      <w:r/>
      <w:r>
        <w:rPr>
          <w:b/>
        </w:rPr>
        <w:t>New Orleans is the main hub:</w:t>
      </w:r>
      <w:r>
        <w:t xml:space="preserve"> The French Quarter, Marigny and St Claude Avenue host many of the headline events.</w:t>
      </w:r>
      <w:r/>
    </w:p>
    <w:p>
      <w:pPr>
        <w:pStyle w:val="ListBullet"/>
        <w:spacing w:line="240" w:lineRule="auto"/>
        <w:ind w:left="720"/>
      </w:pPr>
      <w:r/>
      <w:r>
        <w:rPr>
          <w:b/>
        </w:rPr>
        <w:t>Regional options matter:</w:t>
      </w:r>
      <w:r>
        <w:t xml:space="preserve"> Baton Rouge, Gulfport, Biloxi and Pensacola also offer LGBTQ-friendly Halloween entertainment.</w:t>
      </w:r>
      <w:r/>
    </w:p>
    <w:p>
      <w:pPr>
        <w:pStyle w:val="ListBullet"/>
        <w:spacing w:line="240" w:lineRule="auto"/>
        <w:ind w:left="720"/>
      </w:pPr>
      <w:r/>
      <w:r>
        <w:rPr>
          <w:b/>
        </w:rPr>
        <w:t>Plan ahead:</w:t>
      </w:r>
      <w:r>
        <w:t xml:space="preserve"> Several shows require tickets, reservations or RSVP, while others are free or have a modest door charge.</w:t>
      </w:r>
      <w:r/>
      <w:r/>
    </w:p>
    <w:p>
      <w:pPr>
        <w:pStyle w:val="Heading2"/>
      </w:pPr>
      <w:r>
        <w:t>New Orleans turns Halloween into a month-long celebration</w:t>
      </w:r>
      <w:r/>
    </w:p>
    <w:p>
      <w:r/>
      <w:r>
        <w:t>Halloween in New Orleans doesn't wait for 31 October. The city's LGBTQ+ calendar stretches across the entire month, mixing polished productions with relaxed bar nights and gloriously unpredictable variety shows.</w:t>
      </w:r>
      <w:r/>
    </w:p>
    <w:p>
      <w:r/>
      <w:r>
        <w:t>The strongest concentration is around the French Quarter and Marigny, where venues including Oz New Orleans, Bourbon Pub &amp; Parade, The Golden Lantern and The Allways Lounge &amp; Cabaret keep the lights, music and costumes going well beyond the weekend. According to Ambush Magazine, the programme includes everything from showtune singalongs to late-night drag, burlesque and karaoke.</w:t>
      </w:r>
      <w:r/>
    </w:p>
    <w:p>
      <w:r/>
      <w:r>
        <w:t>That range is part of the appeal. You can begin with a drag brunch, wander into a cabaret, then finish with a dance party without ever needing to leave the city centre. It’s the sort of itinerary that rewards comfortable shoes and a phone battery at full charge.</w:t>
      </w:r>
      <w:r/>
    </w:p>
    <w:p>
      <w:pPr>
        <w:pStyle w:val="Heading2"/>
      </w:pPr>
      <w:r>
        <w:t>Where to find drag, burlesque and cabaret</w:t>
      </w:r>
      <w:r/>
    </w:p>
    <w:p>
      <w:r/>
      <w:r>
        <w:t>For live performance, The Allways Lounge &amp; Cabaret is one of the busiest addresses in the guide. Its October programme includes drag, burlesque, comedy, sideshow acts, storytelling, musical theatre and themed productions inspired by everything from horror films to gardens.</w:t>
      </w:r>
      <w:r/>
    </w:p>
    <w:p>
      <w:r/>
      <w:r>
        <w:t>The schedule also features returning formats such as The Blue Velvet Revue at The Original Nite Cap, Trixie Minx’s Burlesque Ballroom and several events at The Golden Lantern. Some shows are intimate and ticketed, while others offer door entry, so checking the venue before setting off is sensible.</w:t>
      </w:r>
      <w:r/>
    </w:p>
    <w:p>
      <w:r/>
      <w:r>
        <w:t>The Halloween run-up becomes especially theatrical. Late-October highlights include a drag parody of Hocus Pocus, a cabaret version of Clue and a Rocky Horror-inspired striptease show. If your ideal Halloween involves glitter, dramatic entrances and an audience that knows how to tip, you'll be very much at home.</w:t>
      </w:r>
      <w:r/>
    </w:p>
    <w:p>
      <w:pPr>
        <w:pStyle w:val="Heading2"/>
      </w:pPr>
      <w:r>
        <w:t>Karaoke, bingo and community nights keep things welcoming</w:t>
      </w:r>
      <w:r/>
    </w:p>
    <w:p>
      <w:r/>
      <w:r>
        <w:t>Not every good night needs a costume contest or a huge stage. Weekly karaoke, trivia, bingo and line-dancing events offer a more casual way to meet people, particularly if you're travelling alone or want a gentler start to the evening.</w:t>
      </w:r>
      <w:r/>
    </w:p>
    <w:p>
      <w:r/>
      <w:r>
        <w:t>Crossing NOLA, Good Friend’s, Bourbon Pub &amp; Parade, Cafe Lafitte in Exile and SIPPS Gulfport all appear regularly in the calendar. There are also free or low-cost activities, including LGBTQ+ youth drop-in sessions, intergenerational game nights, walking groups and community potlucks.</w:t>
      </w:r>
      <w:r/>
    </w:p>
    <w:p>
      <w:r/>
      <w:r>
        <w:t>That balance is important. The guide isn't only about late-night spectacle; it also reflects the everyday social life that makes a city feel welcoming. A bingo card and a bar stool can sometimes do more for conversation than the loudest dance floor.</w:t>
      </w:r>
      <w:r/>
    </w:p>
    <w:p>
      <w:pPr>
        <w:pStyle w:val="Heading2"/>
      </w:pPr>
      <w:r>
        <w:t>Halloween weekend brings the biggest productions</w:t>
      </w:r>
      <w:r/>
    </w:p>
    <w:p>
      <w:r/>
      <w:r>
        <w:t>The final days of October are the busiest, with major parties, costume competitions and special performances competing for attention. On 30 October, options include the Halloween New Orleans Lazarus Ball, themed drag shows, a Rocky Horror production and large club nights in Baton Rouge.</w:t>
      </w:r>
      <w:r/>
    </w:p>
    <w:p>
      <w:r/>
      <w:r>
        <w:t>Halloween itself brings even more choice. The Halloween New Orleans party at The Fillmore promises DJs, performances and a costume revue, while Splash Nightclub in Baton Rouge is offering a $500 costume prize. SIPPS Gulfport is also planning a late-night costume party with cash and prizes, and The Allways Lounge &amp; Cabaret has a packed evening of drag, burlesque and variety.</w:t>
      </w:r>
      <w:r/>
    </w:p>
    <w:p>
      <w:r/>
      <w:r>
        <w:t>If you're aiming for one of the bigger nights, book early and check the practical details. Costume requirements, ticket arrangements, age limits, start times and venue policies can differ sharply, even between events happening only a few streets apart.</w:t>
      </w:r>
      <w:r/>
    </w:p>
    <w:p>
      <w:pPr>
        <w:pStyle w:val="Heading2"/>
      </w:pPr>
      <w:r>
        <w:t>How to choose the right event</w:t>
      </w:r>
      <w:r/>
    </w:p>
    <w:p>
      <w:r/>
      <w:r>
        <w:t>Start with the mood you want rather than the date alone. For a relaxed afternoon, consider drag brunch, a community gathering or a Sunday singalong. For something more theatrical, look towards cabaret, burlesque or a themed show. If dancing is the priority, the larger club parties are likely to suit you better.</w:t>
      </w:r>
      <w:r/>
    </w:p>
    <w:p>
      <w:r/>
      <w:r>
        <w:t>It’s also worth allowing extra time for travel. New Orleans venues may be close on a map but busy streets, queues and late-running shows can quickly alter your plans. Reservations are specifically encouraged for some brunches and table-based events, while ticketed cabaret productions may have limited seating.</w:t>
      </w:r>
      <w:r/>
    </w:p>
    <w:p>
      <w:r/>
      <w:r>
        <w:t>Most importantly, read the event description carefully. Some nights are family-friendly or community-focused, while others are explicitly adult, interactive or built around audience participation. A little preparation means you can spend less time checking your phone and more time enjoying the wonderfully weird atmosphere.</w:t>
      </w:r>
      <w:r/>
    </w:p>
    <w:p>
      <w:pPr>
        <w:pStyle w:val="Heading2"/>
      </w:pPr>
      <w:r>
        <w:t>The spirit of the season lasts beyond Halloween</w:t>
      </w:r>
      <w:r/>
    </w:p>
    <w:p>
      <w:r/>
      <w:r>
        <w:t>The calendar doesn't vanish once the costumes are packed away. Halloween New Orleans continues into 1 November with a Sunday afternoon tea dance and second line, while the wider programme includes recurring social events, performances and community activities throughout the month.</w:t>
      </w:r>
      <w:r/>
    </w:p>
    <w:p>
      <w:r/>
      <w:r>
        <w:t>That gives visitors more flexibility, too. You don't have to cram every plan into Halloween weekend, and you can build a trip around the kind of entertainment you actually enjoy. New Orleans is at its best when the schedule leaves room for a surprise.</w:t>
      </w:r>
      <w:r/>
    </w:p>
    <w:p>
      <w:r/>
      <w:r>
        <w:t>For the latest times, ticket information and any changes, check directly with the venue or organiser before travelling. Event listings can shift, but the central message is clear: October in queer New Orleans is less a single party than an entire season of celebration.</w:t>
      </w:r>
      <w:r/>
    </w:p>
    <w:p>
      <w:r/>
      <w:r>
        <w:t>It's a small city break idea with a very big costume budget.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w:t>
      </w:r>
      <w:r/>
    </w:p>
    <w:p>
      <w:pPr>
        <w:pStyle w:val="Heading2"/>
      </w:pPr>
      <w:r>
        <w:t>Bibliography</w:t>
      </w:r>
      <w:r/>
    </w:p>
    <w:p>
      <w:r/>
      <w:r>
        <w:t xml:space="preserve">1. </w:t>
      </w:r>
      <w:hyperlink r:id="rId9">
        <w:r>
          <w:rPr>
            <w:color w:val="0000EE"/>
            <w:u w:val="single"/>
          </w:rPr>
          <w:t>https://www.ambushmag.com/the-official-gay-halloween-guide-october-2026-event-calendar/#utm_source=rss&amp;utm_medium=rss&amp;utm_campaign=the-official-gay-halloween-guide-october-2026-event-calendar</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bushmag.com/the-official-gay-halloween-guide-october-2026-event-calendar/#utm_source=rss&amp;utm_medium=rss&amp;utm_campaign=the-official-gay-halloween-guide-october-2026-event-calend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