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Festival in Lakeland Brings AIDS Memorial Quilt Home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Lakeland’s Rainbow Roots Festival can expect more than music, shopping and food. Returning on Sunday 4 October 2026, the free family event will bring panels from the AIDS Memorial Quilt back to Polk County for the first time in around two decades, offering a moving link to LGBTQ+ history alongside a lively afternoon of community celebration.</w:t>
      </w:r>
      <w:r/>
    </w:p>
    <w:p>
      <w:pPr>
        <w:pStyle w:val="Heading2"/>
      </w:pPr>
      <w:r>
        <w:t>Essential Takeaways</w:t>
      </w:r>
      <w:r/>
      <w:r/>
    </w:p>
    <w:p>
      <w:pPr>
        <w:pStyle w:val="ListBullet"/>
        <w:spacing w:line="240" w:lineRule="auto"/>
        <w:ind w:left="720"/>
      </w:pPr>
      <w:r/>
      <w:r>
        <w:rPr>
          <w:b/>
        </w:rPr>
        <w:t>When and where:</w:t>
      </w:r>
      <w:r>
        <w:t xml:space="preserve"> Sunday 4 October 2026, noon to 5pm, at Lake Mirror Auditorium in Lakeland.</w:t>
      </w:r>
      <w:r/>
    </w:p>
    <w:p>
      <w:pPr>
        <w:pStyle w:val="ListBullet"/>
        <w:spacing w:line="240" w:lineRule="auto"/>
        <w:ind w:left="720"/>
      </w:pPr>
      <w:r/>
      <w:r>
        <w:rPr>
          <w:b/>
        </w:rPr>
        <w:t>Free entry:</w:t>
      </w:r>
      <w:r>
        <w:t xml:space="preserve"> The all-ages festival welcomes families, allies and the wider community.</w:t>
      </w:r>
      <w:r/>
    </w:p>
    <w:p>
      <w:pPr>
        <w:pStyle w:val="ListBullet"/>
        <w:spacing w:line="240" w:lineRule="auto"/>
        <w:ind w:left="720"/>
      </w:pPr>
      <w:r/>
      <w:r>
        <w:rPr>
          <w:b/>
        </w:rPr>
        <w:t>A powerful centrepiece:</w:t>
      </w:r>
      <w:r>
        <w:t xml:space="preserve"> Panels from the AIDS Memorial Quilt will honour people lost to HIV and AIDS.</w:t>
      </w:r>
      <w:r/>
    </w:p>
    <w:p>
      <w:pPr>
        <w:pStyle w:val="ListBullet"/>
        <w:spacing w:line="240" w:lineRule="auto"/>
        <w:ind w:left="720"/>
      </w:pPr>
      <w:r/>
      <w:r>
        <w:rPr>
          <w:b/>
        </w:rPr>
        <w:t>Local flavour:</w:t>
      </w:r>
      <w:r>
        <w:t xml:space="preserve"> More than 38 queer-owned exhibitors, food vendors, artists and community groups are expected.</w:t>
      </w:r>
      <w:r/>
    </w:p>
    <w:p>
      <w:pPr>
        <w:pStyle w:val="ListBullet"/>
        <w:spacing w:line="240" w:lineRule="auto"/>
        <w:ind w:left="720"/>
      </w:pPr>
      <w:r/>
      <w:r>
        <w:rPr>
          <w:b/>
        </w:rPr>
        <w:t>Practical support:</w:t>
      </w:r>
      <w:r>
        <w:t xml:space="preserve"> A pop-up Little Free Pantry will offer non-perishable food and hygiene supplies.</w:t>
      </w:r>
      <w:r/>
      <w:r/>
    </w:p>
    <w:p>
      <w:pPr>
        <w:pStyle w:val="Heading2"/>
      </w:pPr>
      <w:r>
        <w:t>A historic quilt takes centre stage</w:t>
      </w:r>
      <w:r/>
    </w:p>
    <w:p>
      <w:r/>
      <w:r>
        <w:t>The strongest reason to visit Rainbow Roots this year is likely to be the AIDS Memorial Quilt. Its fabric panels, each roughly the size of a burial plot, turn an enormous public-health tragedy into something personal, tactile and impossible to skim past.</w:t>
      </w:r>
      <w:r/>
    </w:p>
    <w:p>
      <w:r/>
      <w:r>
        <w:t>The AIDS Memorial Quilt began in 1985 as a community memorial and has grown into one of the world's largest arts and remembrance projects, according to the National AIDS Memorial. Each panel tells an individual story, often through names, photographs, messages and carefully chosen fabric. It's history you don't just read about; you stand in front of it.</w:t>
      </w:r>
      <w:r/>
    </w:p>
    <w:p>
      <w:r/>
      <w:r>
        <w:t>Organisers say the quilt was last displayed in Polk County in 1989, making its return especially significant. The National AIDS Memorial's quilt history also shows how the project became both a memorial and a public call for compassion during the HIV and AIDS crisis.</w:t>
      </w:r>
      <w:r/>
    </w:p>
    <w:p>
      <w:pPr>
        <w:pStyle w:val="Heading2"/>
      </w:pPr>
      <w:r>
        <w:t>Why Rainbow Roots matters to Lakeland</w:t>
      </w:r>
      <w:r/>
    </w:p>
    <w:p>
      <w:r/>
      <w:r>
        <w:t>Rainbow Roots isn't simply a market with a colourful theme. Hosted by the Rose Dynasty Foundation with community partners, it brings together local makers, performers, organisations and visitors in a setting designed to feel welcoming rather than intimidating.</w:t>
      </w:r>
      <w:r/>
    </w:p>
    <w:p>
      <w:r/>
      <w:r>
        <w:t>The Rose Dynasty Foundation's festival information highlights the event's focus on queer-owned businesses and community connection. More than 900 people attended the first festival in 2025, while the 2026 edition aims to attract up to 2,000 visitors. That ambition says something about the appetite for visible, inclusive gatherings in Polk County.</w:t>
      </w:r>
      <w:r/>
    </w:p>
    <w:p>
      <w:r/>
      <w:r>
        <w:t>It also gives the quilt a useful setting. Remembrance can feel distant in a museum, but here it sits among food stalls, conversation and live entertainment. The contrast may be precisely what makes the message land.</w:t>
      </w:r>
      <w:r/>
    </w:p>
    <w:p>
      <w:pPr>
        <w:pStyle w:val="Heading2"/>
      </w:pPr>
      <w:r>
        <w:t>A family-friendly day with plenty to explore</w:t>
      </w:r>
      <w:r/>
    </w:p>
    <w:p>
      <w:r/>
      <w:r>
        <w:t>The festival will feature artists, small businesses, food vendors and community groups, with more than 38 exhibitors expected. Visitors can browse handmade work, grab something to eat and meet organisations working across LGBTQ+ services and advocacy.</w:t>
      </w:r>
      <w:r/>
    </w:p>
    <w:p>
      <w:r/>
      <w:r>
        <w:t>Entertainment will include singers, dancers, poetry, readings, storytelling and local LGBTQ+ history. Organisers have chosen not to include drag performances this year after seeking legal advice about Florida's Protection of Children Act, but they say the programme will still reflect the breadth of queer culture and community life.</w:t>
      </w:r>
      <w:r/>
    </w:p>
    <w:p>
      <w:r/>
      <w:r>
        <w:t>For families, that mix makes the event easier to navigate. You can dip in for an hour, stay for the performances or use the afternoon as a gentle introduction to local LGBTQ+ history. Comfortable shoes and a little time are probably the only essentials.</w:t>
      </w:r>
      <w:r/>
    </w:p>
    <w:p>
      <w:pPr>
        <w:pStyle w:val="Heading2"/>
      </w:pPr>
      <w:r>
        <w:t>The festival connects memory with practical help</w:t>
      </w:r>
      <w:r/>
    </w:p>
    <w:p>
      <w:r/>
      <w:r>
        <w:t>The event also has a distinctly hands-on side. A pop-up Little Free Pantry will provide free non-perishable food and hygiene products, extending the Rose Dynasty Center's ongoing community-support work beyond the festival site.</w:t>
      </w:r>
      <w:r/>
    </w:p>
    <w:p>
      <w:r/>
      <w:r>
        <w:t>According to the Rose Dynasty Foundation, visitors who donate to the pantry will be entered into a prize draw for $50 towards a commissioned artwork by Katrina Evans Art. It's a small but thoughtful exchange: contribute something useful, and you might take home something beautiful.</w:t>
      </w:r>
      <w:r/>
    </w:p>
    <w:p>
      <w:r/>
      <w:r>
        <w:t>Health remains part of the wider conversation, too. The organisers have linked the quilt's return to continuing HIV prevention and support work, including no-cost testing, treatment and prevention services provided through the Rose Dynasty Center and Pineapple Healthcare. The National AIDS Memorial's educational material similarly presents the quilt as a tool for remembrance, awareness and action.</w:t>
      </w:r>
      <w:r/>
    </w:p>
    <w:p>
      <w:pPr>
        <w:pStyle w:val="Heading2"/>
      </w:pPr>
      <w:r>
        <w:t>What visitors should know before they go</w:t>
      </w:r>
      <w:r/>
    </w:p>
    <w:p>
      <w:r/>
      <w:r>
        <w:t>Rainbow Roots Festival takes place at Lake Mirror Auditorium, 121 South Lake Avenue, Lakeland, from noon until 5pm on Sunday 4 October 2026. Admission is free, and the event is open to all ages.</w:t>
      </w:r>
      <w:r/>
    </w:p>
    <w:p>
      <w:r/>
      <w:r>
        <w:t>If you're bringing children, the daytime format and varied programme should make it straightforward to enjoy at your own pace. If you're visiting specifically to see the quilt, allow quiet time rather than treating it as a quick photo stop. These panels carry names and stories, and the experience can be unexpectedly emotional.</w:t>
      </w:r>
      <w:r/>
    </w:p>
    <w:p>
      <w:r/>
      <w:r>
        <w:t>The quilt is also expected to appear later at the Rose Dynasty Center for an extended display. That gives visitors another chance to spend time with it, especially if the festival's cheerful bustle proves too distracting. Sometimes a memorial needs both a crowd and a quiet room.</w:t>
      </w:r>
      <w:r/>
    </w:p>
    <w:p>
      <w:r/>
      <w:r>
        <w:t>Rainbow Roots promises a warm, busy afternoon, but its most lasting impression may come from the stillness of the quilt.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9">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9">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9">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9">
        <w:r>
          <w:rPr>
            <w:color w:val="0000EE"/>
            <w:u w:val="single"/>
          </w:rPr>
          <w:t>[7]</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9">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0">
        <w:r>
          <w:rPr>
            <w:color w:val="0000EE"/>
            <w:u w:val="single"/>
          </w:rPr>
          <w:t>[2]</w:t>
        </w:r>
      </w:hyperlink>
      <w:r>
        <w:t xml:space="preserve">, </w:t>
      </w:r>
      <w:hyperlink r:id="rId9">
        <w:r>
          <w:rPr>
            <w:color w:val="0000EE"/>
            <w:u w:val="single"/>
          </w:rPr>
          <w:t>[7]</w:t>
        </w:r>
      </w:hyperlink>
      <w:r>
        <w:t xml:space="preserve">- Paragraph 16: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https://www.lkldnow.com/rainbow-roots-festival-brings-aids-memorial-quilt-to-lakeland-on-oct-4/</w:t>
        </w:r>
      </w:hyperlink>
      <w:r>
        <w:t xml:space="preserve"> - Please view link - unable to able to access data</w:t>
      </w:r>
      <w:r/>
    </w:p>
    <w:p>
      <w:pPr>
        <w:pStyle w:val="ListNumber"/>
        <w:spacing w:line="240" w:lineRule="auto"/>
        <w:ind w:left="720"/>
      </w:pPr>
      <w:r/>
      <w:hyperlink r:id="rId10">
        <w:r>
          <w:rPr>
            <w:color w:val="0000EE"/>
            <w:u w:val="single"/>
          </w:rPr>
          <w:t>https://www.rosedynastyfoundationinc.org/rainbowroots/</w:t>
        </w:r>
      </w:hyperlink>
      <w:r>
        <w:t xml:space="preserve"> - The Rose Dynasty Foundation is hosting the Second Annual Rainbow Roots Festival on Sunday, October 4, 2026, from 12 pm to 5 pm at the Lake Mirror Auditorium in Lakeland, Florida. The festival is a family-friendly event featuring over 38 queer-owned and operated exhibitors, including artists, food vendors, small businesses, and community organizations. Admission is free and open to all ages. The event aims to celebrate community, queer history, creativity, and arts, providing a safe and inclusive space that uplifts LGBTQ+ voices through history, art, music, local vendors, and more.</w:t>
      </w:r>
      <w:r/>
    </w:p>
    <w:p>
      <w:pPr>
        <w:pStyle w:val="ListNumber"/>
        <w:spacing w:line="240" w:lineRule="auto"/>
        <w:ind w:left="720"/>
      </w:pPr>
      <w:r/>
      <w:hyperlink r:id="rId11">
        <w:r>
          <w:rPr>
            <w:color w:val="0000EE"/>
            <w:u w:val="single"/>
          </w:rPr>
          <w:t>https://www.aidsmemorial.org/quilt</w:t>
        </w:r>
      </w:hyperlink>
      <w:r>
        <w:t xml:space="preserve"> - The AIDS Memorial Quilt is considered the largest community arts project in history, serving as a living memorial to those lost to HIV/AIDS. Conceived in 1985 by activist Cleve Jones, the quilt comprises panels dedicated to more than 110,000 individuals, each measuring three by six feet. The quilt has been displayed across the United States, including a notable exhibition on the National Mall in Washington, D.C., in 1987. It continues to grow, with new panels added to honour those who have passed away from HIV/AIDS.</w:t>
      </w:r>
      <w:r/>
    </w:p>
    <w:p>
      <w:pPr>
        <w:pStyle w:val="ListNumber"/>
        <w:spacing w:line="240" w:lineRule="auto"/>
        <w:ind w:left="720"/>
      </w:pPr>
      <w:r/>
      <w:hyperlink r:id="rId12">
        <w:r>
          <w:rPr>
            <w:color w:val="0000EE"/>
            <w:u w:val="single"/>
          </w:rPr>
          <w:t>https://www.history.com/articles/aids-memorial-quilt</w:t>
        </w:r>
      </w:hyperlink>
      <w:r>
        <w:t xml:space="preserve"> - The AIDS Memorial Quilt, first displayed on the National Mall in Washington, D.C., on October 11, 1987, began with 1,920 individual panels, each inscribed with the name of a person lost to AIDS. It has since grown to include more than 50,000 panels, serving as a lasting memorial to those who died of AIDS. The quilt has been displayed across the United States and continues to be a powerful symbol of the AIDS epidemic and the lives it affected.</w:t>
      </w:r>
      <w:r/>
    </w:p>
    <w:p>
      <w:pPr>
        <w:pStyle w:val="ListNumber"/>
        <w:spacing w:line="240" w:lineRule="auto"/>
        <w:ind w:left="720"/>
      </w:pPr>
      <w:r/>
      <w:hyperlink r:id="rId13">
        <w:r>
          <w:rPr>
            <w:color w:val="0000EE"/>
            <w:u w:val="single"/>
          </w:rPr>
          <w:t>https://www.aidsmemorial.org/quilt-history</w:t>
        </w:r>
      </w:hyperlink>
      <w:r>
        <w:t xml:space="preserve"> - The AIDS Memorial Quilt was conceived in November 1985 by human rights activist Cleve Jones. Inspired by a wall of names created during a candlelight march in San Francisco, Jones envisioned a larger memorial to honour those lost to AIDS. The quilt began with a small group of strangers gathering to document the lives they feared would be neglected. Over time, it has grown to include thousands of panels, each representing an individual lost to the epidemic.</w:t>
      </w:r>
      <w:r/>
    </w:p>
    <w:p>
      <w:pPr>
        <w:pStyle w:val="ListNumber"/>
        <w:spacing w:line="240" w:lineRule="auto"/>
        <w:ind w:left="720"/>
      </w:pPr>
      <w:r/>
      <w:hyperlink r:id="rId14">
        <w:r>
          <w:rPr>
            <w:color w:val="0000EE"/>
            <w:u w:val="single"/>
          </w:rPr>
          <w:t>https://www.aidsmemorial.org/interactive-aids-quilt</w:t>
        </w:r>
      </w:hyperlink>
      <w:r>
        <w:t xml:space="preserve"> - The National AIDS Memorial offers an interactive experience of the AIDS Memorial Quilt, allowing people worldwide to explore all 50,000 panels online. This initiative enables individuals to search for the names of friends or loved ones who may have their names sewn into the quilt. The interactive quilt serves as a powerful tool for remembrance and education, connecting the story of HIV/AIDS to important issues impacting society today.</w:t>
      </w:r>
      <w:r/>
    </w:p>
    <w:p>
      <w:pPr>
        <w:pStyle w:val="ListNumber"/>
        <w:spacing w:line="240" w:lineRule="auto"/>
        <w:ind w:left="720"/>
      </w:pPr>
      <w:r/>
      <w:hyperlink r:id="rId9">
        <w:r>
          <w:rPr>
            <w:color w:val="0000EE"/>
            <w:u w:val="single"/>
          </w:rPr>
          <w:t>https://www.lkldnow.com/rainbow-roots-festival-brings-aids-memorial-quilt-to-lakeland-on-oct-4/</w:t>
        </w:r>
      </w:hyperlink>
      <w:r>
        <w:t xml:space="preserve"> - The Second Annual Rainbow Roots Festival will be held at the Lake Mirror Auditorium on Sunday, October 4, 2026, from noon to 5 p.m. The family-friendly festival features more than 38 queer-owned and operated exhibitors, including artists, food vendors, small businesses, and community organizations. It is free and open to all ages. In 2026, festival attendees will have the opportunity to view panels of the AIDS Memorial Quilt, marking the first time in roughly 20 years that pieces of this 'world’s largest community arts project' have been in Polk County.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kldnow.com/rainbow-roots-festival-brings-aids-memorial-quilt-to-lakeland-on-oct-4/" TargetMode="External"/><Relationship Id="rId10" Type="http://schemas.openxmlformats.org/officeDocument/2006/relationships/hyperlink" Target="https://www.rosedynastyfoundationinc.org/rainbowroots/" TargetMode="External"/><Relationship Id="rId11" Type="http://schemas.openxmlformats.org/officeDocument/2006/relationships/hyperlink" Target="https://www.aidsmemorial.org/quilt" TargetMode="External"/><Relationship Id="rId12" Type="http://schemas.openxmlformats.org/officeDocument/2006/relationships/hyperlink" Target="https://www.history.com/articles/aids-memorial-quilt" TargetMode="External"/><Relationship Id="rId13" Type="http://schemas.openxmlformats.org/officeDocument/2006/relationships/hyperlink" Target="https://www.aidsmemorial.org/quilt-history" TargetMode="External"/><Relationship Id="rId14" Type="http://schemas.openxmlformats.org/officeDocument/2006/relationships/hyperlink" Target="https://www.aidsmemorial.org/interactive-aids-qui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