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 History Month books to read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fiction, memoir and cultural history to mark LGBT History Month in 2026, with new books exploring queer identity, forgotten communities and hard-won progress. From time-bending young adult stories to landmark biographies, these are thoughtful reads for anyone wanting history to feel personal, vivid and alive.</w:t>
      </w:r>
      <w:r/>
    </w:p>
    <w:p>
      <w:pPr>
        <w:pStyle w:val="Heading2"/>
      </w:pPr>
      <w:r>
        <w:t>Essential Takeaways</w:t>
      </w:r>
      <w:r/>
      <w:r/>
    </w:p>
    <w:p>
      <w:pPr>
        <w:pStyle w:val="ListBullet"/>
        <w:spacing w:line="240" w:lineRule="auto"/>
        <w:ind w:left="720"/>
      </w:pPr>
      <w:r/>
      <w:r>
        <w:rPr>
          <w:b/>
        </w:rPr>
        <w:t>A wide-ranging shortlist:</w:t>
      </w:r>
      <w:r>
        <w:t xml:space="preserve"> The selection spans young adult fiction, literary novels, memoirs, biography and cultural criticism.</w:t>
      </w:r>
      <w:r/>
    </w:p>
    <w:p>
      <w:pPr>
        <w:pStyle w:val="ListBullet"/>
        <w:spacing w:line="240" w:lineRule="auto"/>
        <w:ind w:left="720"/>
      </w:pPr>
      <w:r/>
      <w:r>
        <w:rPr>
          <w:b/>
        </w:rPr>
        <w:t>History feels personal:</w:t>
      </w:r>
      <w:r>
        <w:t xml:space="preserve"> Many books connect major social change with family, friendship, music, sport and everyday survival.</w:t>
      </w:r>
      <w:r/>
    </w:p>
    <w:p>
      <w:pPr>
        <w:pStyle w:val="ListBullet"/>
        <w:spacing w:line="240" w:lineRule="auto"/>
        <w:ind w:left="720"/>
      </w:pPr>
      <w:r/>
      <w:r>
        <w:rPr>
          <w:b/>
        </w:rPr>
        <w:t>Queer spaces matter:</w:t>
      </w:r>
      <w:r>
        <w:t xml:space="preserve"> Lesbian bars, churches, universities and courts emerge as places of refuge, conflict and organising.</w:t>
      </w:r>
      <w:r/>
    </w:p>
    <w:p>
      <w:pPr>
        <w:pStyle w:val="ListBullet"/>
        <w:spacing w:line="240" w:lineRule="auto"/>
        <w:ind w:left="720"/>
      </w:pPr>
      <w:r/>
      <w:r>
        <w:rPr>
          <w:b/>
        </w:rPr>
        <w:t>There are hopeful choices:</w:t>
      </w:r>
      <w:r>
        <w:t xml:space="preserve"> Alongside stories of discrimination, these books celebrate love, resilience, creativity and chosen family.</w:t>
      </w:r>
      <w:r/>
    </w:p>
    <w:p>
      <w:pPr>
        <w:pStyle w:val="ListBullet"/>
        <w:spacing w:line="240" w:lineRule="auto"/>
        <w:ind w:left="720"/>
      </w:pPr>
      <w:r/>
      <w:r>
        <w:rPr>
          <w:b/>
        </w:rPr>
        <w:t>Readers can mix genres:</w:t>
      </w:r>
      <w:r>
        <w:t xml:space="preserve"> Pair a fast-moving novel with a nonfiction account for a fuller view of LGBT history.</w:t>
      </w:r>
      <w:r/>
      <w:r/>
    </w:p>
    <w:p>
      <w:pPr>
        <w:pStyle w:val="Heading2"/>
      </w:pPr>
      <w:r>
        <w:t>Start with stories where history comes alive</w:t>
      </w:r>
      <w:r/>
    </w:p>
    <w:p>
      <w:r/>
      <w:r>
        <w:t xml:space="preserve">Some of the most inviting LGBT History Month books approach the past through imaginative storytelling. In </w:t>
      </w:r>
      <w:r>
        <w:rPr>
          <w:i/>
        </w:rPr>
        <w:t>Where You'll Find Us</w:t>
      </w:r>
      <w:r>
        <w:t>, Jen St. Jude places a questioning teenager in a strange refuge populated by queer young people from different periods. The premise is fantastical, but its central question feels sharply real: what happens when communities lose touch with the people and stories that came before them?</w:t>
      </w:r>
      <w:r/>
    </w:p>
    <w:p>
      <w:r/>
      <w:r>
        <w:t xml:space="preserve">Kit Rosewater's </w:t>
      </w:r>
      <w:r>
        <w:rPr>
          <w:i/>
        </w:rPr>
        <w:t>Buried Feelings</w:t>
      </w:r>
      <w:r>
        <w:t xml:space="preserve"> takes a more contemporary route, turning a childhood treasure hunt into an emotionally charged reckoning between former friends. Its trans and lesbian characters aren't presented as symbols; they're complicated teenagers dealing with loyalty, secrets and the awkward aftershocks of growing up.</w:t>
      </w:r>
      <w:r/>
    </w:p>
    <w:p>
      <w:r/>
      <w:r>
        <w:t xml:space="preserve">For historical atmosphere, Abdi Nazemian's </w:t>
      </w:r>
      <w:r>
        <w:rPr>
          <w:i/>
        </w:rPr>
        <w:t>Exquisite Things</w:t>
      </w:r>
      <w:r>
        <w:t xml:space="preserve"> moves between different eras, tracing characters who long for a life where same-sex love can be lived openly. Meanwhile, Tillie Walden's graphic biography </w:t>
      </w:r>
      <w:r>
        <w:rPr>
          <w:i/>
        </w:rPr>
        <w:t>Charity &amp; Sylvia</w:t>
      </w:r>
      <w:r>
        <w:t xml:space="preserve"> revisits the remarkable 44-year partnership of two women in nineteenth-century Vermont. The detail makes the past feel close enough to touch: letters, domestic routines and a shared life built against the odds.</w:t>
      </w:r>
      <w:r/>
    </w:p>
    <w:p>
      <w:pPr>
        <w:pStyle w:val="Heading2"/>
      </w:pPr>
      <w:r>
        <w:t>The best queer history books connect private lives to public change</w:t>
      </w:r>
      <w:r/>
    </w:p>
    <w:p>
      <w:r/>
      <w:r>
        <w:t>The strongest nonfiction here doesn't treat history as a parade of dates. It follows the pressure points where institutions meet real people.</w:t>
      </w:r>
      <w:r/>
    </w:p>
    <w:p>
      <w:r/>
      <w:r>
        <w:t xml:space="preserve">Julie Kliegman's </w:t>
      </w:r>
      <w:r>
        <w:rPr>
          <w:i/>
        </w:rPr>
        <w:t>Finding Renee Richards</w:t>
      </w:r>
      <w:r>
        <w:t xml:space="preserve"> recounts the tennis pioneer's legal fight to compete in the women's draw at the 1977 US Open. Richards' victory helped establish an important precedent, but the book also presents her as a complex person whose later views don't fit neatly into a simple celebratory narrative. That nuance matters, particularly as debates about trans participation in sport remain intensely contested.</w:t>
      </w:r>
      <w:r/>
    </w:p>
    <w:p>
      <w:r/>
      <w:r>
        <w:t xml:space="preserve">Harvey Brownstone's </w:t>
      </w:r>
      <w:r>
        <w:rPr>
          <w:i/>
        </w:rPr>
        <w:t>Without Prejudice</w:t>
      </w:r>
      <w:r>
        <w:t xml:space="preserve"> offers another first-person account of institutional barriers. As Canada's first openly gay judge, Brownstone describes rejection, professional sabotage and depression, alongside an ambitious legal career and efforts to reform family justice. It's the sort of memoir that reminds readers progress rarely arrives in a straight line.</w:t>
      </w:r>
      <w:r/>
    </w:p>
    <w:p>
      <w:r/>
      <w:r>
        <w:t xml:space="preserve">Hugh Ryan's </w:t>
      </w:r>
      <w:r>
        <w:rPr>
          <w:i/>
        </w:rPr>
        <w:t>My Bad</w:t>
      </w:r>
      <w:r>
        <w:t xml:space="preserve"> looks back at queer life in the 1990s and early 2000s, when online chat rooms, nightlife and growing visibility opened new possibilities while shame and backlash remained powerful forces. For readers who lived through that transition, the technology and cultural references may feel warmly nostalgic. For younger readers, they offer a useful glimpse of how quickly everyday queer life can change.</w:t>
      </w:r>
      <w:r/>
    </w:p>
    <w:p>
      <w:pPr>
        <w:pStyle w:val="Heading2"/>
      </w:pPr>
      <w:r>
        <w:t>Community spaces tell a different kind of LGBT history</w:t>
      </w:r>
      <w:r/>
    </w:p>
    <w:p>
      <w:r/>
      <w:r>
        <w:t>History isn't only made in courtrooms or Parliament. It also happens in bars, music venues, bedrooms and places where people can finally exhale.</w:t>
      </w:r>
      <w:r/>
    </w:p>
    <w:p>
      <w:r/>
      <w:r>
        <w:t xml:space="preserve">Rachel Karp's </w:t>
      </w:r>
      <w:r>
        <w:rPr>
          <w:i/>
        </w:rPr>
        <w:t>The Lesbian Bar Chronicles</w:t>
      </w:r>
      <w:r>
        <w:t xml:space="preserve"> travels through the remaining lesbian bars in the United States, meeting owners, staff and regulars along the way. The book acknowledges the decline in numbers, but it resists the easy story that these venues are simply disappearing. In many cases, they remain busy, inventive and fiercely rooted in chosen family.</w:t>
      </w:r>
      <w:r/>
    </w:p>
    <w:p>
      <w:r/>
      <w:r>
        <w:t>That emphasis on survival gives the book an especially warm appeal. A bar can be a social space, a political meeting point and an informal support network all at once. It can smell of spilled lager, sound too loud and still feel like the safest room in town.</w:t>
      </w:r>
      <w:r/>
    </w:p>
    <w:p>
      <w:r/>
      <w:r>
        <w:t xml:space="preserve">Ashon Thomas Crawley's </w:t>
      </w:r>
      <w:r>
        <w:rPr>
          <w:i/>
        </w:rPr>
        <w:t>From Infinite World</w:t>
      </w:r>
      <w:r>
        <w:t xml:space="preserve"> explores a more complicated refuge: the Black Church and its relationship with Black queer musicians during the AIDS crisis. Focusing on the Hammond organ, gospel music and the people who shaped both, Crawley examines how the church could offer belonging while also rejecting queerness. It's a reminder that LGBT history often contains contradiction rather than tidy victories.</w:t>
      </w:r>
      <w:r/>
    </w:p>
    <w:p>
      <w:pPr>
        <w:pStyle w:val="Heading2"/>
      </w:pPr>
      <w:r>
        <w:t>Which book should you choose first?</w:t>
      </w:r>
      <w:r/>
    </w:p>
    <w:p>
      <w:r/>
      <w:r>
        <w:t xml:space="preserve">If you're buying for a teenager or a reader who prefers plot, </w:t>
      </w:r>
      <w:r>
        <w:rPr>
          <w:i/>
        </w:rPr>
        <w:t>Where You'll Find Us</w:t>
      </w:r>
      <w:r>
        <w:t xml:space="preserve">, </w:t>
      </w:r>
      <w:r>
        <w:rPr>
          <w:i/>
        </w:rPr>
        <w:t>Buried Feelings</w:t>
      </w:r>
      <w:r>
        <w:t xml:space="preserve"> and </w:t>
      </w:r>
      <w:r>
        <w:rPr>
          <w:i/>
        </w:rPr>
        <w:t>Exquisite Things</w:t>
      </w:r>
      <w:r>
        <w:t xml:space="preserve"> offer accessible entry points. They use romance, mystery and speculative ideas to explore identity without turning the reading experience into a lesson.</w:t>
      </w:r>
      <w:r/>
    </w:p>
    <w:p>
      <w:r/>
      <w:r>
        <w:t xml:space="preserve">For a deeper historical dive, </w:t>
      </w:r>
      <w:r>
        <w:rPr>
          <w:i/>
        </w:rPr>
        <w:t>Charity &amp; Sylvia</w:t>
      </w:r>
      <w:r>
        <w:t xml:space="preserve"> is a strong choice, particularly for readers who enjoy visual storytelling and archival detail. </w:t>
      </w:r>
      <w:r>
        <w:rPr>
          <w:i/>
        </w:rPr>
        <w:t>Finding Renee Richards</w:t>
      </w:r>
      <w:r>
        <w:t xml:space="preserve"> suits sports fans, while </w:t>
      </w:r>
      <w:r>
        <w:rPr>
          <w:i/>
        </w:rPr>
        <w:t>Without Prejudice</w:t>
      </w:r>
      <w:r>
        <w:t xml:space="preserve"> will appeal to anyone interested in law, public institutions or candid memoir.</w:t>
      </w:r>
      <w:r/>
    </w:p>
    <w:p>
      <w:r/>
      <w:r>
        <w:t xml:space="preserve">And if you're looking for cultural history beyond individual biography, </w:t>
      </w:r>
      <w:r>
        <w:rPr>
          <w:i/>
        </w:rPr>
        <w:t>The Lesbian Bar Chronicles</w:t>
      </w:r>
      <w:r>
        <w:t xml:space="preserve"> and </w:t>
      </w:r>
      <w:r>
        <w:rPr>
          <w:i/>
        </w:rPr>
        <w:t>From Infinite World</w:t>
      </w:r>
      <w:r>
        <w:t xml:space="preserve"> broaden the picture. They show how music, nightlife and collective spaces can preserve memory just as powerfully as official records.</w:t>
      </w:r>
      <w:r/>
    </w:p>
    <w:p>
      <w:pPr>
        <w:pStyle w:val="Heading2"/>
      </w:pPr>
      <w:r>
        <w:t>Why these books matter beyond LGBT History Month</w:t>
      </w:r>
      <w:r/>
    </w:p>
    <w:p>
      <w:r/>
      <w:r>
        <w:t>A themed month can be a useful prompt, but queer history deserves more than a short annual spotlight. These books show why: the past isn't sealed away. It shapes today's arguments about identity, sport, religion, family and public space.</w:t>
      </w:r>
      <w:r/>
    </w:p>
    <w:p>
      <w:r/>
      <w:r>
        <w:t>The best LGBT History Month reading lists also make room for disagreement and complexity. They include people who changed institutions, communities that survived hostility and characters still trying to name themselves. That combination can be moving, uncomfortable and occasionally joyful, which is precisely what makes the history feel human.</w:t>
      </w:r>
      <w:r/>
    </w:p>
    <w:p>
      <w:r/>
      <w:r>
        <w:t>One book won't explain everything. But the right one may send you towards an archive, a community event or another reader's story, and that conversation is part of the work too.</w:t>
      </w:r>
      <w:r/>
    </w:p>
    <w:p>
      <w:r/>
      <w:r>
        <w:t>Read widely, share the stories and keep queer history in the present tense.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3">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4">
        <w:r>
          <w:rPr>
            <w:color w:val="0000EE"/>
            <w:u w:val="single"/>
          </w:rPr>
          <w:t>[5]</w:t>
        </w:r>
      </w:hyperlink>
      <w:r>
        <w:t xml:space="preserve">- Paragraph 18: </w:t>
      </w:r>
      <w:hyperlink r:id="rId13">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[4]</w:t>
        </w:r>
      </w:hyperlink>
      <w:r>
        <w:t xml:space="preserve">- Paragraph 20: </w:t>
      </w:r>
      <w:hyperlink r:id="rId11">
        <w:r>
          <w:rPr>
            <w:color w:val="0000EE"/>
            <w:u w:val="single"/>
          </w:rPr>
          <w:t>[3]</w:t>
        </w:r>
      </w:hyperlink>
      <w:r>
        <w:t xml:space="preserve">, </w:t>
      </w:r>
      <w:hyperlink r:id="rId14">
        <w:r>
          <w:rPr>
            <w:color w:val="0000EE"/>
            <w:u w:val="single"/>
          </w:rPr>
          <w:t>[5]</w:t>
        </w:r>
      </w:hyperlink>
      <w:r>
        <w:t xml:space="preserve">- Paragraph 21: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https://lgbtqreads.com/2026/10/01/happy-lgbt-history-month-2026/</w:t>
        </w:r>
      </w:hyperlink>
      <w:r>
        <w:t xml:space="preserve"> - Please view link - unable to able to access data</w:t>
      </w:r>
      <w:r/>
    </w:p>
    <w:p>
      <w:pPr>
        <w:pStyle w:val="ListNumber"/>
        <w:spacing w:line="240" w:lineRule="auto"/>
        <w:ind w:left="720"/>
      </w:pPr>
      <w:r/>
      <w:hyperlink r:id="rId10">
        <w:r>
          <w:rPr>
            <w:color w:val="0000EE"/>
            <w:u w:val="single"/>
          </w:rPr>
          <w:t>https://www.ucl.ac.uk/library/news/2026/feb/books-celebrate-lgbt-history-month</w:t>
        </w:r>
      </w:hyperlink>
      <w:r>
        <w:t xml:space="preserve"> - In celebration of LGBT+ History Month 2026, UCL Library Services invited members of the UCL community to recommend books that highlight the contributions of LGBT+ individuals to science and innovation. The curated list includes works such as 'Alan Turing: The Enigma' by Andrew Hodges, offering a thorough look at one of the fathers of computer science, and 'Queering Public Policy: A Disruptive Yet Inclusive Framework for Policymaking' by Diego Galego, which provides an innovative framework for the policymaking process. The collection also features science fiction titles like 'The Outside' by Ada Hoffman and 'To Be Taught, If Fortunate' by Becky Chambers, as well as historical and modern fiction such as 'Last Night at The Telegraph Club' by Malinda Lo and 'Nuclear Family' by Kate Davies. The initiative aims to acquire any books not already in UCL's library collection, making them available for future borrowing.</w:t>
      </w:r>
      <w:r/>
    </w:p>
    <w:p>
      <w:pPr>
        <w:pStyle w:val="ListNumber"/>
        <w:spacing w:line="240" w:lineRule="auto"/>
        <w:ind w:left="720"/>
      </w:pPr>
      <w:r/>
      <w:hyperlink r:id="rId11">
        <w:r>
          <w:rPr>
            <w:color w:val="0000EE"/>
            <w:u w:val="single"/>
          </w:rPr>
          <w:t>https://libraries.sutton.gov.uk/the-blog/lgbtq-history-month-2026</w:t>
        </w:r>
      </w:hyperlink>
      <w:r>
        <w:t xml:space="preserve"> - In honour of LGBTQ+ History Month 2026, Sutton Council's Cultural Services has compiled a book list featuring both fiction and non-fiction titles that address the struggle for LGBTQ+ liberation and explore queer history and culture. Notable recommendations include 'Queer City' by Peter Ackroyd, which examines London's gay population throughout history, and 'A Gay History of Britain: Love &amp; Sex Between Men Since the Middle Ages' by Matt Cook, offering a comprehensive look at the history of same-sex relationships in Britain. These selections aim to provide readers with a deeper understanding of LGBTQ+ experiences and contributions.</w:t>
      </w:r>
      <w:r/>
    </w:p>
    <w:p>
      <w:pPr>
        <w:pStyle w:val="ListNumber"/>
        <w:spacing w:line="240" w:lineRule="auto"/>
        <w:ind w:left="720"/>
      </w:pPr>
      <w:r/>
      <w:hyperlink r:id="rId12">
        <w:r>
          <w:rPr>
            <w:color w:val="0000EE"/>
            <w:u w:val="single"/>
          </w:rPr>
          <w:t>https://www.nbcnews.com/select/nbc-out/11-books-read-lgbtq-history-month-ncna808486</w:t>
        </w:r>
      </w:hyperlink>
      <w:r>
        <w:t xml:space="preserve"> - In celebration of LGBTQ+ History Month, NBC News has curated a list of 17 must-read books that shed light on significant historical moments shaping the modern LGBTQ+ rights movement. The selection includes 'The Gay Revolution: The Story of the Struggle' by Lillian Faderman, offering a thorough introduction to the history of the gay and lesbian civil rights movements, and 'And the Band Played On: Politics, People, and the AIDS Epidemic' by Randy Shilts, blending investigative reporting and storytelling to follow the rise of the AIDS epidemic. These books aim to provide readers with a comprehensive understanding of LGBTQ+ history and the ongoing fight for equality.</w:t>
      </w:r>
      <w:r/>
    </w:p>
    <w:p>
      <w:pPr>
        <w:pStyle w:val="ListNumber"/>
        <w:spacing w:line="240" w:lineRule="auto"/>
        <w:ind w:left="720"/>
      </w:pPr>
      <w:r/>
      <w:hyperlink r:id="rId14">
        <w:r>
          <w:rPr>
            <w:color w:val="0000EE"/>
            <w:u w:val="single"/>
          </w:rPr>
          <w:t>https://library.virginia.edu/news/2026/7-books-celebrate-pride-month</w:t>
        </w:r>
      </w:hyperlink>
      <w:r>
        <w:t xml:space="preserve"> - The University of Virginia Library has compiled a list of seven books to celebrate Pride Month 2026, featuring a variety of genres and perspectives. Among the recommendations is 'Our Evenings' by Alan Hollinghurst, a fictional memoir of a 68-year-old gay British actor reflecting on his life from the time of Brexit to his adolescence in the early 1960s. The list also includes works like 'The Arizona Triangle: A Jo Bailen Detective Novel' by Sydney Graves, a whodunnit about a queer private eye whose professional life intersects with her complicated personal history. These selections aim to provide readers with diverse narratives that explore LGBTQ+ experiences and histories.</w:t>
      </w:r>
      <w:r/>
    </w:p>
    <w:p>
      <w:pPr>
        <w:pStyle w:val="ListNumber"/>
        <w:spacing w:line="240" w:lineRule="auto"/>
        <w:ind w:left="720"/>
      </w:pPr>
      <w:r/>
      <w:hyperlink r:id="rId13">
        <w:r>
          <w:rPr>
            <w:color w:val="0000EE"/>
            <w:u w:val="single"/>
          </w:rPr>
          <w:t>https://pridesource.com/article/2026-pride-book-list</w:t>
        </w:r>
      </w:hyperlink>
      <w:r>
        <w:t xml:space="preserve"> - Pride Source has curated a list of 2026 Pride Reads for Every Shelf, featuring a diverse selection of LGBTQ+ titles across genres and age ranges. The list includes fiction and art books such as 'All Us Saints' by Katherine Packert Burke and 'Beings' by Ilana Masad, as well as non-fiction works like 'The Midnight Shift' by Cheon Seon-Ran and 'Among the Burning Flowers' by Samantha Shannon. These recommendations aim to inspire readers to explore a wide range of LGBTQ+ literature and support queer authors and stories.</w:t>
      </w:r>
      <w:r/>
    </w:p>
    <w:p>
      <w:pPr>
        <w:pStyle w:val="ListNumber"/>
        <w:spacing w:line="240" w:lineRule="auto"/>
        <w:ind w:left="720"/>
      </w:pPr>
      <w:r/>
      <w:hyperlink r:id="rId15">
        <w:r>
          <w:rPr>
            <w:color w:val="0000EE"/>
            <w:u w:val="single"/>
          </w:rPr>
          <w:t>https://cupblog.org/2026/06/01/queer-lives-and-the-ideas-that-shape-them-books-for-pride-month-2026/</w:t>
        </w:r>
      </w:hyperlink>
      <w:r>
        <w:t xml:space="preserve"> - Columbia University Press has compiled a list of books for Pride Month 2026, focusing on queer lives and the ideas that shape them. The selection includes works that move between the personal and the political, tracing how norms around gender and sexuality are constructed, contested, and reimagined. Titles such as 'Love, Joe' by Joe Brainard, 'Intersex' by Iain Morland, 'The Lavender Bans' by Dorian Rhea Debussy, and 'Napoleon’s Closet' by Margaret Waller are featured. These books offer grounded, critical perspectives for readers interested in the evolving landscape of LGBTQ+ lives and thought.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qreads.com/2026/10/01/happy-lgbt-history-month-2026/" TargetMode="External"/><Relationship Id="rId10" Type="http://schemas.openxmlformats.org/officeDocument/2006/relationships/hyperlink" Target="https://www.ucl.ac.uk/library/news/2026/feb/books-celebrate-lgbt-history-month" TargetMode="External"/><Relationship Id="rId11" Type="http://schemas.openxmlformats.org/officeDocument/2006/relationships/hyperlink" Target="https://libraries.sutton.gov.uk/the-blog/lgbtq-history-month-2026" TargetMode="External"/><Relationship Id="rId12" Type="http://schemas.openxmlformats.org/officeDocument/2006/relationships/hyperlink" Target="https://www.nbcnews.com/select/nbc-out/11-books-read-lgbtq-history-month-ncna808486" TargetMode="External"/><Relationship Id="rId13" Type="http://schemas.openxmlformats.org/officeDocument/2006/relationships/hyperlink" Target="https://pridesource.com/article/2026-pride-book-list" TargetMode="External"/><Relationship Id="rId14" Type="http://schemas.openxmlformats.org/officeDocument/2006/relationships/hyperlink" Target="https://library.virginia.edu/news/2026/7-books-celebrate-pride-month" TargetMode="External"/><Relationship Id="rId15" Type="http://schemas.openxmlformats.org/officeDocument/2006/relationships/hyperlink" Target="https://cupblog.org/2026/06/01/queer-lives-and-the-ideas-that-shape-them-books-for-pride-month-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