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TV Shows and Films to Watch in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heading into October with a cosy mix of sapphic drama, supernatural scares and returning queer favourites. From limited cinema releases to streaming premieres on Disney+, Hulu and Prime Video, this month’s line-up offers plenty for anyone planning a lesbian-friendly watchlist with a little romance, danger and animated chaos.</w:t>
      </w:r>
      <w:r/>
    </w:p>
    <w:p>
      <w:pPr>
        <w:pStyle w:val="Heading2"/>
      </w:pPr>
      <w:r>
        <w:t>Essential Takeaways</w:t>
      </w:r>
      <w:r/>
      <w:r/>
    </w:p>
    <w:p>
      <w:pPr>
        <w:pStyle w:val="ListBullet"/>
        <w:spacing w:line="240" w:lineRule="auto"/>
        <w:ind w:left="720"/>
      </w:pPr>
      <w:r/>
      <w:r>
        <w:rPr>
          <w:b/>
        </w:rPr>
        <w:t>A strong start:</w:t>
      </w:r>
      <w:r>
        <w:t xml:space="preserve"> October opens with </w:t>
      </w:r>
      <w:r>
        <w:rPr>
          <w:i/>
        </w:rPr>
        <w:t>Adventure Time: Side Quests</w:t>
      </w:r>
      <w:r>
        <w:t xml:space="preserve">, </w:t>
      </w:r>
      <w:r>
        <w:rPr>
          <w:i/>
        </w:rPr>
        <w:t>The Cuckoo Clock</w:t>
      </w:r>
      <w:r>
        <w:t xml:space="preserve"> and </w:t>
      </w:r>
      <w:r>
        <w:rPr>
          <w:i/>
        </w:rPr>
        <w:t>Verity</w:t>
      </w:r>
      <w:r>
        <w:t xml:space="preserve"> on 2 October.</w:t>
      </w:r>
      <w:r/>
    </w:p>
    <w:p>
      <w:pPr>
        <w:pStyle w:val="ListBullet"/>
        <w:spacing w:line="240" w:lineRule="auto"/>
        <w:ind w:left="720"/>
      </w:pPr>
      <w:r/>
      <w:r>
        <w:rPr>
          <w:b/>
        </w:rPr>
        <w:t>Cosy streaming options:</w:t>
      </w:r>
      <w:r>
        <w:t xml:space="preserve"> </w:t>
      </w:r>
      <w:r>
        <w:rPr>
          <w:i/>
        </w:rPr>
        <w:t>Adventure Time: Side Quests</w:t>
      </w:r>
      <w:r>
        <w:t xml:space="preserve"> season two arrives on Disney+ and Hulu.</w:t>
      </w:r>
      <w:r/>
    </w:p>
    <w:p>
      <w:pPr>
        <w:pStyle w:val="ListBullet"/>
        <w:spacing w:line="240" w:lineRule="auto"/>
        <w:ind w:left="720"/>
      </w:pPr>
      <w:r/>
      <w:r>
        <w:rPr>
          <w:b/>
        </w:rPr>
        <w:t>Big returning dramas:</w:t>
      </w:r>
      <w:r>
        <w:t xml:space="preserve"> </w:t>
      </w:r>
      <w:r>
        <w:rPr>
          <w:i/>
        </w:rPr>
        <w:t>Grey’s Anatomy</w:t>
      </w:r>
      <w:r>
        <w:t xml:space="preserve">, </w:t>
      </w:r>
      <w:r>
        <w:rPr>
          <w:i/>
        </w:rPr>
        <w:t>9-1-1</w:t>
      </w:r>
      <w:r>
        <w:t xml:space="preserve"> and </w:t>
      </w:r>
      <w:r>
        <w:rPr>
          <w:i/>
        </w:rPr>
        <w:t>9-1-1: Nashville</w:t>
      </w:r>
      <w:r>
        <w:t xml:space="preserve"> all return on 15 October.</w:t>
      </w:r>
      <w:r/>
    </w:p>
    <w:p>
      <w:pPr>
        <w:pStyle w:val="ListBullet"/>
        <w:spacing w:line="240" w:lineRule="auto"/>
        <w:ind w:left="720"/>
      </w:pPr>
      <w:r/>
      <w:r>
        <w:rPr>
          <w:b/>
        </w:rPr>
        <w:t>Spooky sapphic viewing:</w:t>
      </w:r>
      <w:r>
        <w:t xml:space="preserve"> </w:t>
      </w:r>
      <w:r>
        <w:rPr>
          <w:i/>
        </w:rPr>
        <w:t>The Cuckoo Clock</w:t>
      </w:r>
      <w:r>
        <w:t xml:space="preserve"> combines romance, dementia care and an unsettling supernatural mystery.</w:t>
      </w:r>
      <w:r/>
    </w:p>
    <w:p>
      <w:pPr>
        <w:pStyle w:val="ListBullet"/>
        <w:spacing w:line="240" w:lineRule="auto"/>
        <w:ind w:left="720"/>
      </w:pPr>
      <w:r/>
      <w:r>
        <w:rPr>
          <w:b/>
        </w:rPr>
        <w:t>A varied cinema month:</w:t>
      </w:r>
      <w:r>
        <w:t xml:space="preserve"> The schedule moves from teenage self-discovery in </w:t>
      </w:r>
      <w:r>
        <w:rPr>
          <w:i/>
        </w:rPr>
        <w:t>Big Girls Don’t Cry</w:t>
      </w:r>
      <w:r>
        <w:t xml:space="preserve"> to literary intrigue in </w:t>
      </w:r>
      <w:r>
        <w:rPr>
          <w:i/>
        </w:rPr>
        <w:t>A Talent for Murder</w:t>
      </w:r>
      <w:r>
        <w:t>.</w:t>
      </w:r>
      <w:r/>
      <w:r/>
    </w:p>
    <w:p>
      <w:pPr>
        <w:pStyle w:val="Heading2"/>
      </w:pPr>
      <w:r>
        <w:t>October begins with animation, romance and a very strange clock</w:t>
      </w:r>
      <w:r/>
    </w:p>
    <w:p>
      <w:r/>
      <w:r>
        <w:t xml:space="preserve">The month wastes no time getting wonderfully odd. </w:t>
      </w:r>
      <w:r>
        <w:rPr>
          <w:i/>
        </w:rPr>
        <w:t>Adventure Time: Side Quests</w:t>
      </w:r>
      <w:r>
        <w:t xml:space="preserve"> season two lands on 2 October, bringing Finn and Jake back for more magical detours across Ooo. Expect playful danger, bizarre creatures and the sort of cheerful mayhem that makes animated fantasy especially easy to enjoy with a warm drink nearby.</w:t>
      </w:r>
      <w:r/>
    </w:p>
    <w:p>
      <w:r/>
      <w:r>
        <w:t>The season is listed for Disney+ and Hulu, giving viewers a straightforward streaming option for one of October’s lighter queer-adjacent treats. JustWatch, Disney+ and TV Insider all list the second season among the show’s available viewing information, while BroadwayWorld and other entertainment listings point to the 2 October release timing.</w:t>
      </w:r>
      <w:r/>
    </w:p>
    <w:p>
      <w:r/>
      <w:r>
        <w:t xml:space="preserve">Also opening on 2 October is </w:t>
      </w:r>
      <w:r>
        <w:rPr>
          <w:i/>
        </w:rPr>
        <w:t>The Cuckoo Clock</w:t>
      </w:r>
      <w:r>
        <w:t>, a limited theatrical and video-on-demand horror story with a distinctly sapphic centre. A young woman develops feelings for her grandmother’s home-health-care nurse, only for the nurse to vanish and the grandmother’s clock to deliver a disturbing warning.</w:t>
      </w:r>
      <w:r/>
    </w:p>
    <w:p>
      <w:r/>
      <w:r>
        <w:t>It’s an intriguing setup because the film appears to blend intimacy with unease rather than relying on jump scares alone. That makes it a promising choice for viewers who like their lesbian horror with emotional stakes and a slightly dusty, old-house atmosphere.</w:t>
      </w:r>
      <w:r/>
    </w:p>
    <w:p>
      <w:pPr>
        <w:pStyle w:val="Heading2"/>
      </w:pPr>
      <w:r>
        <w:rPr>
          <w:i/>
        </w:rPr>
        <w:t>Verity</w:t>
      </w:r>
      <w:r>
        <w:t xml:space="preserve"> turns a literary mystery into an erotic thriller</w:t>
      </w:r>
      <w:r/>
    </w:p>
    <w:p>
      <w:r/>
      <w:r>
        <w:t xml:space="preserve">Dakota Johnson and Anne Hathaway lead </w:t>
      </w:r>
      <w:r>
        <w:rPr>
          <w:i/>
        </w:rPr>
        <w:t>Verity</w:t>
      </w:r>
      <w:r>
        <w:t>, arriving in cinemas on 2 October. The story follows writer Lowen Ashleigh, who accepts a ghostwriting assignment for the celebrated author Verity Crawford and soon uncovers deeply troubling personal material.</w:t>
      </w:r>
      <w:r/>
    </w:p>
    <w:p>
      <w:r/>
      <w:r>
        <w:t>The mystery quickly becomes tangled with family secrets, suspicion and Lowen’s growing closeness to Verity’s husband, Jeremy. It’s the kind of premise built for audiences who enjoy glamorous settings, unreliable narratives and relationships that become more dangerous the closer people get.</w:t>
      </w:r>
      <w:r/>
    </w:p>
    <w:p>
      <w:r/>
      <w:r>
        <w:t>For viewers searching for lesbian films and queer thrillers in October 2026, this isn’t a straightforward sapphic title, but it sits comfortably alongside the month’s darker, sexuality-charged offerings. The appeal is less about cosy representation and more about the delicious discomfort of not knowing what, or whom, to believe.</w:t>
      </w:r>
      <w:r/>
    </w:p>
    <w:p>
      <w:pPr>
        <w:pStyle w:val="Heading2"/>
      </w:pPr>
      <w:r>
        <w:t xml:space="preserve">Teenage rebellion takes centre stage in </w:t>
      </w:r>
      <w:r>
        <w:rPr>
          <w:i/>
        </w:rPr>
        <w:t>Big Girls Don’t Cry</w:t>
      </w:r>
      <w:r/>
    </w:p>
    <w:p>
      <w:r/>
      <w:r>
        <w:t xml:space="preserve">On 9 October, </w:t>
      </w:r>
      <w:r>
        <w:rPr>
          <w:i/>
        </w:rPr>
        <w:t>Big Girls Don’t Cry</w:t>
      </w:r>
      <w:r>
        <w:t xml:space="preserve"> shifts the mood towards adolescence and self-discovery. Fourteen-year-old Sid is caught between emerging sexual curiosity and a powerful desire to fit in with an older group of girls.</w:t>
      </w:r>
      <w:r/>
    </w:p>
    <w:p>
      <w:r/>
      <w:r>
        <w:t>That tension gives the film a sharper edge than a conventional coming-of-age story. Sid’s search for acceptance leads her into rebellion, with consequences that spread through her friendships and home life. It sounds messy, uncomfortable and emotionally recognisable, which is often exactly what makes teenage films linger.</w:t>
      </w:r>
      <w:r/>
    </w:p>
    <w:p>
      <w:r/>
      <w:r>
        <w:t>The story may appeal particularly to viewers who prefer queer cinema focused on uncertainty rather than neat answers. Sid isn’t simply discovering who she is; she’s testing boundaries, making mistakes and learning how quickly social approval can become a trap.</w:t>
      </w:r>
      <w:r/>
    </w:p>
    <w:p>
      <w:pPr>
        <w:pStyle w:val="Heading2"/>
      </w:pPr>
      <w:r>
        <w:t>Returning favourites keep the television schedule busy</w:t>
      </w:r>
      <w:r/>
    </w:p>
    <w:p>
      <w:r/>
      <w:r>
        <w:t xml:space="preserve">October’s biggest television wave arrives on 15 October. </w:t>
      </w:r>
      <w:r>
        <w:rPr>
          <w:i/>
        </w:rPr>
        <w:t>9-1-1</w:t>
      </w:r>
      <w:r>
        <w:t xml:space="preserve"> returns for season 10 on ABC, with the Los Angeles emergency team facing a city-shaking crisis. Athena is still adapting to detective work, while May begins building confidence in a new job.</w:t>
      </w:r>
      <w:r/>
    </w:p>
    <w:p>
      <w:r/>
      <w:r>
        <w:t xml:space="preserve">The spin-off </w:t>
      </w:r>
      <w:r>
        <w:rPr>
          <w:i/>
        </w:rPr>
        <w:t>9-1-1: Nashville</w:t>
      </w:r>
      <w:r>
        <w:t xml:space="preserve"> also returns on ABC for season two. Its opening story involves a museum emergency featuring murder hornets, alongside a troubling investigation led by newcomer Detective Rogue Kelly. It’s an enjoyably unhinged reminder that procedural television rarely believes in easing viewers back in gently.</w:t>
      </w:r>
      <w:r/>
    </w:p>
    <w:p>
      <w:r/>
      <w:r>
        <w:t xml:space="preserve">Over at Grey Sloan Memorial, </w:t>
      </w:r>
      <w:r>
        <w:rPr>
          <w:i/>
        </w:rPr>
        <w:t>Grey’s Anatomy</w:t>
      </w:r>
      <w:r>
        <w:t xml:space="preserve"> begins season 23. The long-running medical drama continues to mix life-or-death cases with friendship, romance and emotional fallout, making it a reliable choice for viewers who like their queer storylines woven into a larger ensemble.</w:t>
      </w:r>
      <w:r/>
    </w:p>
    <w:p>
      <w:r/>
      <w:r>
        <w:t>Together, these returning shows offer a familiar sort of comfort. The stakes are enormous, the corridors are dramatic and someone is almost certainly having a terrible day, but the characters keep finding connection in the middle of the chaos.</w:t>
      </w:r>
      <w:r/>
    </w:p>
    <w:p>
      <w:pPr>
        <w:pStyle w:val="Heading2"/>
      </w:pPr>
      <w:r>
        <w:t>Hell, housewives and literary intrigue round out the month</w:t>
      </w:r>
      <w:r/>
    </w:p>
    <w:p>
      <w:r/>
      <w:r>
        <w:rPr>
          <w:i/>
        </w:rPr>
        <w:t>Helluva Boss</w:t>
      </w:r>
      <w:r>
        <w:t xml:space="preserve"> season three arrives on Prime Video on 14 October. Blitzo and the I.M.P. crew return for more violent comedy, complicated relationships and supernatural trouble, while Loona takes on a larger role and Millie and Moxxie face a major change.</w:t>
      </w:r>
      <w:r/>
    </w:p>
    <w:p>
      <w:r/>
      <w:r>
        <w:t>The animated series is a good fit for viewers who like queer characters with sharp edges and even sharper jokes. Its emotional threads sit beneath the outrageous action, so the show can be surprisingly tender when it isn’t busy turning a workplace problem into an infernal disaster.</w:t>
      </w:r>
      <w:r/>
    </w:p>
    <w:p>
      <w:r/>
      <w:r>
        <w:t xml:space="preserve">Reality television gets its own dramatic appointment on 11 October, when </w:t>
      </w:r>
      <w:r>
        <w:rPr>
          <w:i/>
        </w:rPr>
        <w:t>The Real Housewives of Potomac</w:t>
      </w:r>
      <w:r>
        <w:t xml:space="preserve"> returns for season 11 on Bravo. Karen Huger rejoins the cast, while Wendy Osefo, Gizelle Bryant, Ashley Darby and the wider group face fresh legal, personal and social tensions.</w:t>
      </w:r>
      <w:r/>
    </w:p>
    <w:p>
      <w:r/>
      <w:r>
        <w:t xml:space="preserve">Later in the month, </w:t>
      </w:r>
      <w:r>
        <w:rPr>
          <w:i/>
        </w:rPr>
        <w:t>A Talent for Murder</w:t>
      </w:r>
      <w:r>
        <w:t xml:space="preserve"> reaches cinemas on 23 October. Helen Mirren and Alden Ehrenreich face off in a tense chamber thriller inspired by the world of Patricia Highsmith. It’s a more literary, contained kind of suspense, but that can be a welcome change after a month of firefighters, demons and murder hornets.</w:t>
      </w:r>
      <w:r/>
    </w:p>
    <w:p>
      <w:pPr>
        <w:pStyle w:val="Heading2"/>
      </w:pPr>
      <w:r>
        <w:t>How to choose your October watchlist</w:t>
      </w:r>
      <w:r/>
    </w:p>
    <w:p>
      <w:r/>
      <w:r>
        <w:t xml:space="preserve">For a gentle starting point, pick </w:t>
      </w:r>
      <w:r>
        <w:rPr>
          <w:i/>
        </w:rPr>
        <w:t>Adventure Time: Side Quests</w:t>
      </w:r>
      <w:r>
        <w:t xml:space="preserve"> and keep the lights on. If you want something darker, </w:t>
      </w:r>
      <w:r>
        <w:rPr>
          <w:i/>
        </w:rPr>
        <w:t>The Cuckoo Clock</w:t>
      </w:r>
      <w:r>
        <w:t xml:space="preserve"> offers supernatural menace, while </w:t>
      </w:r>
      <w:r>
        <w:rPr>
          <w:i/>
        </w:rPr>
        <w:t>Verity</w:t>
      </w:r>
      <w:r>
        <w:t xml:space="preserve"> is better suited to viewers who enjoy polished psychological tension and morally murky relationships.</w:t>
      </w:r>
      <w:r/>
    </w:p>
    <w:p>
      <w:r/>
      <w:r>
        <w:t xml:space="preserve">Those looking for an emotional drama can try </w:t>
      </w:r>
      <w:r>
        <w:rPr>
          <w:i/>
        </w:rPr>
        <w:t>Big Girls Don’t Cry</w:t>
      </w:r>
      <w:r>
        <w:t>, while long-running television fans have an unusually busy 15 October, with three major network returns landing together. It’s worth checking local listings, as cinema availability may vary and some films have limited theatrical runs.</w:t>
      </w:r>
      <w:r/>
    </w:p>
    <w:p>
      <w:r/>
      <w:r>
        <w:t>Streaming information can also change between announcement and release. JustWatch, Disney+, Hulu and TV Insider are useful places to confirm availability before settling in, especially if you’re planning a full month of lesbian TV shows and movies rather than a single weekend binge.</w:t>
      </w:r>
      <w:r/>
    </w:p>
    <w:p>
      <w:pPr>
        <w:pStyle w:val="Heading2"/>
      </w:pPr>
      <w:r>
        <w:t>Closing Line</w:t>
      </w:r>
      <w:r/>
    </w:p>
    <w:p>
      <w:r/>
      <w:r>
        <w:t>From animated adventures to haunted clocks, October has a watchlist for every kind of queer mood.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https://gomag.com/article/11-lesbian-tv-shows-and-movies-coming-in-october-2026/</w:t>
        </w:r>
      </w:hyperlink>
      <w:r>
        <w:t xml:space="preserve"> - Please view link - unable to able to access data</w:t>
      </w:r>
      <w:r/>
    </w:p>
    <w:p>
      <w:pPr>
        <w:pStyle w:val="ListNumber"/>
        <w:spacing w:line="240" w:lineRule="auto"/>
        <w:ind w:left="720"/>
      </w:pPr>
      <w:r/>
      <w:hyperlink r:id="rId10">
        <w:r>
          <w:rPr>
            <w:color w:val="0000EE"/>
            <w:u w:val="single"/>
          </w:rPr>
          <w:t>https://www.justwatch.com/us/tv-show/adventure-time-side-quests/season-2</w:t>
        </w:r>
      </w:hyperlink>
      <w:r>
        <w:t xml:space="preserve"> - This page provides information on Season 2 of 'Adventure Time: Side Quests', including its release date of October 2, 2026, and availability on Disney+ and Hulu. It also offers a brief synopsis of the season, highlighting the return of Finn and Jake as they embark on various adventures across the land of Ooo, facing challenges like wrestling toads and encountering magic spells.</w:t>
      </w:r>
      <w:r/>
    </w:p>
    <w:p>
      <w:pPr>
        <w:pStyle w:val="ListNumber"/>
        <w:spacing w:line="240" w:lineRule="auto"/>
        <w:ind w:left="720"/>
      </w:pPr>
      <w:r/>
      <w:hyperlink r:id="rId11">
        <w:r>
          <w:rPr>
            <w:color w:val="0000EE"/>
            <w:u w:val="single"/>
          </w:rPr>
          <w:t>https://www.broadwayworld.com/bwwtv/article/adventure-time-side-quests-season-2-to-stream-on-disney-and-hulu-20260901</w:t>
        </w:r>
      </w:hyperlink>
      <w:r>
        <w:t xml:space="preserve"> - An announcement detailing the U.S. premiere of 'Adventure Time: Side Quests' Season 2 on Disney+ and Hulu, set for October 2, 2026. The article includes key art and a synopsis, emphasizing the return of Finn and Jake for more adventures in the land of Ooo, with appearances from familiar characters like Ice King, Princess Bubblegum, and Marceline.</w:t>
      </w:r>
      <w:r/>
    </w:p>
    <w:p>
      <w:pPr>
        <w:pStyle w:val="ListNumber"/>
        <w:spacing w:line="240" w:lineRule="auto"/>
        <w:ind w:left="720"/>
      </w:pPr>
      <w:r/>
      <w:hyperlink r:id="rId12">
        <w:r>
          <w:rPr>
            <w:color w:val="0000EE"/>
            <w:u w:val="single"/>
          </w:rPr>
          <w:t>https://www.topbuzztrends.com/adventure-time-side-quests-season-2-trailer-announces-october-2-premiere-on-disn/</w:t>
        </w:r>
      </w:hyperlink>
      <w:r>
        <w:t xml:space="preserve"> - This article discusses the release of the official trailer for 'Adventure Time: Side Quests' Season 2, confirming its premiere on October 2, 2026, on Disney+ and Hulu. It highlights the season's focus on episodic, low-stakes adventures, returning to the roots of the original series with Finn and Jake facing various challenges in the land of Ooo.</w:t>
      </w:r>
      <w:r/>
    </w:p>
    <w:p>
      <w:pPr>
        <w:pStyle w:val="ListNumber"/>
        <w:spacing w:line="240" w:lineRule="auto"/>
        <w:ind w:left="720"/>
      </w:pPr>
      <w:r/>
      <w:hyperlink r:id="rId13">
        <w:r>
          <w:rPr>
            <w:color w:val="0000EE"/>
            <w:u w:val="single"/>
          </w:rPr>
          <w:t>https://www.rottentomatoes.com/tv/adventure_time_side_quests/s02</w:t>
        </w:r>
      </w:hyperlink>
      <w:r>
        <w:t xml:space="preserve"> - The Rotten Tomatoes page for 'Adventure Time: Side Quests' Season 2, featuring information on the upcoming season, including its release date of October 2, 2026. The page provides a brief overview of the series, focusing on the early days of Finn and Jake as they form a brotherly bond and embark on quests in the land of Ooo.</w:t>
      </w:r>
      <w:r/>
    </w:p>
    <w:p>
      <w:pPr>
        <w:pStyle w:val="ListNumber"/>
        <w:spacing w:line="240" w:lineRule="auto"/>
        <w:ind w:left="720"/>
      </w:pPr>
      <w:r/>
      <w:hyperlink r:id="rId14">
        <w:r>
          <w:rPr>
            <w:color w:val="0000EE"/>
            <w:u w:val="single"/>
          </w:rPr>
          <w:t>https://www.disneyplus.com/browse/entity-23f6ee9b-a8e3-4acc-abc0-a54897349c35</w:t>
        </w:r>
      </w:hyperlink>
      <w:r>
        <w:t xml:space="preserve"> - The Disney+ page for 'Adventure Time: Side Quests', offering full episodes of the series. It provides details about the show, including its genre as action and adventure, buddy comedy, animation, and fantasy, and features a synopsis about Finn and Jake's adventures in the land of Ooo.</w:t>
      </w:r>
      <w:r/>
    </w:p>
    <w:p>
      <w:pPr>
        <w:pStyle w:val="ListNumber"/>
        <w:spacing w:line="240" w:lineRule="auto"/>
        <w:ind w:left="720"/>
      </w:pPr>
      <w:r/>
      <w:hyperlink r:id="rId15">
        <w:r>
          <w:rPr>
            <w:color w:val="0000EE"/>
            <w:u w:val="single"/>
          </w:rPr>
          <w:t>https://www.tvinsider.com/show/adventure-time-side-quests/</w:t>
        </w:r>
      </w:hyperlink>
      <w:r>
        <w:t xml:space="preserve"> - TV Insider's page on 'Adventure Time: Side Quests', detailing the series' premiere date of October 2, 2026, on Disney+ and Hulu. The page includes information about the cast, crew, and where to stream the series, as well as a brief overview of the show's premise and returning characters.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11-lesbian-tv-shows-and-movies-coming-in-october-2026/" TargetMode="External"/><Relationship Id="rId10" Type="http://schemas.openxmlformats.org/officeDocument/2006/relationships/hyperlink" Target="https://www.justwatch.com/us/tv-show/adventure-time-side-quests/season-2" TargetMode="External"/><Relationship Id="rId11" Type="http://schemas.openxmlformats.org/officeDocument/2006/relationships/hyperlink" Target="https://www.broadwayworld.com/bwwtv/article/adventure-time-side-quests-season-2-to-stream-on-disney-and-hulu-20260901" TargetMode="External"/><Relationship Id="rId12" Type="http://schemas.openxmlformats.org/officeDocument/2006/relationships/hyperlink" Target="https://www.topbuzztrends.com/adventure-time-side-quests-season-2-trailer-announces-october-2-premiere-on-disn/" TargetMode="External"/><Relationship Id="rId13" Type="http://schemas.openxmlformats.org/officeDocument/2006/relationships/hyperlink" Target="https://www.rottentomatoes.com/tv/adventure_time_side_quests/s02" TargetMode="External"/><Relationship Id="rId14" Type="http://schemas.openxmlformats.org/officeDocument/2006/relationships/hyperlink" Target="https://www.disneyplus.com/browse/entity-23f6ee9b-a8e3-4acc-abc0-a54897349c35" TargetMode="External"/><Relationship Id="rId15" Type="http://schemas.openxmlformats.org/officeDocument/2006/relationships/hyperlink" Target="https://www.tvinsider.com/show/adventure-time-side-ques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