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Laneway Festival 2027 lineup guide for queer music fans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Festivalgoers across Australia and New Zealand are already eyeing Laneway Festival 2027, where Hayley Williams, Fontaines D.C., Slayyyter, Kim Petras and MUNA headline a strikingly pop-friendly bill. With major acts, queer icons and a handful of firsts in the mix, the festival is shaping up as one of next summer's hottest tickets.</w:t>
      </w:r>
      <w:r/>
    </w:p>
    <w:p>
      <w:pPr>
        <w:pStyle w:val="Heading2"/>
      </w:pPr>
      <w:r>
        <w:t>Essential Takeaways</w:t>
      </w:r>
      <w:r/>
      <w:r/>
    </w:p>
    <w:p>
      <w:pPr>
        <w:pStyle w:val="ListBullet"/>
        <w:spacing w:line="240" w:lineRule="auto"/>
        <w:ind w:left="720"/>
      </w:pPr>
      <w:r/>
      <w:r>
        <w:rPr>
          <w:b/>
        </w:rPr>
        <w:t>Big-name draw:</w:t>
      </w:r>
      <w:r>
        <w:t xml:space="preserve"> Hayley Williams and Fontaines D.C. lead the Laneway Festival 2027 lineup.</w:t>
      </w:r>
      <w:r/>
    </w:p>
    <w:p>
      <w:pPr>
        <w:pStyle w:val="ListBullet"/>
        <w:spacing w:line="240" w:lineRule="auto"/>
        <w:ind w:left="720"/>
      </w:pPr>
      <w:r/>
      <w:r>
        <w:rPr>
          <w:b/>
        </w:rPr>
        <w:t>Queer appeal:</w:t>
      </w:r>
      <w:r>
        <w:t xml:space="preserve"> Slayyyter, Kim Petras, MUNA and Jane Remover add serious LGBTQIA+ representation.</w:t>
      </w:r>
      <w:r/>
    </w:p>
    <w:p>
      <w:pPr>
        <w:pStyle w:val="ListBullet"/>
        <w:spacing w:line="240" w:lineRule="auto"/>
        <w:ind w:left="720"/>
      </w:pPr>
      <w:r/>
      <w:r>
        <w:rPr>
          <w:b/>
        </w:rPr>
        <w:t>Tour dates:</w:t>
      </w:r>
      <w:r>
        <w:t xml:space="preserve"> Sydney, Brisbane, Melbourne and Auckland are scheduled for February 2027.</w:t>
      </w:r>
      <w:r/>
    </w:p>
    <w:p>
      <w:pPr>
        <w:pStyle w:val="ListBullet"/>
        <w:spacing w:line="240" w:lineRule="auto"/>
        <w:ind w:left="720"/>
      </w:pPr>
      <w:r/>
      <w:r>
        <w:rPr>
          <w:b/>
        </w:rPr>
        <w:t>Changed route:</w:t>
      </w:r>
      <w:r>
        <w:t xml:space="preserve"> Perth and Adelaide won't host the main festival, although selected sideshows are planned.</w:t>
      </w:r>
      <w:r/>
    </w:p>
    <w:p>
      <w:pPr>
        <w:pStyle w:val="ListBullet"/>
        <w:spacing w:line="240" w:lineRule="auto"/>
        <w:ind w:left="720"/>
      </w:pPr>
      <w:r/>
      <w:r>
        <w:rPr>
          <w:b/>
        </w:rPr>
        <w:t>Ticket warning:</w:t>
      </w:r>
      <w:r>
        <w:t xml:space="preserve"> A popular bill and limited city dates could make presale access especially valuable.</w:t>
      </w:r>
      <w:r/>
      <w:r/>
    </w:p>
    <w:p>
      <w:pPr>
        <w:pStyle w:val="Heading2"/>
      </w:pPr>
      <w:r>
        <w:t>Laneway 2027 has a very strong pop pulse</w:t>
      </w:r>
      <w:r/>
    </w:p>
    <w:p>
      <w:r/>
      <w:r>
        <w:t xml:space="preserve">The first thing that jumps out about the Laneway Festival 2027 lineup is its sheer range. Hayley Williams brings arena-sized emotional rock, while Fontaines D.C. offer something darker, sharper and built for a late-afternoon crowd swaying under festival lights. Slayyyter and Kim Petras, meanwhile, should bring the glitter, bass and unapologetic pop drama. According to The AU Review, the two headline acts sit at the centre of a particularly substantial bill. </w:t>
      </w:r>
      <w:hyperlink r:id="rId9">
        <w:r>
          <w:rPr>
            <w:color w:val="0000EE"/>
            <w:u w:val="single"/>
          </w:rPr>
          <w:t>[4]</w:t>
        </w:r>
      </w:hyperlink>
      <w:r/>
    </w:p>
    <w:p>
      <w:r/>
      <w:r>
        <w:t xml:space="preserve">That blend feels carefully tuned to modern festival tastes. There are established names for the main stage, but also artists with devoted online followings and a knack for turning a set into a communal event. The Note and Noise11 both highlighted the breadth of the 2027 announcement, suggesting Laneway is still interested in pairing recognised performers with newer, more left-field discoveries. </w:t>
      </w:r>
      <w:hyperlink r:id="rId10">
        <w:r>
          <w:rPr>
            <w:color w:val="0000EE"/>
            <w:u w:val="single"/>
          </w:rPr>
          <w:t>[2]</w:t>
        </w:r>
      </w:hyperlink>
      <w:r>
        <w:t xml:space="preserve">, </w:t>
      </w:r>
      <w:hyperlink r:id="rId11">
        <w:r>
          <w:rPr>
            <w:color w:val="0000EE"/>
            <w:u w:val="single"/>
          </w:rPr>
          <w:t>[3]</w:t>
        </w:r>
      </w:hyperlink>
      <w:r/>
    </w:p>
    <w:p>
      <w:r/>
      <w:r>
        <w:t>For fans who like their festival day to move between guitars, synths and huge choruses, this is an unusually tidy fit. One minute you're shouting along to a rock anthem, and the next you're looking for the nearest place to dance.</w:t>
      </w:r>
      <w:r/>
    </w:p>
    <w:p>
      <w:pPr>
        <w:pStyle w:val="Heading2"/>
      </w:pPr>
      <w:r>
        <w:t>Why queer fans are calling it Australia's Queer-chella</w:t>
      </w:r>
      <w:r/>
    </w:p>
    <w:p>
      <w:r/>
      <w:r>
        <w:t xml:space="preserve">Laneway hasn't officially rebranded itself as a queer festival, but the cultural conversation is understandable. Kim Petras' place as a prominent transgender pop star, Slayyyter's openly bisexual identity and MUNA's long-standing LGBTQIA+ following give the programme a clear sense of queer visibility. Pedestrian also drew attention to the strength of the festival's pop and queer appeal in its coverage of the announcement. </w:t>
      </w:r>
      <w:hyperlink r:id="rId12">
        <w:r>
          <w:rPr>
            <w:color w:val="0000EE"/>
            <w:u w:val="single"/>
          </w:rPr>
          <w:t>[6]</w:t>
        </w:r>
      </w:hyperlink>
      <w:r/>
    </w:p>
    <w:p>
      <w:r/>
      <w:r>
        <w:t xml:space="preserve">Williams adds another layer. Her long relationship with LGBTQIA+ audiences, from Paramore's emotional connection with queer fans to her public support for the community, makes her first Australian and New Zealand solo festival appearance feel especially meaningful. It's the sort of booking that can turn a headline set into a shared memory rather than simply another item on the running order. </w:t>
      </w:r>
      <w:hyperlink r:id="rId9">
        <w:r>
          <w:rPr>
            <w:color w:val="0000EE"/>
            <w:u w:val="single"/>
          </w:rPr>
          <w:t>[4]</w:t>
        </w:r>
      </w:hyperlink>
      <w:r>
        <w:t xml:space="preserve">, </w:t>
      </w:r>
      <w:hyperlink r:id="rId12">
        <w:r>
          <w:rPr>
            <w:color w:val="0000EE"/>
            <w:u w:val="single"/>
          </w:rPr>
          <w:t>[6]</w:t>
        </w:r>
      </w:hyperlink>
      <w:r/>
    </w:p>
    <w:p>
      <w:r/>
      <w:r>
        <w:t>Jane Remover and Ninajirachi widen that feeling further, bringing a more digitally minded, genre-fluid energy to the programme. For younger listeners in particular, identity and musical taste rarely sit in separate boxes, and Laneway appears to understand that.</w:t>
      </w:r>
      <w:r/>
    </w:p>
    <w:p>
      <w:pPr>
        <w:pStyle w:val="Heading2"/>
      </w:pPr>
      <w:r>
        <w:t>The 2027 dates are concentrated in four cities</w:t>
      </w:r>
      <w:r/>
    </w:p>
    <w:p>
      <w:r/>
      <w:r>
        <w:t xml:space="preserve">Laneway Festival 2027 is scheduled for Sydney on 12 February, Brisbane on 13 February, Melbourne on 19 February and Auckland on 21 February. Auckland's inclusion gives New Zealand fans a dedicated stop, while the Australian dates create a compact run through the east coast. AucklandNZ and Rova list the Auckland event among the city's upcoming major music fixtures. </w:t>
      </w:r>
      <w:hyperlink r:id="rId13">
        <w:r>
          <w:rPr>
            <w:color w:val="0000EE"/>
            <w:u w:val="single"/>
          </w:rPr>
          <w:t>[5]</w:t>
        </w:r>
      </w:hyperlink>
      <w:r>
        <w:t xml:space="preserve">, </w:t>
      </w:r>
      <w:hyperlink r:id="rId14">
        <w:r>
          <w:rPr>
            <w:color w:val="0000EE"/>
            <w:u w:val="single"/>
          </w:rPr>
          <w:t>[7]</w:t>
        </w:r>
      </w:hyperlink>
      <w:r/>
    </w:p>
    <w:p>
      <w:r/>
      <w:r>
        <w:t xml:space="preserve">The notable omission is Perth and Adelaide. After two decades of touring more broadly, the festival has said financial and logistical pressures are behind the change. That will sting for local fans, particularly those used to treating Laneway as a reliable fixture in the summer calendar. </w:t>
      </w:r>
      <w:hyperlink r:id="rId10">
        <w:r>
          <w:rPr>
            <w:color w:val="0000EE"/>
            <w:u w:val="single"/>
          </w:rPr>
          <w:t>[2]</w:t>
        </w:r>
      </w:hyperlink>
      <w:r>
        <w:t xml:space="preserve">, </w:t>
      </w:r>
      <w:hyperlink r:id="rId11">
        <w:r>
          <w:rPr>
            <w:color w:val="0000EE"/>
            <w:u w:val="single"/>
          </w:rPr>
          <w:t>[3]</w:t>
        </w:r>
      </w:hyperlink>
      <w:r/>
    </w:p>
    <w:p>
      <w:r/>
      <w:r>
        <w:t xml:space="preserve">There is at least some consolation. Sideshows involving Fontaines D.C., Jane Remover and Tiffany Day are expected to bring selected Laneway artists to those cities, although a sideshow won't quite recreate the full festival atmosphere. Still, it gives fans outside the main route a chance to catch part of the action without booking an interstate trip. </w:t>
      </w:r>
      <w:hyperlink r:id="rId12">
        <w:r>
          <w:rPr>
            <w:color w:val="0000EE"/>
            <w:u w:val="single"/>
          </w:rPr>
          <w:t>[6]</w:t>
        </w:r>
      </w:hyperlink>
      <w:r/>
    </w:p>
    <w:p>
      <w:pPr>
        <w:pStyle w:val="Heading2"/>
      </w:pPr>
      <w:r>
        <w:t>How to approach the Laneway Festival 2027 lineup</w:t>
      </w:r>
      <w:r/>
    </w:p>
    <w:p>
      <w:r/>
      <w:r>
        <w:t xml:space="preserve">If you're choosing between cities, start with the practical details rather than chasing the theoretically perfect day. Sydney and Brisbane are close together on the calendar, while Melbourne follows the next weekend, so travel and accommodation could become expensive quickly. Auckland fans should also check transport and hotel availability early, especially if the event draws visitors from across the Tasman. </w:t>
      </w:r>
      <w:hyperlink r:id="rId13">
        <w:r>
          <w:rPr>
            <w:color w:val="0000EE"/>
            <w:u w:val="single"/>
          </w:rPr>
          <w:t>[5]</w:t>
        </w:r>
      </w:hyperlink>
      <w:r>
        <w:t xml:space="preserve">, </w:t>
      </w:r>
      <w:hyperlink r:id="rId14">
        <w:r>
          <w:rPr>
            <w:color w:val="0000EE"/>
            <w:u w:val="single"/>
          </w:rPr>
          <w:t>[7]</w:t>
        </w:r>
      </w:hyperlink>
      <w:r/>
    </w:p>
    <w:p>
      <w:r/>
      <w:r>
        <w:t>For the best value, look beyond the headliners. A festival bill this broad rewards a little wandering, and the smaller stages may be where the day's most memorable discovery happens. Keep your timetable flexible, wear genuinely comfortable shoes and don't underestimate the importance of water, shade and a phone battery that hasn't given up by sunset.</w:t>
      </w:r>
      <w:r/>
    </w:p>
    <w:p>
      <w:r/>
      <w:r>
        <w:t xml:space="preserve">The presale is expected to attract plenty of attention, particularly from fans hoping to see Slayyyter, Kim Petras or Williams in a festival setting. The Note and Pedestrian both framed the announcement as a major moment for Laneway, so registering ahead of time is the sensible move rather than relying on a last-minute scramble. </w:t>
      </w:r>
      <w:hyperlink r:id="rId10">
        <w:r>
          <w:rPr>
            <w:color w:val="0000EE"/>
            <w:u w:val="single"/>
          </w:rPr>
          <w:t>[2]</w:t>
        </w:r>
      </w:hyperlink>
      <w:r>
        <w:t xml:space="preserve">, </w:t>
      </w:r>
      <w:hyperlink r:id="rId12">
        <w:r>
          <w:rPr>
            <w:color w:val="0000EE"/>
            <w:u w:val="single"/>
          </w:rPr>
          <w:t>[6]</w:t>
        </w:r>
      </w:hyperlink>
      <w:r/>
    </w:p>
    <w:p>
      <w:pPr>
        <w:pStyle w:val="Heading2"/>
      </w:pPr>
      <w:r>
        <w:t>Laneway's next chapter looks louder and more inclusive</w:t>
      </w:r>
      <w:r/>
    </w:p>
    <w:p>
      <w:r/>
      <w:r>
        <w:t xml:space="preserve">Laneway began as a small urban event and has grown into one of the region's most anticipated alternative music festivals. The 2027 programme shows how much the event has changed: its audience can now move comfortably between indie rock, club music, glossy pop and artists whose influence extends far beyond one genre. </w:t>
      </w:r>
      <w:hyperlink r:id="rId11">
        <w:r>
          <w:rPr>
            <w:color w:val="0000EE"/>
            <w:u w:val="single"/>
          </w:rPr>
          <w:t>[3]</w:t>
        </w:r>
      </w:hyperlink>
      <w:r>
        <w:t xml:space="preserve">, </w:t>
      </w:r>
      <w:hyperlink r:id="rId9">
        <w:r>
          <w:rPr>
            <w:color w:val="0000EE"/>
            <w:u w:val="single"/>
          </w:rPr>
          <w:t>[4]</w:t>
        </w:r>
      </w:hyperlink>
      <w:r/>
    </w:p>
    <w:p>
      <w:r/>
      <w:r>
        <w:t xml:space="preserve">That evolution matters because representation is most visible when it feels normal. A bill packed with queer performers, allies and pop figures isn't just a marketing talking point; it reflects the audience many contemporary festivals already have. If the crowds respond as enthusiastically as the lineup suggests, Laneway 2027 could become a particularly joyful marker in the summer music calendar. </w:t>
      </w:r>
      <w:hyperlink r:id="rId12">
        <w:r>
          <w:rPr>
            <w:color w:val="0000EE"/>
            <w:u w:val="single"/>
          </w:rPr>
          <w:t>[6]</w:t>
        </w:r>
      </w:hyperlink>
      <w:r>
        <w:t xml:space="preserve">, </w:t>
      </w:r>
      <w:hyperlink r:id="rId14">
        <w:r>
          <w:rPr>
            <w:color w:val="0000EE"/>
            <w:u w:val="single"/>
          </w:rPr>
          <w:t>[7]</w:t>
        </w:r>
      </w:hyperlink>
      <w:r/>
    </w:p>
    <w:p>
      <w:r/>
      <w:r>
        <w:t>It's a small wonder fans are already treating ticket day like an endurance sport.</w:t>
      </w:r>
      <w:r/>
    </w:p>
    <w:p>
      <w:r/>
      <w:r>
        <w:t>Explore the dates, register early and prepare for a very glittery festival rush.</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[4]</w:t>
        </w:r>
      </w:hyperlink>
      <w:r>
        <w:t xml:space="preserve">, </w:t>
      </w:r>
      <w:hyperlink r:id="rId12">
        <w:r>
          <w:rPr>
            <w:color w:val="0000EE"/>
            <w:u w:val="single"/>
          </w:rPr>
          <w:t>[6]</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[6]</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[6]</w:t>
        </w:r>
      </w:hyperlink>
      <w:r>
        <w:t xml:space="preserve">- Paragraph 9: </w:t>
      </w:r>
      <w:hyperlink r:id="rId11">
        <w:r>
          <w:rPr>
            <w:color w:val="0000EE"/>
            <w:u w:val="single"/>
          </w:rPr>
          <w:t>[3]</w:t>
        </w:r>
      </w:hyperlink>
      <w:r>
        <w:t xml:space="preserve">, </w:t>
      </w:r>
      <w:hyperlink r:id="rId9">
        <w:r>
          <w:rPr>
            <w:color w:val="0000EE"/>
            <w:u w:val="single"/>
          </w:rPr>
          <w:t>[4]</w:t>
        </w:r>
      </w:hyperlink>
      <w:r>
        <w:t xml:space="preserve">- Paragraph 10: </w:t>
      </w:r>
      <w:hyperlink r:id="rId12">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https://www.starobserver.com.au/artsentertainment/queer-chella-slayyyter-kim-petras-muna-more-announced-for-laneway-2027/244311</w:t>
        </w:r>
      </w:hyperlink>
      <w:r>
        <w:t xml:space="preserve"> - Please view link - unable to able to access data</w:t>
      </w:r>
      <w:r/>
    </w:p>
    <w:p>
      <w:pPr>
        <w:pStyle w:val="ListNumber"/>
        <w:spacing w:line="240" w:lineRule="auto"/>
        <w:ind w:left="720"/>
      </w:pPr>
      <w:r/>
      <w:hyperlink r:id="rId10">
        <w:r>
          <w:rPr>
            <w:color w:val="0000EE"/>
            <w:u w:val="single"/>
          </w:rPr>
          <w:t>https://www.thenote.com.au/news/laneway-festival-2027-lineup</w:t>
        </w:r>
      </w:hyperlink>
      <w:r>
        <w:t xml:space="preserve"> - The Note reports that the 2027 Laneway Festival will be headlined by Irish post-punk band Fontaines D.C. and Paramore's Hayley Williams, who will present 'The Hayley Williams Show' live on stage. The lineup also includes Slayyyter, ADÉLA, Kim Petras, MUNA, Ninajirachi, Rico Nasty, and more. The festival will take place in Sydney, Brisbane, Melbourne, and Auckland in February 2027.</w:t>
      </w:r>
      <w:r/>
    </w:p>
    <w:p>
      <w:pPr>
        <w:pStyle w:val="ListNumber"/>
        <w:spacing w:line="240" w:lineRule="auto"/>
        <w:ind w:left="720"/>
      </w:pPr>
      <w:r/>
      <w:hyperlink r:id="rId11">
        <w:r>
          <w:rPr>
            <w:color w:val="0000EE"/>
            <w:u w:val="single"/>
          </w:rPr>
          <w:t>https://www.noise11.com/news/laneway-festival-2027-lineup-20260930</w:t>
        </w:r>
      </w:hyperlink>
      <w:r>
        <w:t xml:space="preserve"> - Noise11 Music News announces that the 2027 Laneway Festival lineup features Fontaines D.C. returning after four years and Hayley Williams making her Australian solo debut. Other artists include Slayyyter, ADÉLA, Kim Petras, MUNA, Ninajirachi, Rico Nasty, DIIV, Rachel Chinouriri, and a selection of Australian, New Zealand, Irish, and international artists. The festival will be held across Sydney, Brisbane, Melbourne, and Auckland in February 2027.</w:t>
      </w:r>
      <w:r/>
    </w:p>
    <w:p>
      <w:pPr>
        <w:pStyle w:val="ListNumber"/>
        <w:spacing w:line="240" w:lineRule="auto"/>
        <w:ind w:left="720"/>
      </w:pPr>
      <w:r/>
      <w:hyperlink r:id="rId9">
        <w:r>
          <w:rPr>
            <w:color w:val="0000EE"/>
            <w:u w:val="single"/>
          </w:rPr>
          <w:t>https://www.theaureview.com/music/fontaines-d-c-and-hayley-williams-lead-a-huge-laneway-festival-2027-lineup/</w:t>
        </w:r>
      </w:hyperlink>
      <w:r>
        <w:t xml:space="preserve"> - The AU Review reports that Fontaines D.C. and Hayley Williams are leading the 2027 Laneway Festival lineup. The festival also features Slayyyter, ADÉLA, Kim Petras, MUNA, Ninajirachi, Rico Nasty, DIIV, Rachel Chinouriri, Gurriers, Ecca Vandal, and more. The festival will take place in Sydney, Brisbane, Melbourne, and Auckland in February 2027.</w:t>
      </w:r>
      <w:r/>
    </w:p>
    <w:p>
      <w:pPr>
        <w:pStyle w:val="ListNumber"/>
        <w:spacing w:line="240" w:lineRule="auto"/>
        <w:ind w:left="720"/>
      </w:pPr>
      <w:r/>
      <w:hyperlink r:id="rId13">
        <w:r>
          <w:rPr>
            <w:color w:val="0000EE"/>
            <w:u w:val="single"/>
          </w:rPr>
          <w:t>https://www.aucklandnz.com/events/all-events/laneway-festival</w:t>
        </w:r>
      </w:hyperlink>
      <w:r>
        <w:t xml:space="preserve"> - AucklandNZ.com provides details about the 2027 Laneway Festival, which will be held at Western Springs Bowl in Auckland on Sunday, 21 February 2027. The lineup includes Fontaines D.C., Hayley Williams, Slayyyter, ADÉLA, Kim Petras, Ninajirachi, and many more. Pre-sale tickets start on Wednesday, 7 October 2026.</w:t>
      </w:r>
      <w:r/>
    </w:p>
    <w:p>
      <w:pPr>
        <w:pStyle w:val="ListNumber"/>
        <w:spacing w:line="240" w:lineRule="auto"/>
        <w:ind w:left="720"/>
      </w:pPr>
      <w:r/>
      <w:hyperlink r:id="rId12">
        <w:r>
          <w:rPr>
            <w:color w:val="0000EE"/>
            <w:u w:val="single"/>
          </w:rPr>
          <w:t>https://www.pedestrian.tv/music/laneway-festival-2027-lineup-is-here</w:t>
        </w:r>
      </w:hyperlink>
      <w:r>
        <w:t xml:space="preserve"> - Pedestrian.TV announces the 2027 Laneway Festival lineup, featuring Fontaines D.C. and Hayley Williams as headliners, along with Slayyyter, ADÉLA, Kim Petras, MUNA, Ninajirachi, Rico Nasty, DIIV, Rachel Chinouriri, and more. Tickets will be available through a presale starting Wednesday, 7 October 2026, and general sales commencing on Thursday, 8 October 2026.</w:t>
      </w:r>
      <w:r/>
    </w:p>
    <w:p>
      <w:pPr>
        <w:pStyle w:val="ListNumber"/>
        <w:spacing w:line="240" w:lineRule="auto"/>
        <w:ind w:left="720"/>
      </w:pPr>
      <w:r/>
      <w:hyperlink r:id="rId14">
        <w:r>
          <w:rPr>
            <w:color w:val="0000EE"/>
            <w:u w:val="single"/>
          </w:rPr>
          <w:t>https://www.rova.nz/events/laneway-festival-2027</w:t>
        </w:r>
      </w:hyperlink>
      <w:r>
        <w:t xml:space="preserve"> - Rova.nz details the 2027 Laneway Festival lineup, highlighting Fontaines D.C. and Hayley Williams as headliners. Other artists include Slayyyter, ADÉLA, Kim Petras, MUNA, Ninajirachi, Balu Brigada, DIIV, HorsegiirL, Jane Remover, Rachel Chinouriri, Rico Nasty, and more. The festival will be held at Western Springs Bowl in Auckland on Sunday, 21 February 2027.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aureview.com/music/fontaines-d-c-and-hayley-williams-lead-a-huge-laneway-festival-2027-lineup/" TargetMode="External"/><Relationship Id="rId10" Type="http://schemas.openxmlformats.org/officeDocument/2006/relationships/hyperlink" Target="https://www.thenote.com.au/news/laneway-festival-2027-lineup" TargetMode="External"/><Relationship Id="rId11" Type="http://schemas.openxmlformats.org/officeDocument/2006/relationships/hyperlink" Target="https://www.noise11.com/news/laneway-festival-2027-lineup-20260930" TargetMode="External"/><Relationship Id="rId12" Type="http://schemas.openxmlformats.org/officeDocument/2006/relationships/hyperlink" Target="https://www.pedestrian.tv/music/laneway-festival-2027-lineup-is-here" TargetMode="External"/><Relationship Id="rId13" Type="http://schemas.openxmlformats.org/officeDocument/2006/relationships/hyperlink" Target="https://www.aucklandnz.com/events/all-events/laneway-festival" TargetMode="External"/><Relationship Id="rId14" Type="http://schemas.openxmlformats.org/officeDocument/2006/relationships/hyperlink" Target="https://www.rova.nz/events/laneway-festival-2027" TargetMode="External"/><Relationship Id="rId15" Type="http://schemas.openxmlformats.org/officeDocument/2006/relationships/hyperlink" Target="https://www.starobserver.com.au/artsentertainment/queer-chella-slayyyter-kim-petras-muna-more-announced-for-laneway-2027/2443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