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queer films to watch this Black History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adding powerful Black queer films to their watchlists this Black History Month, from ballroom documentaries and trans history to tender coming-of-age romance. These six films offer a moving mix of archive, music, resistance and joy, while opening up stories that still deserve far more screen time.</w:t>
      </w:r>
      <w:r/>
    </w:p>
    <w:p>
      <w:pPr>
        <w:pStyle w:val="Heading2"/>
      </w:pPr>
      <w:r>
        <w:t>Essential takeaways</w:t>
      </w:r>
      <w:r/>
      <w:r/>
    </w:p>
    <w:p>
      <w:pPr>
        <w:pStyle w:val="ListBullet"/>
        <w:spacing w:line="240" w:lineRule="auto"/>
        <w:ind w:left="720"/>
      </w:pPr>
      <w:r/>
      <w:r>
        <w:rPr>
          <w:b/>
        </w:rPr>
        <w:t>A wide-ranging watchlist:</w:t>
      </w:r>
      <w:r>
        <w:t xml:space="preserve"> The selection spans documentaries, musical drama and romantic comedy.</w:t>
      </w:r>
      <w:r/>
    </w:p>
    <w:p>
      <w:pPr>
        <w:pStyle w:val="ListBullet"/>
        <w:spacing w:line="240" w:lineRule="auto"/>
        <w:ind w:left="720"/>
      </w:pPr>
      <w:r/>
      <w:r>
        <w:rPr>
          <w:b/>
        </w:rPr>
        <w:t>Ballroom history matters:</w:t>
      </w:r>
      <w:r>
        <w:t xml:space="preserve"> </w:t>
      </w:r>
      <w:r>
        <w:rPr>
          <w:i/>
        </w:rPr>
        <w:t>The Aggressives</w:t>
      </w:r>
      <w:r>
        <w:t xml:space="preserve"> and </w:t>
      </w:r>
      <w:r>
        <w:rPr>
          <w:i/>
        </w:rPr>
        <w:t>Kiki</w:t>
      </w:r>
      <w:r>
        <w:t xml:space="preserve"> explore identity, performance and community.</w:t>
      </w:r>
      <w:r/>
    </w:p>
    <w:p>
      <w:pPr>
        <w:pStyle w:val="ListBullet"/>
        <w:spacing w:line="240" w:lineRule="auto"/>
        <w:ind w:left="720"/>
      </w:pPr>
      <w:r/>
      <w:r>
        <w:rPr>
          <w:b/>
        </w:rPr>
        <w:t>Trans stories take centre stage:</w:t>
      </w:r>
      <w:r>
        <w:t xml:space="preserve"> </w:t>
      </w:r>
      <w:r>
        <w:rPr>
          <w:i/>
        </w:rPr>
        <w:t>The Stroll</w:t>
      </w:r>
      <w:r>
        <w:t xml:space="preserve"> preserves vital New York history through first-hand testimony.</w:t>
      </w:r>
      <w:r/>
    </w:p>
    <w:p>
      <w:pPr>
        <w:pStyle w:val="ListBullet"/>
        <w:spacing w:line="240" w:lineRule="auto"/>
        <w:ind w:left="720"/>
      </w:pPr>
      <w:r/>
      <w:r>
        <w:rPr>
          <w:b/>
        </w:rPr>
        <w:t>There is room for joy:</w:t>
      </w:r>
      <w:r>
        <w:t xml:space="preserve"> </w:t>
      </w:r>
      <w:r>
        <w:rPr>
          <w:i/>
        </w:rPr>
        <w:t>Black Burns Fast</w:t>
      </w:r>
      <w:r>
        <w:t xml:space="preserve"> brings a warm, youthful romantic perspective.</w:t>
      </w:r>
      <w:r/>
    </w:p>
    <w:p>
      <w:pPr>
        <w:pStyle w:val="ListBullet"/>
        <w:spacing w:line="240" w:lineRule="auto"/>
        <w:ind w:left="720"/>
      </w:pPr>
      <w:r/>
      <w:r>
        <w:rPr>
          <w:b/>
        </w:rPr>
        <w:t>Expect emotional variety:</w:t>
      </w:r>
      <w:r>
        <w:t xml:space="preserve"> These films can be intimate, political, funny and difficult, often within the same viewing.</w:t>
      </w:r>
      <w:r/>
      <w:r/>
    </w:p>
    <w:p>
      <w:pPr>
        <w:pStyle w:val="Heading2"/>
      </w:pPr>
      <w:r>
        <w:t>Six films, six different ways into Black queer history</w:t>
      </w:r>
      <w:r/>
    </w:p>
    <w:p>
      <w:r/>
      <w:r>
        <w:t>The strongest thing about this Black queer film watchlist is its range. One moment, you're inside New York's ballroom culture; the next, you're in a recording studio with a blues legend or listening to trans women recount lives shaped by survival and solidarity.</w:t>
      </w:r>
      <w:r/>
    </w:p>
    <w:p>
      <w:r/>
      <w:r>
        <w:t>That variety matters. Black queer cinema isn't one neat category with a single mood, and these films refuse to make it one. Some are challenging, some celebratory, and a few manage to be both before the credits roll.</w:t>
      </w:r>
      <w:r/>
    </w:p>
    <w:p>
      <w:pPr>
        <w:pStyle w:val="Heading2"/>
      </w:pPr>
      <w:r>
        <w:t>Start with ballroom, where identity becomes performance</w:t>
      </w:r>
      <w:r/>
    </w:p>
    <w:p>
      <w:r/>
      <w:r>
        <w:rPr>
          <w:i/>
        </w:rPr>
        <w:t>The Aggressives</w:t>
      </w:r>
      <w:r>
        <w:t xml:space="preserve"> follows five masculine-presenting Black people in the United States over several years, exploring their ambitions, worries and relationships with labels surrounding gender expression. Its focus on the ballroom scene makes it a valuable portrait of people creating space for themselves on their own terms. The film's observational approach gives it a personal, lived-in quality. According to Wikipedia, the documentary was released in 2005. (Wikipedia)</w:t>
      </w:r>
      <w:r/>
    </w:p>
    <w:p>
      <w:r/>
      <w:r>
        <w:t xml:space="preserve">For a contemporary companion, </w:t>
      </w:r>
      <w:r>
        <w:rPr>
          <w:i/>
        </w:rPr>
        <w:t>Kiki</w:t>
      </w:r>
      <w:r>
        <w:t xml:space="preserve"> moves through New York's modern ballroom community and centres young LGBTQIA+ people. The Guardian described the film as a vivid successor to </w:t>
      </w:r>
      <w:r>
        <w:rPr>
          <w:i/>
        </w:rPr>
        <w:t>Paris Is Burning</w:t>
      </w:r>
      <w:r>
        <w:t>, but its real strength is the way it presents ballroom as more than spectacle. It's a social network, a creative outlet and, for many, a chosen family. (The Guardian)</w:t>
      </w:r>
      <w:r/>
    </w:p>
    <w:p>
      <w:pPr>
        <w:pStyle w:val="Heading2"/>
      </w:pPr>
      <w:r>
        <w:t>Music, memory and the pressure of the spotlight</w:t>
      </w:r>
      <w:r/>
    </w:p>
    <w:p>
      <w:r/>
      <w:r>
        <w:t xml:space="preserve">If you prefer your history with a strong beat, </w:t>
      </w:r>
      <w:r>
        <w:rPr>
          <w:i/>
        </w:rPr>
        <w:t>Ma Rainey's Black Bottom</w:t>
      </w:r>
      <w:r>
        <w:t xml:space="preserve"> is an absorbing choice. Set during a recording session in 1927, the film follows rising tensions around the celebrated blues singer, played by Viola Davis, as questions of power, ownership and recognition simmer beneath the music. It's intense rather than easy-going, but the performances give it a commanding pull. IMDb lists the film as a 2020 release. (IMDb)</w:t>
      </w:r>
      <w:r/>
    </w:p>
    <w:p>
      <w:r/>
      <w:r>
        <w:t>The setting also gives the film a useful historical texture. Studios can look glamorous from the outside, yet this story is interested in who controls the sound, the money and the narrative. That makes it a particularly rich pick for viewers who enjoy period drama with cultural and political weight.</w:t>
      </w:r>
      <w:r/>
    </w:p>
    <w:p>
      <w:pPr>
        <w:pStyle w:val="Heading2"/>
      </w:pPr>
      <w:r>
        <w:t>A vital record of trans history</w:t>
      </w:r>
      <w:r/>
    </w:p>
    <w:p>
      <w:r/>
      <w:r>
        <w:rPr>
          <w:i/>
        </w:rPr>
        <w:t>The Stroll</w:t>
      </w:r>
      <w:r>
        <w:t xml:space="preserve"> turns its attention to Black and Latina trans women who worked in New York during the 1980s and 1990s. Through interviews and archival material, it documents a world too often reduced to headlines, while allowing the women at its centre to shape the story themselves.</w:t>
      </w:r>
      <w:r/>
    </w:p>
    <w:p>
      <w:r/>
      <w:r>
        <w:t>It's an important reminder that queer history isn't only found in institutions or official archives. It's also carried through memory, friendship and the details of everyday survival. For anyone looking for documentaries about Black trans history, this is a particularly meaningful place to begin.</w:t>
      </w:r>
      <w:r/>
    </w:p>
    <w:p>
      <w:pPr>
        <w:pStyle w:val="Heading2"/>
      </w:pPr>
      <w:r>
        <w:t>Intimacy, art and difficult truths</w:t>
      </w:r>
      <w:r/>
    </w:p>
    <w:p>
      <w:r/>
      <w:r>
        <w:t xml:space="preserve">South African artist Zanele Muholi's </w:t>
      </w:r>
      <w:r>
        <w:rPr>
          <w:i/>
        </w:rPr>
        <w:t>Difficult Love</w:t>
      </w:r>
      <w:r>
        <w:t xml:space="preserve"> offers a closer, more reflective experience. The film connects Muholi's life and photography with the wider challenges facing Black lesbians in South Africa, creating a portrait that feels both personal and politically alert.</w:t>
      </w:r>
      <w:r/>
    </w:p>
    <w:p>
      <w:r/>
      <w:r>
        <w:t>Because Muholi narrates the film, the distance between subject and storyteller is deliberately small. That closeness can make the viewing experience feel raw, but it also gives the documentary its distinctive power. It's best approached when you've got time to sit with it rather than watch it as background noise.</w:t>
      </w:r>
      <w:r/>
    </w:p>
    <w:p>
      <w:pPr>
        <w:pStyle w:val="Heading2"/>
      </w:pPr>
      <w:r>
        <w:t>End on a note of queer Black girlhood</w:t>
      </w:r>
      <w:r/>
    </w:p>
    <w:p>
      <w:r/>
      <w:r>
        <w:t xml:space="preserve">For something softer, </w:t>
      </w:r>
      <w:r>
        <w:rPr>
          <w:i/>
        </w:rPr>
        <w:t>Black Burns Fast</w:t>
      </w:r>
      <w:r>
        <w:t xml:space="preserve"> brings romance and teenage uncertainty to the list. The story follows Luthando during their final year of school, when the arrival of Ayanda sparks feelings that are exciting, confusing and difficult to ignore.</w:t>
      </w:r>
      <w:r/>
    </w:p>
    <w:p>
      <w:r/>
      <w:r>
        <w:t>After the heavier historical and political themes elsewhere in the selection, this film offers welcome warmth. Its focus on queer Black girlhood makes space for awkwardness, anticipation and affection, rather than asking every story to centre trauma. Sometimes a love story is exactly what a watchlist needs.</w:t>
      </w:r>
      <w:r/>
    </w:p>
    <w:p>
      <w:pPr>
        <w:pStyle w:val="Heading2"/>
      </w:pPr>
      <w:r>
        <w:t>How to choose your first film</w:t>
      </w:r>
      <w:r/>
    </w:p>
    <w:p>
      <w:r/>
      <w:r>
        <w:t xml:space="preserve">Start with </w:t>
      </w:r>
      <w:r>
        <w:rPr>
          <w:i/>
        </w:rPr>
        <w:t>Kiki</w:t>
      </w:r>
      <w:r>
        <w:t xml:space="preserve"> if you're drawn to dance, fashion and community; choose </w:t>
      </w:r>
      <w:r>
        <w:rPr>
          <w:i/>
        </w:rPr>
        <w:t>The Stroll</w:t>
      </w:r>
      <w:r>
        <w:t xml:space="preserve"> for a documentary rooted in testimony and archival history. </w:t>
      </w:r>
      <w:r>
        <w:rPr>
          <w:i/>
        </w:rPr>
        <w:t>Ma Rainey's Black Bottom</w:t>
      </w:r>
      <w:r>
        <w:t xml:space="preserve"> suits viewers after a dramatic, music-led evening, while </w:t>
      </w:r>
      <w:r>
        <w:rPr>
          <w:i/>
        </w:rPr>
        <w:t>Difficult Love</w:t>
      </w:r>
      <w:r>
        <w:t xml:space="preserve"> is the most intimate and contemplative option.</w:t>
      </w:r>
      <w:r/>
    </w:p>
    <w:p>
      <w:r/>
      <w:r>
        <w:t xml:space="preserve">And if you want something emotionally gentler, save </w:t>
      </w:r>
      <w:r>
        <w:rPr>
          <w:i/>
        </w:rPr>
        <w:t>Black Burns Fast</w:t>
      </w:r>
      <w:r>
        <w:t xml:space="preserve"> for a cosy night in. The best approach is to mix the films rather than watch them all in one solemn sweep. Black queer cinema contains grief and struggle, certainly, but also glamour, humour, desire and plenty of life.</w:t>
      </w:r>
      <w:r/>
    </w:p>
    <w:p>
      <w:r/>
      <w:r>
        <w:rPr>
          <w:b/>
        </w:rPr>
        <w:t>Put one on tonight, and let the watchlist widen your view of Black queer storytelling.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Paragraph 4: </w:t>
      </w:r>
      <w:hyperlink r:id="rId12">
        <w:r>
          <w:rPr>
            <w:color w:val="0000EE"/>
            <w:u w:val="single"/>
          </w:rPr>
          <w:t>[4]</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Paragraph 6: </w:t>
      </w:r>
      <w:hyperlink r:id="rId10">
        <w:r>
          <w:rPr>
            <w:color w:val="0000EE"/>
            <w:u w:val="single"/>
          </w:rPr>
          <w:t>[2]</w:t>
        </w:r>
      </w:hyperlink>
      <w:r>
        <w:t xml:space="preserve">- Paragraph 7: </w:t>
      </w:r>
      <w:hyperlink r:id="rId11">
        <w:r>
          <w:rPr>
            <w:color w:val="0000EE"/>
            <w:u w:val="single"/>
          </w:rPr>
          <w:t>[3]</w:t>
        </w:r>
      </w:hyperlink>
      <w:r>
        <w:t xml:space="preserve">- Paragraph 8: </w:t>
      </w:r>
      <w:hyperlink r:id="rId12">
        <w:r>
          <w:rPr>
            <w:color w:val="0000EE"/>
            <w:u w:val="single"/>
          </w:rPr>
          <w:t>[4]</w:t>
        </w:r>
      </w:hyperlink>
      <w:r>
        <w:t xml:space="preserve">- Paragraph 9: </w:t>
      </w:r>
      <w:hyperlink r:id="rId13">
        <w:r>
          <w:rPr>
            <w:color w:val="0000EE"/>
            <w:u w:val="single"/>
          </w:rPr>
          <w:t>[5]</w:t>
        </w:r>
      </w:hyperlink>
      <w:r>
        <w:t xml:space="preserve">- Paragraph 10: </w:t>
      </w:r>
      <w:hyperlink r:id="rId12">
        <w:r>
          <w:rPr>
            <w:color w:val="0000EE"/>
            <w:u w:val="single"/>
          </w:rPr>
          <w:t>[4]</w:t>
        </w:r>
      </w:hyperlink>
      <w:r>
        <w:t xml:space="preserve">- Paragraph 11: </w:t>
      </w:r>
      <w:hyperlink r:id="rId13">
        <w:r>
          <w:rPr>
            <w:color w:val="0000EE"/>
            <w:u w:val="single"/>
          </w:rPr>
          <w:t>[5]</w:t>
        </w:r>
      </w:hyperlink>
      <w:r>
        <w:t xml:space="preserve">- Paragraph 12: </w:t>
      </w:r>
      <w:hyperlink r:id="rId10">
        <w:r>
          <w:rPr>
            <w:color w:val="0000EE"/>
            <w:u w:val="single"/>
          </w:rPr>
          <w:t>[2]</w:t>
        </w:r>
      </w:hyperlink>
      <w:r>
        <w:t xml:space="preserve">- Paragraph 13: </w:t>
      </w:r>
      <w:hyperlink r:id="rId11">
        <w:r>
          <w:rPr>
            <w:color w:val="0000EE"/>
            <w:u w:val="single"/>
          </w:rPr>
          <w:t>[3]</w:t>
        </w:r>
      </w:hyperlink>
      <w:r>
        <w:t xml:space="preserve">- Paragraph 14: </w:t>
      </w:r>
      <w:hyperlink r:id="rId12">
        <w:r>
          <w:rPr>
            <w:color w:val="0000EE"/>
            <w:u w:val="single"/>
          </w:rPr>
          <w:t>[4]</w:t>
        </w:r>
      </w:hyperlink>
      <w:r>
        <w:t xml:space="preserve">- Paragraph 15: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https://diva-magazine.com/2026/10/01/6-queer-films-to-watch-this-black-history-month/?utm_source=rss&amp;utm_medium=rss&amp;utm_campaign=6-queer-films-to-watch-this-black-history-month</w:t>
        </w:r>
      </w:hyperlink>
      <w:r>
        <w:t xml:space="preserve"> - Please view link - unable to able to access data</w:t>
      </w:r>
      <w:r/>
    </w:p>
    <w:p>
      <w:pPr>
        <w:pStyle w:val="ListNumber"/>
        <w:spacing w:line="240" w:lineRule="auto"/>
        <w:ind w:left="720"/>
      </w:pPr>
      <w:r/>
      <w:hyperlink r:id="rId10">
        <w:r>
          <w:rPr>
            <w:color w:val="0000EE"/>
            <w:u w:val="single"/>
          </w:rPr>
          <w:t>https://en.wikipedia.org/wiki/The_Aggressives_(2005_American_film)</w:t>
        </w:r>
      </w:hyperlink>
      <w:r>
        <w:t xml:space="preserve"> - 'The Aggressives' is a 2005 American documentary directed by Daniel Peddle, exploring the lives of six masculine-presenting Black individuals in New York City over five years. The film delves into their experiences, aspirations, and challenges, highlighting themes of gender, sexuality, race, and class. The term 'aggressive' refers to masculine-presenting people, notably within the ballroom scene. The documentary has been praised for its insightful portrayal of a marginalized subculture. (</w:t>
      </w:r>
      <w:hyperlink r:id="rId14">
        <w:r>
          <w:rPr>
            <w:color w:val="0000EE"/>
            <w:u w:val="single"/>
          </w:rPr>
          <w:t>en.wikipedia.org</w:t>
        </w:r>
      </w:hyperlink>
      <w:r>
        <w:t>)</w:t>
      </w:r>
      <w:r/>
    </w:p>
    <w:p>
      <w:pPr>
        <w:pStyle w:val="ListNumber"/>
        <w:spacing w:line="240" w:lineRule="auto"/>
        <w:ind w:left="720"/>
      </w:pPr>
      <w:r/>
      <w:hyperlink r:id="rId11">
        <w:r>
          <w:rPr>
            <w:color w:val="0000EE"/>
            <w:u w:val="single"/>
          </w:rPr>
          <w:t>https://www.imdb.com/title/tt0462757</w:t>
        </w:r>
      </w:hyperlink>
      <w:r>
        <w:t xml:space="preserve"> - 'The Aggressives' (2005) is a documentary directed by Daniel Peddle, focusing on a group of 'Aggressives'—masculine-presenting queer people of colour assigned female at birth. Filmed over five years in New York City, the documentary provides an intimate look into their lives, exploring themes of identity, gender, and societal expectations. The film has a rating of 6.9/10 based on 346 user reviews. (</w:t>
      </w:r>
      <w:hyperlink r:id="rId15">
        <w:r>
          <w:rPr>
            <w:color w:val="0000EE"/>
            <w:u w:val="single"/>
          </w:rPr>
          <w:t>imdb.com</w:t>
        </w:r>
      </w:hyperlink>
      <w:r>
        <w:t>)</w:t>
      </w:r>
      <w:r/>
    </w:p>
    <w:p>
      <w:pPr>
        <w:pStyle w:val="ListNumber"/>
        <w:spacing w:line="240" w:lineRule="auto"/>
        <w:ind w:left="720"/>
      </w:pPr>
      <w:r/>
      <w:hyperlink r:id="rId12">
        <w:r>
          <w:rPr>
            <w:color w:val="0000EE"/>
            <w:u w:val="single"/>
          </w:rPr>
          <w:t>https://www.theguardian.com/film/2017/may/28/kiki-review-lgbt-new-york-ballroom-documentary</w:t>
        </w:r>
      </w:hyperlink>
      <w:r>
        <w:t xml:space="preserve"> - 'Kiki' is a 2016 documentary directed by Sara Jordenö, offering an eye-opening look into New York's underground ballroom scene. The film features gay Black and Brown teens who find freedom in dance and drag, highlighting their resilience and creativity. Critics have praised the film for its vibrant portrayal of a subculture that continues to thrive and evolve. (</w:t>
      </w:r>
      <w:hyperlink r:id="rId16">
        <w:r>
          <w:rPr>
            <w:color w:val="0000EE"/>
            <w:u w:val="single"/>
          </w:rPr>
          <w:t>theguardian.com</w:t>
        </w:r>
      </w:hyperlink>
      <w:r>
        <w:t>)</w:t>
      </w:r>
      <w:r/>
    </w:p>
    <w:p>
      <w:pPr>
        <w:pStyle w:val="ListNumber"/>
        <w:spacing w:line="240" w:lineRule="auto"/>
        <w:ind w:left="720"/>
      </w:pPr>
      <w:r/>
      <w:hyperlink r:id="rId13">
        <w:r>
          <w:rPr>
            <w:color w:val="0000EE"/>
            <w:u w:val="single"/>
          </w:rPr>
          <w:t>https://www.imdb.com/title/tt5164214</w:t>
        </w:r>
      </w:hyperlink>
      <w:r>
        <w:t xml:space="preserve"> - 'Kiki' (2016) is a documentary directed by Sara Jordenö, focusing on New York's underground ballroom scene. The film features gay Black and Brown teens who find freedom in dance and drag, highlighting their resilience and creativity. Critics have praised the film for its vibrant portrayal of a subculture that continues to thrive and evolve. (</w:t>
      </w:r>
      <w:hyperlink r:id="rId16">
        <w:r>
          <w:rPr>
            <w:color w:val="0000EE"/>
            <w:u w:val="single"/>
          </w:rPr>
          <w:t>theguardian.com</w:t>
        </w:r>
      </w:hyperlink>
      <w:r>
        <w:t>)</w:t>
      </w:r>
      <w:r/>
    </w:p>
    <w:p>
      <w:pPr>
        <w:pStyle w:val="ListNumber"/>
        <w:spacing w:line="240" w:lineRule="auto"/>
        <w:ind w:left="720"/>
      </w:pPr>
      <w:r/>
      <w:hyperlink r:id="rId12">
        <w:r>
          <w:rPr>
            <w:color w:val="0000EE"/>
            <w:u w:val="single"/>
          </w:rPr>
          <w:t>https://www.theguardian.com/film/2017/may/28/kiki-review-lgbt-new-york-ballroom-documentary</w:t>
        </w:r>
      </w:hyperlink>
      <w:r>
        <w:t xml:space="preserve"> - 'Kiki' is a 2016 documentary directed by Sara Jordenö, offering an eye-opening look into New York's underground ballroom scene. The film features gay Black and Brown teens who find freedom in dance and drag, highlighting their resilience and creativity. Critics have praised the film for its vibrant portrayal of a subculture that continues to thrive and evolve. (</w:t>
      </w:r>
      <w:hyperlink r:id="rId16">
        <w:r>
          <w:rPr>
            <w:color w:val="0000EE"/>
            <w:u w:val="single"/>
          </w:rPr>
          <w:t>theguardian.com</w:t>
        </w:r>
      </w:hyperlink>
      <w:r>
        <w:t>)</w:t>
      </w:r>
      <w:r/>
    </w:p>
    <w:p>
      <w:pPr>
        <w:pStyle w:val="ListNumber"/>
        <w:spacing w:line="240" w:lineRule="auto"/>
        <w:ind w:left="720"/>
      </w:pPr>
      <w:r/>
      <w:hyperlink r:id="rId12">
        <w:r>
          <w:rPr>
            <w:color w:val="0000EE"/>
            <w:u w:val="single"/>
          </w:rPr>
          <w:t>https://www.theguardian.com/film/2017/may/28/kiki-review-lgbt-new-york-ballroom-documentary</w:t>
        </w:r>
      </w:hyperlink>
      <w:r>
        <w:t xml:space="preserve"> - 'Kiki' is a 2016 documentary directed by Sara Jordenö, offering an eye-opening look into New York's underground ballroom scene. The film features gay Black and Brown teens who find freedom in dance and drag, highlighting their resilience and creativity. Critics have praised the film for its vibrant portrayal of a subculture that continues to thrive and evolve. (</w:t>
      </w:r>
      <w:hyperlink r:id="rId16">
        <w:r>
          <w:rPr>
            <w:color w:val="0000EE"/>
            <w:u w:val="single"/>
          </w:rPr>
          <w:t>theguardian.com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1/6-queer-films-to-watch-this-black-history-month/?utm_source=rss&amp;utm_medium=rss&amp;utm_campaign=6-queer-films-to-watch-this-black-history-month" TargetMode="External"/><Relationship Id="rId10" Type="http://schemas.openxmlformats.org/officeDocument/2006/relationships/hyperlink" Target="https://en.wikipedia.org/wiki/The_Aggressives_(2005_American_film)" TargetMode="External"/><Relationship Id="rId11" Type="http://schemas.openxmlformats.org/officeDocument/2006/relationships/hyperlink" Target="https://www.imdb.com/title/tt0462757" TargetMode="External"/><Relationship Id="rId12" Type="http://schemas.openxmlformats.org/officeDocument/2006/relationships/hyperlink" Target="https://www.theguardian.com/film/2017/may/28/kiki-review-lgbt-new-york-ballroom-documentary" TargetMode="External"/><Relationship Id="rId13" Type="http://schemas.openxmlformats.org/officeDocument/2006/relationships/hyperlink" Target="https://www.imdb.com/title/tt5164214" TargetMode="External"/><Relationship Id="rId14" Type="http://schemas.openxmlformats.org/officeDocument/2006/relationships/hyperlink" Target="https://en.wikipedia.org/wiki/The_Aggressives_%282005_American_film%29?utm_source=openai" TargetMode="External"/><Relationship Id="rId15" Type="http://schemas.openxmlformats.org/officeDocument/2006/relationships/hyperlink" Target="https://www.imdb.com/title/tt0462757?utm_source=openai" TargetMode="External"/><Relationship Id="rId16" Type="http://schemas.openxmlformats.org/officeDocument/2006/relationships/hyperlink" Target="https://www.theguardian.com/film/2017/may/28/kiki-review-lgbt-new-york-ballroom-documenta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