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York Pride 2026 impact report reveals record crowds and wider benefits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York Pride into one of the region's biggest free celebrations, with more than 100,000 people visiting the wider York area for the 2026 festival. The event brought colour, community and a noticeable lift for local businesses, while organisers used its latest impact report to set out plans for a greener, more accessible future.</w:t>
      </w:r>
      <w:r/>
    </w:p>
    <w:p>
      <w:pPr>
        <w:pStyle w:val="Heading2"/>
      </w:pPr>
      <w:r>
        <w:t>Essential Takeaways</w:t>
      </w:r>
      <w:r/>
      <w:r/>
    </w:p>
    <w:p>
      <w:pPr>
        <w:pStyle w:val="ListBullet"/>
        <w:spacing w:line="240" w:lineRule="auto"/>
        <w:ind w:left="720"/>
      </w:pPr>
      <w:r/>
      <w:r>
        <w:rPr>
          <w:b/>
        </w:rPr>
        <w:t>Record reach:</w:t>
      </w:r>
      <w:r>
        <w:t xml:space="preserve"> More than 100,000 visitors came to the wider York area around the festival.</w:t>
      </w:r>
      <w:r/>
    </w:p>
    <w:p>
      <w:pPr>
        <w:pStyle w:val="ListBullet"/>
        <w:spacing w:line="240" w:lineRule="auto"/>
        <w:ind w:left="720"/>
      </w:pPr>
      <w:r/>
      <w:r>
        <w:rPr>
          <w:b/>
        </w:rPr>
        <w:t>Free to attend:</w:t>
      </w:r>
      <w:r>
        <w:t xml:space="preserve"> The unticketed event kept its parade and Knavesmire celebrations open to everyone.</w:t>
      </w:r>
      <w:r/>
    </w:p>
    <w:p>
      <w:pPr>
        <w:pStyle w:val="ListBullet"/>
        <w:spacing w:line="240" w:lineRule="auto"/>
        <w:ind w:left="720"/>
      </w:pPr>
      <w:r/>
      <w:r>
        <w:rPr>
          <w:b/>
        </w:rPr>
        <w:t>Bigger programme:</w:t>
      </w:r>
      <w:r>
        <w:t xml:space="preserve"> More than 150 traders, charities and community groups joined three stages, a dance tent and Family Zone.</w:t>
      </w:r>
      <w:r/>
    </w:p>
    <w:p>
      <w:pPr>
        <w:pStyle w:val="ListBullet"/>
        <w:spacing w:line="240" w:lineRule="auto"/>
        <w:ind w:left="720"/>
      </w:pPr>
      <w:r/>
      <w:r>
        <w:rPr>
          <w:b/>
        </w:rPr>
        <w:t>Local boost:</w:t>
      </w:r>
      <w:r>
        <w:t xml:space="preserve"> Hospitality, shops and tourism businesses benefited from increased footfall.</w:t>
      </w:r>
      <w:r/>
    </w:p>
    <w:p>
      <w:pPr>
        <w:pStyle w:val="ListBullet"/>
        <w:spacing w:line="240" w:lineRule="auto"/>
        <w:ind w:left="720"/>
      </w:pPr>
      <w:r/>
      <w:r>
        <w:rPr>
          <w:b/>
        </w:rPr>
        <w:t>Greener direction:</w:t>
      </w:r>
      <w:r>
        <w:t xml:space="preserve"> Digital guides, transport partnerships and improved recycling support a net-zero target for 2030.</w:t>
      </w:r>
      <w:r/>
      <w:r/>
    </w:p>
    <w:p>
      <w:pPr>
        <w:pStyle w:val="Heading2"/>
      </w:pPr>
      <w:r>
        <w:t>York Pride 2026 brought a huge crowd to York</w:t>
      </w:r>
      <w:r/>
    </w:p>
    <w:p>
      <w:r/>
      <w:r>
        <w:t>The scale of York Pride 2026 is hard to miss. More than 100,000 visitors came to the wider York area for the free festival, filling city-centre streets before the celebration moved towards the Knavesmire.</w:t>
      </w:r>
      <w:r/>
    </w:p>
    <w:p>
      <w:r/>
      <w:r>
        <w:t xml:space="preserve">The day began with a colourful parade, then opened out into live entertainment, community stalls and family-friendly activity. York Pride's own event information describes the parade as a central part of the celebration, giving the day an unmistakably public and joyful starting point. </w:t>
      </w:r>
      <w:hyperlink r:id="rId9">
        <w:r>
          <w:rPr>
            <w:color w:val="0000EE"/>
            <w:u w:val="single"/>
          </w:rPr>
          <w:t>[2]</w:t>
        </w:r>
      </w:hyperlink>
      <w:r>
        <w:t xml:space="preserve">, </w:t>
      </w:r>
      <w:hyperlink r:id="rId10">
        <w:r>
          <w:rPr>
            <w:color w:val="0000EE"/>
            <w:u w:val="single"/>
          </w:rPr>
          <w:t>[7]</w:t>
        </w:r>
      </w:hyperlink>
      <w:r/>
    </w:p>
    <w:p>
      <w:r/>
      <w:r>
        <w:t xml:space="preserve">For local businesses, that kind of movement matters. Cafes, restaurants, hotels, shops and attractions all stood to benefit as visitors spent more time in the city, creating the sort of warm, busy atmosphere that York does particularly well. According to the York Press, the event's first official impact report highlights gains across hospitality, retail and tourism. </w:t>
      </w:r>
      <w:hyperlink r:id="rId11">
        <w:r>
          <w:rPr>
            <w:color w:val="0000EE"/>
            <w:u w:val="single"/>
          </w:rPr>
          <w:t>[1]</w:t>
        </w:r>
      </w:hyperlink>
      <w:r>
        <w:t xml:space="preserve">, </w:t>
      </w:r>
      <w:hyperlink r:id="rId12">
        <w:r>
          <w:rPr>
            <w:color w:val="0000EE"/>
            <w:u w:val="single"/>
          </w:rPr>
          <w:t>[3]</w:t>
        </w:r>
      </w:hyperlink>
      <w:r/>
    </w:p>
    <w:p>
      <w:pPr>
        <w:pStyle w:val="Heading2"/>
      </w:pPr>
      <w:r>
        <w:t>A bigger festival, without an entrance fee</w:t>
      </w:r>
      <w:r/>
    </w:p>
    <w:p>
      <w:r/>
      <w:r>
        <w:t>York Pride kept the 2026 festival free and unticketed, despite operational costs rising by more than £150,000. That decision goes beyond convenience: it means people can join the parade or visit the Knavesmire without the price of a ticket becoming a barrier.</w:t>
      </w:r>
      <w:r/>
    </w:p>
    <w:p>
      <w:r/>
      <w:r>
        <w:t xml:space="preserve">The expanded site included more than 150 traders, charities and community groups, alongside three performance stages, a dance tent and a new Family Zone. YorkMix's event coverage positioned the festival as a broad community celebration, while the charity's frequently asked questions provide practical information for visitors planning their day. </w:t>
      </w:r>
      <w:hyperlink r:id="rId9">
        <w:r>
          <w:rPr>
            <w:color w:val="0000EE"/>
            <w:u w:val="single"/>
          </w:rPr>
          <w:t>[2]</w:t>
        </w:r>
      </w:hyperlink>
      <w:r>
        <w:t xml:space="preserve">, </w:t>
      </w:r>
      <w:hyperlink r:id="rId13">
        <w:r>
          <w:rPr>
            <w:color w:val="0000EE"/>
            <w:u w:val="single"/>
          </w:rPr>
          <w:t>[5]</w:t>
        </w:r>
      </w:hyperlink>
      <w:r/>
    </w:p>
    <w:p>
      <w:r/>
      <w:r>
        <w:t xml:space="preserve">That mix is part of the event's appeal. There might be music and dancing at one end of the site, a quiet conversation at another and a child-friendly activity nearby. It feels less like a single show and more like a temporary neighbourhood with a very bright dress code. </w:t>
      </w:r>
      <w:hyperlink r:id="rId13">
        <w:r>
          <w:rPr>
            <w:color w:val="0000EE"/>
            <w:u w:val="single"/>
          </w:rPr>
          <w:t>[5]</w:t>
        </w:r>
      </w:hyperlink>
      <w:r>
        <w:t xml:space="preserve">, </w:t>
      </w:r>
      <w:hyperlink r:id="rId10">
        <w:r>
          <w:rPr>
            <w:color w:val="0000EE"/>
            <w:u w:val="single"/>
          </w:rPr>
          <w:t>[7]</w:t>
        </w:r>
      </w:hyperlink>
      <w:r/>
    </w:p>
    <w:p>
      <w:pPr>
        <w:pStyle w:val="Heading2"/>
      </w:pPr>
      <w:r>
        <w:t>Why the festival matters beyond one Saturday</w:t>
      </w:r>
      <w:r/>
    </w:p>
    <w:p>
      <w:r/>
      <w:r>
        <w:t>The impact report presents York Pride as both a celebration and a contributor to the region's economy. Strong merchandise and wristband sales, sponsorship and partner support helped underpin the event financially, allowing organisers to keep public access free.</w:t>
      </w:r>
      <w:r/>
    </w:p>
    <w:p>
      <w:r/>
      <w:r>
        <w:t xml:space="preserve">Headline backing came from the York &amp; North Yorkshire Combined Authority, with additional support from City of York Council and the University of York. YorkMix reported the mayor's involvement as a significant development for the festival, while the university has continued to connect Pride with wider work on equality and inclusion. </w:t>
      </w:r>
      <w:hyperlink r:id="rId12">
        <w:r>
          <w:rPr>
            <w:color w:val="0000EE"/>
            <w:u w:val="single"/>
          </w:rPr>
          <w:t>[3]</w:t>
        </w:r>
      </w:hyperlink>
      <w:r>
        <w:t xml:space="preserve">, </w:t>
      </w:r>
      <w:hyperlink r:id="rId14">
        <w:r>
          <w:rPr>
            <w:color w:val="0000EE"/>
            <w:u w:val="single"/>
          </w:rPr>
          <w:t>[4]</w:t>
        </w:r>
      </w:hyperlink>
      <w:r/>
    </w:p>
    <w:p>
      <w:r/>
      <w:r>
        <w:t xml:space="preserve">That institutional support also sends a useful signal. Pride is no longer being treated simply as a colourful date in the events calendar; it's increasingly recognised as part of York's civic identity, visitor economy and year-round conversation about belonging. </w:t>
      </w:r>
      <w:hyperlink r:id="rId12">
        <w:r>
          <w:rPr>
            <w:color w:val="0000EE"/>
            <w:u w:val="single"/>
          </w:rPr>
          <w:t>[3]</w:t>
        </w:r>
      </w:hyperlink>
      <w:r>
        <w:t xml:space="preserve">, </w:t>
      </w:r>
      <w:hyperlink r:id="rId14">
        <w:r>
          <w:rPr>
            <w:color w:val="0000EE"/>
            <w:u w:val="single"/>
          </w:rPr>
          <w:t>[4]</w:t>
        </w:r>
      </w:hyperlink>
      <w:r/>
    </w:p>
    <w:p>
      <w:pPr>
        <w:pStyle w:val="Heading2"/>
      </w:pPr>
      <w:r>
        <w:t>York Pride is sharpening its sustainability plans</w:t>
      </w:r>
      <w:r/>
    </w:p>
    <w:p>
      <w:r/>
      <w:r>
        <w:t>The 2026 festival also made progress on environmental improvements. Organisers replaced printed guides with digital information, introduced sustainable transport partnerships and strengthened recycling arrangements.</w:t>
      </w:r>
      <w:r/>
    </w:p>
    <w:p>
      <w:r/>
      <w:r>
        <w:t xml:space="preserve">York Pride's sustainability information sets out the charity's longer-term environmental ambitions, including a goal of reaching net zero for the event by 2030. The changes may sound small individually, but removing paper guides across a very large festival and improving waste systems can add up quickly. </w:t>
      </w:r>
      <w:hyperlink r:id="rId15">
        <w:r>
          <w:rPr>
            <w:color w:val="0000EE"/>
            <w:u w:val="single"/>
          </w:rPr>
          <w:t>[6]</w:t>
        </w:r>
      </w:hyperlink>
      <w:r/>
    </w:p>
    <w:p>
      <w:r/>
      <w:r>
        <w:t xml:space="preserve">For visitors, the practical message is straightforward: check digital event information before travelling, consider public transport or shared travel where possible and use the recycling facilities provided. The greener festival is likely to be the more convenient festival too, with fewer scraps of paper blowing around the site and clearer information available on a phone. </w:t>
      </w:r>
      <w:hyperlink r:id="rId13">
        <w:r>
          <w:rPr>
            <w:color w:val="0000EE"/>
            <w:u w:val="single"/>
          </w:rPr>
          <w:t>[5]</w:t>
        </w:r>
      </w:hyperlink>
      <w:r>
        <w:t xml:space="preserve">, </w:t>
      </w:r>
      <w:hyperlink r:id="rId15">
        <w:r>
          <w:rPr>
            <w:color w:val="0000EE"/>
            <w:u w:val="single"/>
          </w:rPr>
          <w:t>[6]</w:t>
        </w:r>
      </w:hyperlink>
      <w:r/>
    </w:p>
    <w:p>
      <w:pPr>
        <w:pStyle w:val="Heading2"/>
      </w:pPr>
      <w:r>
        <w:t>What comes next for York Pride?</w:t>
      </w:r>
      <w:r/>
    </w:p>
    <w:p>
      <w:r/>
      <w:r>
        <w:t xml:space="preserve">Organisers say the success of 2026 will provide a platform for broader outreach, stronger environmental action and continued advocacy. The charity's work extends beyond the annual festival, focusing on equality, diversity and reducing discrimination based on sexual orientation and gender identity. </w:t>
      </w:r>
      <w:hyperlink r:id="rId14">
        <w:r>
          <w:rPr>
            <w:color w:val="0000EE"/>
            <w:u w:val="single"/>
          </w:rPr>
          <w:t>[4]</w:t>
        </w:r>
      </w:hyperlink>
      <w:r>
        <w:t xml:space="preserve">, </w:t>
      </w:r>
      <w:hyperlink r:id="rId13">
        <w:r>
          <w:rPr>
            <w:color w:val="0000EE"/>
            <w:u w:val="single"/>
          </w:rPr>
          <w:t>[5]</w:t>
        </w:r>
      </w:hyperlink>
      <w:r/>
    </w:p>
    <w:p>
      <w:r/>
      <w:r>
        <w:t>That wider purpose is worth remembering when the bunting comes down. A large crowd creates visibility, but the quieter work that follows, including community support, awareness and conversations about safety, is what gives the event lasting weight.</w:t>
      </w:r>
      <w:r/>
    </w:p>
    <w:p>
      <w:r/>
      <w:r>
        <w:t xml:space="preserve">York Pride's impact report offers a snapshot of a festival growing in size and confidence. The next challenge will be maintaining that open, welcoming spirit while managing crowds, costs and carbon more carefully. </w:t>
      </w:r>
      <w:hyperlink r:id="rId11">
        <w:r>
          <w:rPr>
            <w:color w:val="0000EE"/>
            <w:u w:val="single"/>
          </w:rPr>
          <w:t>[1]</w:t>
        </w:r>
      </w:hyperlink>
      <w:r>
        <w:t xml:space="preserve">, </w:t>
      </w:r>
      <w:hyperlink r:id="rId15">
        <w:r>
          <w:rPr>
            <w:color w:val="0000EE"/>
            <w:u w:val="single"/>
          </w:rPr>
          <w:t>[6]</w:t>
        </w:r>
      </w:hyperlink>
      <w:r/>
    </w:p>
    <w:p>
      <w:r/>
      <w:r>
        <w:t>It's a small city with a very big Pride, and 2026 suggests the celebration is still gathering momentum.</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[1]</w:t>
        </w:r>
      </w:hyperlink>
      <w:r>
        <w:t xml:space="preserve">, </w:t>
      </w:r>
      <w:hyperlink r:id="rId12">
        <w:r>
          <w:rPr>
            <w:color w:val="0000EE"/>
            <w:u w:val="single"/>
          </w:rPr>
          <w:t>[3]</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0">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[4]</w:t>
        </w:r>
      </w:hyperlink>
      <w:r>
        <w:t xml:space="preserve">- Paragraph 6: </w:t>
      </w:r>
      <w:hyperlink r:id="rId12">
        <w:r>
          <w:rPr>
            <w:color w:val="0000EE"/>
            <w:u w:val="single"/>
          </w:rPr>
          <w:t>[3]</w:t>
        </w:r>
      </w:hyperlink>
      <w:r>
        <w:t xml:space="preserve">, </w:t>
      </w:r>
      <w:hyperlink r:id="rId14">
        <w:r>
          <w:rPr>
            <w:color w:val="0000EE"/>
            <w:u w:val="single"/>
          </w:rPr>
          <w:t>[4]</w:t>
        </w:r>
      </w:hyperlink>
      <w:r>
        <w:t xml:space="preserve">- Paragraph 7: </w:t>
      </w:r>
      <w:hyperlink r:id="rId15">
        <w:r>
          <w:rPr>
            <w:color w:val="0000EE"/>
            <w:u w:val="single"/>
          </w:rPr>
          <w:t>[6]</w:t>
        </w:r>
      </w:hyperlink>
      <w:r>
        <w:t xml:space="preserve">- Paragraph 8: </w:t>
      </w:r>
      <w:hyperlink r:id="rId13">
        <w:r>
          <w:rPr>
            <w:color w:val="0000EE"/>
            <w:u w:val="single"/>
          </w:rPr>
          <w:t>[5]</w:t>
        </w:r>
      </w:hyperlink>
      <w:r>
        <w:t xml:space="preserve">, </w:t>
      </w:r>
      <w:hyperlink r:id="rId15">
        <w:r>
          <w:rPr>
            <w:color w:val="0000EE"/>
            <w:u w:val="single"/>
          </w:rPr>
          <w:t>[6]</w:t>
        </w:r>
      </w:hyperlink>
      <w:r>
        <w:t xml:space="preserve">- Paragraph 9: </w:t>
      </w:r>
      <w:hyperlink r:id="rId14">
        <w:r>
          <w:rPr>
            <w:color w:val="0000EE"/>
            <w:u w:val="single"/>
          </w:rPr>
          <w:t>[4]</w:t>
        </w:r>
      </w:hyperlink>
      <w:r>
        <w:t xml:space="preserve">, </w:t>
      </w:r>
      <w:hyperlink r:id="rId13">
        <w:r>
          <w:rPr>
            <w:color w:val="0000EE"/>
            <w:u w:val="single"/>
          </w:rPr>
          <w:t>[5]</w:t>
        </w:r>
      </w:hyperlink>
      <w:r>
        <w:t xml:space="preserve">- Paragraph 10: </w:t>
      </w:r>
      <w:hyperlink r:id="rId11">
        <w:r>
          <w:rPr>
            <w:color w:val="0000EE"/>
            <w:u w:val="single"/>
          </w:rPr>
          <w:t>[1]</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https://www.yorkpress.co.uk/news/26591785.york-pride-2026-draws-record-crowds-knavesmire/?ref=rss</w:t>
        </w:r>
      </w:hyperlink>
      <w:r>
        <w:t xml:space="preserve"> - Please view link - unable to able to access data</w:t>
      </w:r>
      <w:r/>
    </w:p>
    <w:p>
      <w:pPr>
        <w:pStyle w:val="ListNumber"/>
        <w:spacing w:line="240" w:lineRule="auto"/>
        <w:ind w:left="720"/>
      </w:pPr>
      <w:r/>
      <w:hyperlink r:id="rId9">
        <w:r>
          <w:rPr>
            <w:color w:val="0000EE"/>
            <w:u w:val="single"/>
          </w:rPr>
          <w:t>https://www.yorkmix.com/york-pride-2026-heres-everything-you-need-to-know</w:t>
        </w:r>
      </w:hyperlink>
      <w:r>
        <w:t xml:space="preserve"> - This article provides comprehensive details about York Pride 2026, scheduled for Saturday, 30 May. It highlights the day's events, including a pre-Pride party at Thor’s Tipi on Parliament Street, live DJ sets, games, and prizes. The main festival at the Knavesmire features family-friendly activities, music, entertainment, food, and drink. The article also offers information on parade participation, sponsorship opportunities, and how to get involved, ensuring attendees are well-prepared for the celebration.</w:t>
      </w:r>
      <w:r/>
    </w:p>
    <w:p>
      <w:pPr>
        <w:pStyle w:val="ListNumber"/>
        <w:spacing w:line="240" w:lineRule="auto"/>
        <w:ind w:left="720"/>
      </w:pPr>
      <w:r/>
      <w:hyperlink r:id="rId12">
        <w:r>
          <w:rPr>
            <w:color w:val="0000EE"/>
            <w:u w:val="single"/>
          </w:rPr>
          <w:t>https://www.yorkmix.com/a-wonderful-event-mayor-becomes-lead-sponsor-of-york-pride</w:t>
        </w:r>
      </w:hyperlink>
      <w:r>
        <w:t xml:space="preserve"> - The article reports that the Mayor of York and North Yorkshire Combined Authority have become the main partner and sponsor for York Pride 2026, investing £22,000 through the Vibrant and Sustainable High Street Fund. This support aims to enhance the event's scale and impact, marking a significant collaboration between local government and the LGBTQ+ community to celebrate diversity and inclusion in the region.</w:t>
      </w:r>
      <w:r/>
    </w:p>
    <w:p>
      <w:pPr>
        <w:pStyle w:val="ListNumber"/>
        <w:spacing w:line="240" w:lineRule="auto"/>
        <w:ind w:left="720"/>
      </w:pPr>
      <w:r/>
      <w:hyperlink r:id="rId14">
        <w:r>
          <w:rPr>
            <w:color w:val="0000EE"/>
            <w:u w:val="single"/>
          </w:rPr>
          <w:t>https://www.york.ac.uk/about/equality/news-events/2026/pride-month/</w:t>
        </w:r>
      </w:hyperlink>
      <w:r>
        <w:t xml:space="preserve"> - The University of York announces its participation in Pride Month 2026, emphasizing its commitment to supporting LGBTQ+ staff and students. The university is a Silver sponsor of the York Pride Parade, which takes place on Saturday, 30 May. The article details the parade route, assembly points, and encourages community involvement, reflecting the university's dedication to fostering an inclusive environment.</w:t>
      </w:r>
      <w:r/>
    </w:p>
    <w:p>
      <w:pPr>
        <w:pStyle w:val="ListNumber"/>
        <w:spacing w:line="240" w:lineRule="auto"/>
        <w:ind w:left="720"/>
      </w:pPr>
      <w:r/>
      <w:hyperlink r:id="rId13">
        <w:r>
          <w:rPr>
            <w:color w:val="0000EE"/>
            <w:u w:val="single"/>
          </w:rPr>
          <w:t>https://www.yorkpride.org.uk/frequently-asked-questions/</w:t>
        </w:r>
      </w:hyperlink>
      <w:r>
        <w:t xml:space="preserve"> - This FAQ page provides essential information about York Pride 2026, including event dates, locations, and participation details. It confirms that the festival is free to attend, thanks to donations, wristband sales, sponsors, and volunteers. The page also outlines the parade schedule, assembly points, and encourages attendees to join in the celebration of equality and LGBTQ+ human rights.</w:t>
      </w:r>
      <w:r/>
    </w:p>
    <w:p>
      <w:pPr>
        <w:pStyle w:val="ListNumber"/>
        <w:spacing w:line="240" w:lineRule="auto"/>
        <w:ind w:left="720"/>
      </w:pPr>
      <w:r/>
      <w:hyperlink r:id="rId15">
        <w:r>
          <w:rPr>
            <w:color w:val="0000EE"/>
            <w:u w:val="single"/>
          </w:rPr>
          <w:t>https://www.yorkpride.org.uk/sustainability/</w:t>
        </w:r>
      </w:hyperlink>
      <w:r>
        <w:t xml:space="preserve"> - York Pride outlines its commitment to sustainability, focusing on financial sustainability, community engagement, and environmental awareness. The organization aims to align with global LGBTQ+ community values by embedding sustainability in all aspects of the event, ensuring it remains accessible and inclusive for all attendees.</w:t>
      </w:r>
      <w:r/>
    </w:p>
    <w:p>
      <w:pPr>
        <w:pStyle w:val="ListNumber"/>
        <w:spacing w:line="240" w:lineRule="auto"/>
        <w:ind w:left="720"/>
      </w:pPr>
      <w:r/>
      <w:hyperlink r:id="rId10">
        <w:r>
          <w:rPr>
            <w:color w:val="0000EE"/>
            <w:u w:val="single"/>
          </w:rPr>
          <w:t>https://www.yorkpride.org.uk/parade-with-pride/</w:t>
        </w:r>
      </w:hyperlink>
      <w:r>
        <w:t xml:space="preserve"> - This page provides detailed information about the York Pride Parade, including assembly points, route, and timings. It emphasizes the parade's role as a vibrant statement of community and a march for equality and LGBTQ+ human rights, inviting attendees to join in the celebration of diversity and inclusion.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rkmix.com/york-pride-2026-heres-everything-you-need-to-know" TargetMode="External"/><Relationship Id="rId10" Type="http://schemas.openxmlformats.org/officeDocument/2006/relationships/hyperlink" Target="https://www.yorkpride.org.uk/parade-with-pride/" TargetMode="External"/><Relationship Id="rId11" Type="http://schemas.openxmlformats.org/officeDocument/2006/relationships/hyperlink" Target="https://www.yorkpress.co.uk/news/26591785.york-pride-2026-draws-record-crowds-knavesmire/?ref=rss" TargetMode="External"/><Relationship Id="rId12" Type="http://schemas.openxmlformats.org/officeDocument/2006/relationships/hyperlink" Target="https://www.yorkmix.com/a-wonderful-event-mayor-becomes-lead-sponsor-of-york-pride" TargetMode="External"/><Relationship Id="rId13" Type="http://schemas.openxmlformats.org/officeDocument/2006/relationships/hyperlink" Target="https://www.yorkpride.org.uk/frequently-asked-questions/" TargetMode="External"/><Relationship Id="rId14" Type="http://schemas.openxmlformats.org/officeDocument/2006/relationships/hyperlink" Target="https://www.york.ac.uk/about/equality/news-events/2026/pride-month/" TargetMode="External"/><Relationship Id="rId15" Type="http://schemas.openxmlformats.org/officeDocument/2006/relationships/hyperlink" Target="https://www.yorkpride.org.uk/sustaina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