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Waking Up Feels Like More Than Simply Being Awake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exploring the meaning of “awake” will find a word that sits between biology, language and personal experience. From the brain’s gradual morning reboot to its older cultural meanings, being awake can describe alertness, awareness and a surprisingly rich state of mind.</w:t>
      </w:r>
      <w:r/>
    </w:p>
    <w:p>
      <w:pPr>
        <w:pStyle w:val="Heading2"/>
      </w:pPr>
      <w:r>
        <w:t>Essential Takeaways</w:t>
      </w:r>
      <w:r/>
      <w:r/>
    </w:p>
    <w:p>
      <w:pPr>
        <w:pStyle w:val="ListBullet"/>
        <w:spacing w:line="240" w:lineRule="auto"/>
        <w:ind w:left="720"/>
      </w:pPr>
      <w:r/>
      <w:r>
        <w:rPr>
          <w:b/>
        </w:rPr>
        <w:t>Awake is more than conscious:</w:t>
      </w:r>
      <w:r>
        <w:t xml:space="preserve"> The word can describe physical alertness, mental attention or emotional awareness.</w:t>
      </w:r>
      <w:r/>
    </w:p>
    <w:p>
      <w:pPr>
        <w:pStyle w:val="ListBullet"/>
        <w:spacing w:line="240" w:lineRule="auto"/>
        <w:ind w:left="720"/>
      </w:pPr>
      <w:r/>
      <w:r>
        <w:rPr>
          <w:b/>
        </w:rPr>
        <w:t>Waking happens in stages:</w:t>
      </w:r>
      <w:r>
        <w:t xml:space="preserve"> The brain doesn’t always switch from sleep to full focus instantly.</w:t>
      </w:r>
      <w:r/>
    </w:p>
    <w:p>
      <w:pPr>
        <w:pStyle w:val="ListBullet"/>
        <w:spacing w:line="240" w:lineRule="auto"/>
        <w:ind w:left="720"/>
      </w:pPr>
      <w:r/>
      <w:r>
        <w:rPr>
          <w:b/>
        </w:rPr>
        <w:t>Language carries history:</w:t>
      </w:r>
      <w:r>
        <w:t xml:space="preserve"> “Awake” has deep roots in older Germanic words linked with watchfulness.</w:t>
      </w:r>
      <w:r/>
    </w:p>
    <w:p>
      <w:pPr>
        <w:pStyle w:val="ListBullet"/>
        <w:spacing w:line="240" w:lineRule="auto"/>
        <w:ind w:left="720"/>
      </w:pPr>
      <w:r/>
      <w:r>
        <w:rPr>
          <w:b/>
        </w:rPr>
        <w:t>Context changes the meaning:</w:t>
      </w:r>
      <w:r>
        <w:t xml:space="preserve"> Someone can be awake physically but distracted, dreamlike or emotionally distant.</w:t>
      </w:r>
      <w:r/>
    </w:p>
    <w:p>
      <w:pPr>
        <w:pStyle w:val="ListBullet"/>
        <w:spacing w:line="240" w:lineRule="auto"/>
        <w:ind w:left="720"/>
      </w:pPr>
      <w:r/>
      <w:r>
        <w:rPr>
          <w:b/>
        </w:rPr>
        <w:t>Awareness matters:</w:t>
      </w:r>
      <w:r>
        <w:t xml:space="preserve"> In literature and culture, awakening often suggests discovery, change or renewed understanding.</w:t>
      </w:r>
      <w:r/>
      <w:r/>
    </w:p>
    <w:p>
      <w:pPr>
        <w:pStyle w:val="Heading2"/>
      </w:pPr>
      <w:r>
        <w:t>“Awake” describes a state, not just a moment</w:t>
      </w:r>
      <w:r/>
    </w:p>
    <w:p>
      <w:r/>
      <w:r>
        <w:t>There’s a particular strangeness to opening your eyes before the rest of the day has arrived. The room is familiar, but your thoughts still feel soft around the edges. You’re awake, technically, yet full alertness may be several minutes away.</w:t>
      </w:r>
      <w:r/>
    </w:p>
    <w:p>
      <w:r/>
      <w:r>
        <w:t>According to Collins Dictionary and Vocabulary.com, “awake” can function both as an adjective and a verb. It may mean not sleeping, but it can also suggest being attentive, conscious or mentally aware. That makes it a flexible little word, equally at home in a bedroom, a classroom or a discussion about social change.</w:t>
      </w:r>
      <w:r/>
    </w:p>
    <w:p>
      <w:pPr>
        <w:pStyle w:val="Heading2"/>
      </w:pPr>
      <w:r>
        <w:t>The brain’s morning reboot is gradual</w:t>
      </w:r>
      <w:r/>
    </w:p>
    <w:p>
      <w:r/>
      <w:r>
        <w:t>Modern neuroscience helps explain why waking up can feel uneven. Live Science reports that the brain moves through a transition in which sleep-related processes ease back while attention, memory and sensory awareness become more active.</w:t>
      </w:r>
      <w:r/>
    </w:p>
    <w:p>
      <w:r/>
      <w:r>
        <w:t>That’s why an alarm can produce a curious halfway state. Your eyes may be open, but your judgement is still buffering, and the first cup of tea is doing more work than anyone likes to admit. Sleep quality, circadian timing and the stage of sleep from which you’re roused can all influence how quickly you feel properly alert.</w:t>
      </w:r>
      <w:r/>
    </w:p>
    <w:p>
      <w:pPr>
        <w:pStyle w:val="Heading2"/>
      </w:pPr>
      <w:r>
        <w:t>Where did the word come from?</w:t>
      </w:r>
      <w:r/>
    </w:p>
    <w:p>
      <w:r/>
      <w:r>
        <w:t>The history of “awake” points towards ideas of watchfulness and consciousness. Etymonline traces the word through older Germanic forms, while Lexic.us records related senses centred on being out of sleep or in a state of awareness.</w:t>
      </w:r>
      <w:r/>
    </w:p>
    <w:p>
      <w:r/>
      <w:r>
        <w:t>That history is revealing because the word has long carried more weight than its simplest definition. To be awake can mean keeping watch, noticing what others overlook or refusing to drift passively through events. A small everyday term becomes a doorway into questions about attention and responsibility.</w:t>
      </w:r>
      <w:r/>
    </w:p>
    <w:p>
      <w:pPr>
        <w:pStyle w:val="Heading2"/>
      </w:pPr>
      <w:r>
        <w:t>Awake versus wake: a useful distinction</w:t>
      </w:r>
      <w:r/>
    </w:p>
    <w:p>
      <w:r/>
      <w:r>
        <w:t>“Wake” and “awake” overlap, but they don’t always do the same job. As Difference Wiki explains, “wake” commonly refers to the act of becoming conscious after sleep, while “awake” describes the resulting condition. In ordinary conversation, though, the boundaries are pleasantly loose.</w:t>
      </w:r>
      <w:r/>
    </w:p>
    <w:p>
      <w:r/>
      <w:r>
        <w:t>You might wake at six and remain barely awake until seven. That difference is useful, especially when talking about routines, fatigue or concentration. It also captures a familiar truth: consciousness isn’t an on-off switch, but a dimmer that gradually brightens.</w:t>
      </w:r>
      <w:r/>
    </w:p>
    <w:p>
      <w:pPr>
        <w:pStyle w:val="Heading2"/>
      </w:pPr>
      <w:r>
        <w:t>Why awakening carries emotional meaning</w:t>
      </w:r>
      <w:r/>
    </w:p>
    <w:p>
      <w:r/>
      <w:r>
        <w:t>In art, literature and political language, awakening often signals a change in understanding. Someone may awaken to injustice, identity, love or a new sense of purpose. The physical act of opening one’s eyes becomes a metaphor for finally seeing what was already there.</w:t>
      </w:r>
      <w:r/>
    </w:p>
    <w:p>
      <w:r/>
      <w:r>
        <w:t>That broader meaning helps explain the lasting appeal of the word. Being awake isn’t merely about avoiding sleep; it can suggest curiosity, alertness and a willingness to meet the world honestly. Some mornings, that feels ambitious. On others, it starts with noticing the light on the wall.</w:t>
      </w:r>
      <w:r/>
    </w:p>
    <w:p>
      <w:r/>
      <w:r>
        <w:t>It’s a simple word, but “awake” leaves plenty of room for thought.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5">
        <w:r>
          <w:rPr>
            <w:color w:val="0000EE"/>
            <w:u w:val="single"/>
          </w:rPr>
          <w:t>[7]</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Paragraph 8: </w:t>
      </w:r>
      <w:hyperlink r:id="rId13">
        <w:r>
          <w:rPr>
            <w:color w:val="0000EE"/>
            <w:u w:val="single"/>
          </w:rPr>
          <w:t>[3]</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3">
        <w:r>
          <w:rPr>
            <w:color w:val="0000EE"/>
            <w:u w:val="single"/>
          </w:rPr>
          <w:t>[3]</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[3]</w:t>
        </w:r>
      </w:hyperlink>
      <w:r>
        <w:t xml:space="preserve">, </w:t>
      </w:r>
      <w:hyperlink r:id="rId14">
        <w:r>
          <w:rPr>
            <w:color w:val="0000EE"/>
            <w:u w:val="single"/>
          </w:rPr>
          <w:t>[6]</w:t>
        </w:r>
      </w:hyperlink>
      <w:r>
        <w:t xml:space="preserve">- Paragraph 15: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https://closetprofessor.blogspot.com/2026/09/some-approximation-of-awake.html</w:t>
        </w:r>
      </w:hyperlink>
      <w:r>
        <w:t xml:space="preserve"> - Please view link - unable to able to access data</w:t>
      </w:r>
      <w:r/>
    </w:p>
    <w:p>
      <w:pPr>
        <w:pStyle w:val="ListNumber"/>
        <w:spacing w:line="240" w:lineRule="auto"/>
        <w:ind w:left="720"/>
      </w:pPr>
      <w:r/>
      <w:hyperlink r:id="rId10">
        <w:r>
          <w:rPr>
            <w:color w:val="0000EE"/>
            <w:u w:val="single"/>
          </w:rPr>
          <w:t>https://www.livescience.com/health/neuroscience/how-do-our-brains-wake-up</w:t>
        </w:r>
      </w:hyperlink>
      <w:r>
        <w:t xml:space="preserve"> - This article explores the gradual process by which our brains transition from sleep to wakefulness. It explains that wakefulness is characterised by faster and more flexible brain activity compared to sleep. The transition is initiated by subcortical brain regions, particularly the reticular activating system (RAS), which activates the thalamus and then the cerebral cortex. The article also discusses the phenomenon of sleep inertia, the grogginess felt upon waking, and how internal and external cues influence when the brain wakes.</w:t>
      </w:r>
      <w:r/>
    </w:p>
    <w:p>
      <w:pPr>
        <w:pStyle w:val="ListNumber"/>
        <w:spacing w:line="240" w:lineRule="auto"/>
        <w:ind w:left="720"/>
      </w:pPr>
      <w:r/>
      <w:hyperlink r:id="rId13">
        <w:r>
          <w:rPr>
            <w:color w:val="0000EE"/>
            <w:u w:val="single"/>
          </w:rPr>
          <w:t>https://www.etymonline.com/kr/word/awake</w:t>
        </w:r>
      </w:hyperlink>
      <w:r>
        <w:t xml:space="preserve"> - This entry from the Online Etymology Dictionary provides the origin and historical development of the word 'awake'. It traces the term back to Middle English, where it was a merger of two Old English verbs: 'awæcnan', meaning 'to wake up', and 'awacian', meaning 'to be awake'. The article delves into the linguistic roots and evolution of the word, offering insights into its usage and meaning over time.</w:t>
      </w:r>
      <w:r/>
    </w:p>
    <w:p>
      <w:pPr>
        <w:pStyle w:val="ListNumber"/>
        <w:spacing w:line="240" w:lineRule="auto"/>
        <w:ind w:left="720"/>
      </w:pPr>
      <w:r/>
      <w:hyperlink r:id="rId11">
        <w:r>
          <w:rPr>
            <w:color w:val="0000EE"/>
            <w:u w:val="single"/>
          </w:rPr>
          <w:t>https://www.collinsdictionary.com/us/dictionary/english/awake</w:t>
        </w:r>
      </w:hyperlink>
      <w:r>
        <w:t xml:space="preserve"> - Collins English Dictionary defines 'awake' as both an adjective and a verb. As an adjective, it describes someone who is not sleeping, such as in the sentence 'I don't stay awake at night worrying about that.' As a verb, it means to rouse from sleep or to become alert. The entry also provides the word's etymology, linking it to Old English 'awacian' and 'awacan', meaning 'to wake up' and 'to be awake', respectively.</w:t>
      </w:r>
      <w:r/>
    </w:p>
    <w:p>
      <w:pPr>
        <w:pStyle w:val="ListNumber"/>
        <w:spacing w:line="240" w:lineRule="auto"/>
        <w:ind w:left="720"/>
      </w:pPr>
      <w:r/>
      <w:hyperlink r:id="rId12">
        <w:r>
          <w:rPr>
            <w:color w:val="0000EE"/>
            <w:u w:val="single"/>
          </w:rPr>
          <w:t>https://www.vocabulary.com/dictionary/awake</w:t>
        </w:r>
      </w:hyperlink>
      <w:r>
        <w:t xml:space="preserve"> - Vocabulary.com defines 'awake' as being conscious and aware of one's surroundings, not asleep. The entry explains that when you're awake, you're alert and aware of your surroundings. It also provides the word's pronunciation and traces its origins to Old English 'awæcnan', meaning 'to arise', and 'awacian', meaning 'to revive'. The article offers examples of the word's usage in sentences to illustrate its meaning.</w:t>
      </w:r>
      <w:r/>
    </w:p>
    <w:p>
      <w:pPr>
        <w:pStyle w:val="ListNumber"/>
        <w:spacing w:line="240" w:lineRule="auto"/>
        <w:ind w:left="720"/>
      </w:pPr>
      <w:r/>
      <w:hyperlink r:id="rId14">
        <w:r>
          <w:rPr>
            <w:color w:val="0000EE"/>
            <w:u w:val="single"/>
          </w:rPr>
          <w:t>https://www.lexic.us/definition-of/awake</w:t>
        </w:r>
      </w:hyperlink>
      <w:r>
        <w:t xml:space="preserve"> - Lexic.us provides definitions of 'awake' as both a verb and an adjective. As a verb, it means to stop sleeping, as in 'She woke up to the sound of the alarm clock.' As an adjective, it describes someone who is not in a state of sleep; completely conscious, such as in 'Still not fully awake.' The entry also lists synonyms and related words, offering a comprehensive understanding of the term.</w:t>
      </w:r>
      <w:r/>
    </w:p>
    <w:p>
      <w:pPr>
        <w:pStyle w:val="ListNumber"/>
        <w:spacing w:line="240" w:lineRule="auto"/>
        <w:ind w:left="720"/>
      </w:pPr>
      <w:r/>
      <w:hyperlink r:id="rId15">
        <w:r>
          <w:rPr>
            <w:color w:val="0000EE"/>
            <w:u w:val="single"/>
          </w:rPr>
          <w:t>https://www.difference.wiki/awake-vs-wake/</w:t>
        </w:r>
      </w:hyperlink>
      <w:r>
        <w:t xml:space="preserve"> - This article discusses the differences between 'awake' and 'wake'. It explains that 'awake' primarily describes a state of not being asleep, indicating alertness and consciousness, whereas 'wake' is a verb that means to stop sleeping or to rouse someone from sleep. The article also highlights the usage of 'awake' as both a verb and an adjective, and 'wake' predominantly as a verb, providing examples to illustrate the distinctions.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some-approximation-of-awake.html" TargetMode="External"/><Relationship Id="rId10" Type="http://schemas.openxmlformats.org/officeDocument/2006/relationships/hyperlink" Target="https://www.livescience.com/health/neuroscience/how-do-our-brains-wake-up" TargetMode="External"/><Relationship Id="rId11" Type="http://schemas.openxmlformats.org/officeDocument/2006/relationships/hyperlink" Target="https://www.collinsdictionary.com/us/dictionary/english/awake" TargetMode="External"/><Relationship Id="rId12" Type="http://schemas.openxmlformats.org/officeDocument/2006/relationships/hyperlink" Target="https://www.vocabulary.com/dictionary/awake" TargetMode="External"/><Relationship Id="rId13" Type="http://schemas.openxmlformats.org/officeDocument/2006/relationships/hyperlink" Target="https://www.etymonline.com/kr/word/awake" TargetMode="External"/><Relationship Id="rId14" Type="http://schemas.openxmlformats.org/officeDocument/2006/relationships/hyperlink" Target="https://www.lexic.us/definition-of/awake" TargetMode="External"/><Relationship Id="rId15" Type="http://schemas.openxmlformats.org/officeDocument/2006/relationships/hyperlink" Target="https://www.difference.wiki/awake-vs-wak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