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Immortality: Vienna Exhibition Reimagines Death and Mourning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Vienna's Queer Museum can explore alternative approaches to death, grief and remembrance in a new free exhibition at the Otto Wagner Areal. Running from 2 October to 24 January 2027, the show asks how queer communities can create farewell rituals that reflect chosen families, complex identities and lives lived beyond convention.</w:t>
      </w:r>
      <w:r/>
    </w:p>
    <w:p>
      <w:pPr>
        <w:pStyle w:val="Heading2"/>
      </w:pPr>
      <w:r>
        <w:t>Essential Takeaways</w:t>
      </w:r>
      <w:r/>
      <w:r/>
    </w:p>
    <w:p>
      <w:pPr>
        <w:pStyle w:val="ListBullet"/>
        <w:spacing w:line="240" w:lineRule="auto"/>
        <w:ind w:left="720"/>
      </w:pPr>
      <w:r/>
      <w:r>
        <w:rPr>
          <w:b/>
        </w:rPr>
        <w:t>A different view of mourning:</w:t>
      </w:r>
      <w:r>
        <w:t xml:space="preserve"> The exhibition examines how queer communities remember loved ones and challenge inherited funeral traditions.</w:t>
      </w:r>
      <w:r/>
    </w:p>
    <w:p>
      <w:pPr>
        <w:pStyle w:val="ListBullet"/>
        <w:spacing w:line="240" w:lineRule="auto"/>
        <w:ind w:left="720"/>
      </w:pPr>
      <w:r/>
      <w:r>
        <w:rPr>
          <w:b/>
        </w:rPr>
        <w:t>Art meets mortality:</w:t>
      </w:r>
      <w:r>
        <w:t xml:space="preserve"> Multimedia works explore grief, memorials, burial spaces and the uneasy boundary between life and death.</w:t>
      </w:r>
      <w:r/>
    </w:p>
    <w:p>
      <w:pPr>
        <w:pStyle w:val="ListBullet"/>
        <w:spacing w:line="240" w:lineRule="auto"/>
        <w:ind w:left="720"/>
      </w:pPr>
      <w:r/>
      <w:r>
        <w:rPr>
          <w:b/>
        </w:rPr>
        <w:t>Drag enters the funeral home:</w:t>
      </w:r>
      <w:r>
        <w:t xml:space="preserve"> A web series imagines drag queens working in death care, with a deliberately provocative twist.</w:t>
      </w:r>
      <w:r/>
    </w:p>
    <w:p>
      <w:pPr>
        <w:pStyle w:val="ListBullet"/>
        <w:spacing w:line="240" w:lineRule="auto"/>
        <w:ind w:left="720"/>
      </w:pPr>
      <w:r/>
      <w:r>
        <w:rPr>
          <w:b/>
        </w:rPr>
        <w:t>Free entry in Vienna:</w:t>
      </w:r>
      <w:r>
        <w:t xml:space="preserve"> The exhibition runs from Thursday to Sunday, 2pm to 6pm, at the Otto Wagner Areal.</w:t>
      </w:r>
      <w:r/>
    </w:p>
    <w:p>
      <w:pPr>
        <w:pStyle w:val="ListBullet"/>
        <w:spacing w:line="240" w:lineRule="auto"/>
        <w:ind w:left="720"/>
      </w:pPr>
      <w:r/>
      <w:r>
        <w:rPr>
          <w:b/>
        </w:rPr>
        <w:t>A striking setting:</w:t>
      </w:r>
      <w:r>
        <w:t xml:space="preserve"> The former hospital complex adds an atmospheric, slightly uncanny backdrop to the show.</w:t>
      </w:r>
      <w:r/>
      <w:r/>
    </w:p>
    <w:p>
      <w:pPr>
        <w:pStyle w:val="Heading2"/>
      </w:pPr>
      <w:r>
        <w:t>Why queer mourning needs its own conversation</w:t>
      </w:r>
      <w:r/>
    </w:p>
    <w:p>
      <w:r/>
      <w:r>
        <w:t>Death can pull people back into family structures that may not have recognised their lives in the first place. That tension sits at the centre of Queer Immortality, which considers what happens when a queer person’s chosen community is separated from them at the very moment rituals and decisions matter most.</w:t>
      </w:r>
      <w:r/>
    </w:p>
    <w:p>
      <w:r/>
      <w:r>
        <w:t>The exhibition argues that conventional ceremonies don't always fit queer realities. According to the Queer Museum Vienna, its focus is on collective remembrance, mortality and the possibility of farewells shaped by the people who formed a person’s real social world. It’s a thoughtful premise, and one that feels increasingly relevant as ideas of family continue to broaden.</w:t>
      </w:r>
      <w:r/>
    </w:p>
    <w:p>
      <w:pPr>
        <w:pStyle w:val="Heading2"/>
      </w:pPr>
      <w:r>
        <w:t>Artworks that make grief collective</w:t>
      </w:r>
      <w:r/>
    </w:p>
    <w:p>
      <w:r/>
      <w:r>
        <w:t>Rather than treating mourning as a private, solemn exercise, the exhibition presents it as something shared and socially shaped. Artists including Peter Kozek, Heti Prack and Siggi Sekira explore grief as a collective experience, while other works consider memorial spaces and the uneasy status of bodies, objects and memories.</w:t>
      </w:r>
      <w:r/>
    </w:p>
    <w:p>
      <w:r/>
      <w:r>
        <w:t>Julia Fuchs looks at the art depot as an in-between place, suspended between preservation and disappearance. Danielle Pamp also turns towards the question of immortality, giving the exhibition room to move beyond straightforward sadness. The result sounds less like a conventional memorial show and more like a conversation about who gets remembered, and on whose terms.</w:t>
      </w:r>
      <w:r/>
    </w:p>
    <w:p>
      <w:pPr>
        <w:pStyle w:val="Heading2"/>
      </w:pPr>
      <w:r>
        <w:t>Drag queens, horror extras and a sharper sense of humour</w:t>
      </w:r>
      <w:r/>
    </w:p>
    <w:p>
      <w:r/>
      <w:r>
        <w:t xml:space="preserve">The exhibition isn't afraid of a little theatricality. Berivan Sayici and Luis Javier Murillo's web series, </w:t>
      </w:r>
      <w:r>
        <w:rPr>
          <w:i/>
        </w:rPr>
        <w:t>Just Gorgeous - Beauty for Dead People</w:t>
      </w:r>
      <w:r>
        <w:t>, imagines drag queens working in funeral care, bringing glamour, performance and an intentionally cheeky energy to a subject usually treated with hushed seriousness.</w:t>
      </w:r>
      <w:r/>
    </w:p>
    <w:p>
      <w:r/>
      <w:r>
        <w:t>The collective Heathers takes another playful route, focusing on the background characters in horror films - the people who tend to be dispatched first. It’s a witty device, but it also points towards a bigger question: whose lives are treated as central, and whose deaths are barely noticed?</w:t>
      </w:r>
      <w:r/>
    </w:p>
    <w:p>
      <w:pPr>
        <w:pStyle w:val="Heading2"/>
      </w:pPr>
      <w:r>
        <w:t>A Vienna exhibition in an unusually atmospheric setting</w:t>
      </w:r>
      <w:r/>
    </w:p>
    <w:p>
      <w:r/>
      <w:r>
        <w:t>Queer Immortality is being staged at the Otto Wagner Areal, a historic complex whose grand architecture and institutional past give the subject extra weight. The location is far from a neutral white gallery, so visitors can expect the surroundings to become part of the experience, even before they encounter the artworks.</w:t>
      </w:r>
      <w:r/>
    </w:p>
    <w:p>
      <w:r/>
      <w:r>
        <w:t>The show is presented by the Queer Museum Vienna, founded in 2020, and continues the institution’s interest in queer histories, identities and alternative futures. Here, the future is imagined through remembrance: not simply living differently, but leaving room for different ways to say goodbye.</w:t>
      </w:r>
      <w:r/>
    </w:p>
    <w:p>
      <w:pPr>
        <w:pStyle w:val="Heading2"/>
      </w:pPr>
      <w:r>
        <w:t>Plan your visit to Queer Immortality</w:t>
      </w:r>
      <w:r/>
    </w:p>
    <w:p>
      <w:r/>
      <w:r>
        <w:t>The exhibition runs from 2 October 2026 to 24 January 2027 at the Queer Museum Vienna, Otto-Wagner-Areal, C-Gebäude, Baumgartner Höhe 1. It’s open Thursday to Sunday from 2pm to 6pm, and admission is free, making it an easy addition to a Vienna culture weekend.</w:t>
      </w:r>
      <w:r/>
    </w:p>
    <w:p>
      <w:r/>
      <w:r>
        <w:t>Allow time to take in both the exhibition and the surrounding site. This is the kind of show that may stay with you after you leave, particularly if you’ve ever wondered whether familiar rituals truly make space for everyone.</w:t>
      </w:r>
      <w:r/>
    </w:p>
    <w:p>
      <w:r/>
      <w:r>
        <w:t>A more inclusive goodbye can begin with asking who gets to define remembrance.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4">
        <w:r>
          <w:rPr>
            <w:color w:val="0000EE"/>
            <w:u w:val="single"/>
          </w:rPr>
          <w:t>[6]</w:t>
        </w:r>
      </w:hyperlink>
      <w:r>
        <w:t xml:space="preserve">, </w:t>
      </w:r>
      <w:hyperlink r:id="rId10">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0">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w:t>
      </w:r>
      <w:hyperlink r:id="rId10">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https://www.sn.at/kultur/allgemein/queer-museum-vienna-erkundet-alternative-zugaenge-zum-tod-art-675751</w:t>
        </w:r>
      </w:hyperlink>
      <w:r>
        <w:t xml:space="preserve"> - Please view link - unable to able to access data</w:t>
      </w:r>
      <w:r/>
    </w:p>
    <w:p>
      <w:pPr>
        <w:pStyle w:val="ListNumber"/>
        <w:spacing w:line="240" w:lineRule="auto"/>
        <w:ind w:left="720"/>
      </w:pPr>
      <w:r/>
      <w:hyperlink r:id="rId9">
        <w:r>
          <w:rPr>
            <w:color w:val="0000EE"/>
            <w:u w:val="single"/>
          </w:rPr>
          <w:t>https://www.sn.at/kultur/allgemein/queer-museum-vienna-erkundet-alternative-zugaenge-zum-tod-art-675751</w:t>
        </w:r>
      </w:hyperlink>
      <w:r>
        <w:t xml:space="preserve"> - The Queer Museum Vienna, established in 2020, is exploring alternative approaches to death and mourning in its new exhibition titled 'Queer Immortality – Der Tod muss ein</w:t>
      </w:r>
      <w:r>
        <w:rPr>
          <w:i/>
        </w:rPr>
        <w:t>e nichtbinäre</w:t>
      </w:r>
      <w:r>
        <w:t>r Wiener*in sein'. The exhibition, opening on October 2, 2026, at the Otto-Wagner-Areal, delves into queer mourning rituals and alternative ways of dealing with death and mortality, aiming to avoid traditional patterns. It features works by artists such as Peter Kozek, Heti Prack, Siggi Sekira, Julia Fuchs, and Danielle Pamp, who address themes of collective mourning and the concept of immortality. The exhibition also includes the web series 'Just Gorgeous – Beauty for Dead People' by Berivan Sayici and Luis Javier Murillo, which portrays drag queens working in the funeral industry, and the collective Heathers, who focus on secondary characters in horror films, often the first to die. The exhibition runs from October 2, 2026, to January 24, 2027, at the Otto-Wagner-Areal, C-Gebäude, Baumgartner Höhe 1, with free admission on Thursdays to Sundays from 2 pm to 6 pm.</w:t>
      </w:r>
      <w:r/>
    </w:p>
    <w:p>
      <w:pPr>
        <w:pStyle w:val="ListNumber"/>
        <w:spacing w:line="240" w:lineRule="auto"/>
        <w:ind w:left="720"/>
      </w:pPr>
      <w:r/>
      <w:hyperlink r:id="rId11">
        <w:r>
          <w:rPr>
            <w:color w:val="0000EE"/>
            <w:u w:val="single"/>
          </w:rPr>
          <w:t>https://www.owa-wien.at/das-areal/detail/queer-museum-vienna</w:t>
        </w:r>
      </w:hyperlink>
      <w:r>
        <w:t xml:space="preserve"> - The Queer Museum Vienna is a non-profit, self-organised collective dedicated to the visibility and promotion of queer art and culture. It aims to create an open, inclusive space where queer narratives are visible, and marginalised artistic positions find a platform. The museum is located in Pavillon C, Stiege 2, at the Otto-Wagner-Areal, Baumgartner Höhe 1/Pavillon12, A-1140 Vienna. (</w:t>
      </w:r>
      <w:hyperlink r:id="rId15">
        <w:r>
          <w:rPr>
            <w:color w:val="0000EE"/>
            <w:u w:val="single"/>
          </w:rPr>
          <w:t>owa-wien.at</w:t>
        </w:r>
      </w:hyperlink>
      <w:r>
        <w:t>)</w:t>
      </w:r>
      <w:r/>
    </w:p>
    <w:p>
      <w:pPr>
        <w:pStyle w:val="ListNumber"/>
        <w:spacing w:line="240" w:lineRule="auto"/>
        <w:ind w:left="720"/>
      </w:pPr>
      <w:r/>
      <w:hyperlink r:id="rId12">
        <w:r>
          <w:rPr>
            <w:color w:val="0000EE"/>
            <w:u w:val="single"/>
          </w:rPr>
          <w:t>https://buzz.city/en/vienna/event/falter-queer-museum-queer-immortality</w:t>
        </w:r>
      </w:hyperlink>
      <w:r>
        <w:t xml:space="preserve"> - 'Queer Immortality' is an exhibition at the Queer Museum Vienna, opening on October 1, 2026. The exhibition explores identity and permanence through a queer lens, with the opening event on October 1, 2026, at 6 pm. The exhibition runs from October 2 to November 29, 2026, with specific dates and times. The Queer Museum is located at Baumgartner Höhe 1, 1140 Vienna, in the 14th district. The nearest public transport stop is Otto-Wagner-Areal (48A, 47A), approximately 50 meters away. (</w:t>
      </w:r>
      <w:hyperlink r:id="rId16">
        <w:r>
          <w:rPr>
            <w:color w:val="0000EE"/>
            <w:u w:val="single"/>
          </w:rPr>
          <w:t>buzz.city</w:t>
        </w:r>
      </w:hyperlink>
      <w:r>
        <w:t>)</w:t>
      </w:r>
      <w:r/>
    </w:p>
    <w:p>
      <w:pPr>
        <w:pStyle w:val="ListNumber"/>
        <w:spacing w:line="240" w:lineRule="auto"/>
        <w:ind w:left="720"/>
      </w:pPr>
      <w:r/>
      <w:hyperlink r:id="rId13">
        <w:r>
          <w:rPr>
            <w:color w:val="0000EE"/>
            <w:u w:val="single"/>
          </w:rPr>
          <w:t>https://www.esel.at/de/event/queer-immortality--034WZGyJ0blfg84HpeuVrY</w:t>
        </w:r>
      </w:hyperlink>
      <w:r>
        <w:t xml:space="preserve"> - 'Queer Immortality' is a multimedia art exhibition at the Queer Museum Vienna, exploring queer forms of remembrance and different perspectives on life, death, and transience. The exhibition features works by artists such as Peter Kozek, Heti Prack, Siggi Sekira, Julia Fuchs, and Danielle Pamp, addressing themes of collective mourning and immortality. The exhibition runs from October 2, 2026, to January 24, 2027, at the Otto-Wagner-Areal, C-Gebäude, Baumgartner Höhe 1, with free admission on Thursdays to Sundays from 2 pm to 6 pm. (</w:t>
      </w:r>
      <w:hyperlink r:id="rId17">
        <w:r>
          <w:rPr>
            <w:color w:val="0000EE"/>
            <w:u w:val="single"/>
          </w:rPr>
          <w:t>esel.at</w:t>
        </w:r>
      </w:hyperlink>
      <w:r>
        <w:t>)</w:t>
      </w:r>
      <w:r/>
    </w:p>
    <w:p>
      <w:pPr>
        <w:pStyle w:val="ListNumber"/>
        <w:spacing w:line="240" w:lineRule="auto"/>
        <w:ind w:left="720"/>
      </w:pPr>
      <w:r/>
      <w:hyperlink r:id="rId14">
        <w:r>
          <w:rPr>
            <w:color w:val="0000EE"/>
            <w:u w:val="single"/>
          </w:rPr>
          <w:t>https://www.musemap.art/en/vienna/whats-on/exhibitions/queermuseumvienna-imagining-queer-utopia</w:t>
        </w:r>
      </w:hyperlink>
      <w:r>
        <w:t xml:space="preserve"> - 'Imagining Queer Utopia' is an exhibition at the Queer Museum Vienna, challenging fixed notions of self and reality. The exhibition features works by artists such as Zula Tuvshinbat, Krzysztof Gil, and Carlos Motta, exploring fluid identity, desire, and ecological entanglement through multidisciplinary art. The exhibition invites visitors to dismantle oppressive structures and envision new possibilities for communal life. (</w:t>
      </w:r>
      <w:hyperlink r:id="rId18">
        <w:r>
          <w:rPr>
            <w:color w:val="0000EE"/>
            <w:u w:val="single"/>
          </w:rPr>
          <w:t>musemap.art</w:t>
        </w:r>
      </w:hyperlink>
      <w:r>
        <w:t>)</w:t>
      </w:r>
      <w:r/>
    </w:p>
    <w:p>
      <w:pPr>
        <w:pStyle w:val="ListNumber"/>
        <w:spacing w:line="240" w:lineRule="auto"/>
        <w:ind w:left="720"/>
      </w:pPr>
      <w:r/>
      <w:hyperlink r:id="rId10">
        <w:r>
          <w:rPr>
            <w:color w:val="0000EE"/>
            <w:u w:val="single"/>
          </w:rPr>
          <w:t>https://wienholding.at/news/neue-ausstellung-im-queer-museum-vienna-am-otto-wagner-areal</w:t>
        </w:r>
      </w:hyperlink>
      <w:r>
        <w:t xml:space="preserve"> - The Queer Museum Vienna has launched a new exhibition titled 'Is Queer Political?' at the Otto-Wagner-Areal. The exhibition explores the societal implications and potential impacts of queer cultural production on an international level, analysing and critiquing patriarchal normativity, hegemonic hierarchies, and capitalist structures. The exhibition is part of the long-term development of the Otto-Wagner-Areal, managed by the Wien Holding subsidiary WSE Standortentwicklung GmbH. (</w:t>
      </w:r>
      <w:hyperlink r:id="rId19">
        <w:r>
          <w:rPr>
            <w:color w:val="0000EE"/>
            <w:u w:val="single"/>
          </w:rPr>
          <w:t>wienholding.at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n.at/kultur/allgemein/queer-museum-vienna-erkundet-alternative-zugaenge-zum-tod-art-675751" TargetMode="External"/><Relationship Id="rId10" Type="http://schemas.openxmlformats.org/officeDocument/2006/relationships/hyperlink" Target="https://wienholding.at/news/neue-ausstellung-im-queer-museum-vienna-am-otto-wagner-areal" TargetMode="External"/><Relationship Id="rId11" Type="http://schemas.openxmlformats.org/officeDocument/2006/relationships/hyperlink" Target="https://www.owa-wien.at/das-areal/detail/queer-museum-vienna" TargetMode="External"/><Relationship Id="rId12" Type="http://schemas.openxmlformats.org/officeDocument/2006/relationships/hyperlink" Target="https://buzz.city/en/vienna/event/falter-queer-museum-queer-immortality" TargetMode="External"/><Relationship Id="rId13" Type="http://schemas.openxmlformats.org/officeDocument/2006/relationships/hyperlink" Target="https://www.esel.at/de/event/queer-immortality--034WZGyJ0blfg84HpeuVrY" TargetMode="External"/><Relationship Id="rId14" Type="http://schemas.openxmlformats.org/officeDocument/2006/relationships/hyperlink" Target="https://www.musemap.art/en/vienna/whats-on/exhibitions/queermuseumvienna-imagining-queer-utopia" TargetMode="External"/><Relationship Id="rId15" Type="http://schemas.openxmlformats.org/officeDocument/2006/relationships/hyperlink" Target="https://www.owa-wien.at/das-areal/detail/queer-museum-vienna?utm_source=openai" TargetMode="External"/><Relationship Id="rId16" Type="http://schemas.openxmlformats.org/officeDocument/2006/relationships/hyperlink" Target="https://buzz.city/en/vienna/event/falter-queer-museum-queer-immortality?utm_source=openai" TargetMode="External"/><Relationship Id="rId17" Type="http://schemas.openxmlformats.org/officeDocument/2006/relationships/hyperlink" Target="https://www.esel.at/de/event/queer-immortality--034WZGyJ0blfg84HpeuVrY?utm_source=openai" TargetMode="External"/><Relationship Id="rId18" Type="http://schemas.openxmlformats.org/officeDocument/2006/relationships/hyperlink" Target="https://www.musemap.art/en/vienna/whats-on/exhibitions/queermuseumvienna-imagining-queer-utopia?utm_source=openai" TargetMode="External"/><Relationship Id="rId19" Type="http://schemas.openxmlformats.org/officeDocument/2006/relationships/hyperlink" Target="https://wienholding.at/news/neue-ausstellung-im-queer-museum-vienna-am-otto-wagner-area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