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Pride in London 2027 date confirmed for the capital's parade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Pride in London will return on Saturday 3 July 2027, giving LGBTQ+ communities, allies and visitors plenty of time to plan for one of the capital's biggest free celebrations. Following a huge 2026 event, organisers are expected to reveal details on applications, volunteering, stages and participation in the months ahead.</w:t>
      </w:r>
      <w:r/>
    </w:p>
    <w:p>
      <w:pPr>
        <w:pStyle w:val="Heading2"/>
      </w:pPr>
      <w:r>
        <w:t>Essential Takeaways</w:t>
      </w:r>
      <w:r/>
      <w:r/>
    </w:p>
    <w:p>
      <w:pPr>
        <w:pStyle w:val="ListBullet"/>
        <w:spacing w:line="240" w:lineRule="auto"/>
        <w:ind w:left="720"/>
      </w:pPr>
      <w:r/>
      <w:r>
        <w:rPr>
          <w:b/>
        </w:rPr>
        <w:t>Save the date:</w:t>
      </w:r>
      <w:r>
        <w:t xml:space="preserve"> Pride in London 2027 is scheduled for Saturday 3 July.</w:t>
      </w:r>
      <w:r/>
    </w:p>
    <w:p>
      <w:pPr>
        <w:pStyle w:val="ListBullet"/>
        <w:spacing w:line="240" w:lineRule="auto"/>
        <w:ind w:left="720"/>
      </w:pPr>
      <w:r/>
      <w:r>
        <w:rPr>
          <w:b/>
        </w:rPr>
        <w:t>A huge turnout:</w:t>
      </w:r>
      <w:r>
        <w:t xml:space="preserve"> The 2026 celebration drew around 1.8 million spectators and 25,250 parade participants.</w:t>
      </w:r>
      <w:r/>
    </w:p>
    <w:p>
      <w:pPr>
        <w:pStyle w:val="ListBullet"/>
        <w:spacing w:line="240" w:lineRule="auto"/>
        <w:ind w:left="720"/>
      </w:pPr>
      <w:r/>
      <w:r>
        <w:rPr>
          <w:b/>
        </w:rPr>
        <w:t>More than a parade:</w:t>
      </w:r>
      <w:r>
        <w:t xml:space="preserve"> Six stages hosted performers and speakers across central London.</w:t>
      </w:r>
      <w:r/>
    </w:p>
    <w:p>
      <w:pPr>
        <w:pStyle w:val="ListBullet"/>
        <w:spacing w:line="240" w:lineRule="auto"/>
        <w:ind w:left="720"/>
      </w:pPr>
      <w:r/>
      <w:r>
        <w:rPr>
          <w:b/>
        </w:rPr>
        <w:t>Plans are still coming:</w:t>
      </w:r>
      <w:r>
        <w:t xml:space="preserve"> Parade applications, volunteering and participation details will be announced later.</w:t>
      </w:r>
      <w:r/>
    </w:p>
    <w:p>
      <w:pPr>
        <w:pStyle w:val="ListBullet"/>
        <w:spacing w:line="240" w:lineRule="auto"/>
        <w:ind w:left="720"/>
      </w:pPr>
      <w:r/>
      <w:r>
        <w:rPr>
          <w:b/>
        </w:rPr>
        <w:t>A serious purpose:</w:t>
      </w:r>
      <w:r>
        <w:t xml:space="preserve"> The event continues to spotlight allyship, trans rights and rising anti-LGBTQ+ hate.</w:t>
      </w:r>
      <w:r/>
      <w:r/>
    </w:p>
    <w:p>
      <w:pPr>
        <w:pStyle w:val="Heading2"/>
      </w:pPr>
      <w:r>
        <w:t>London Pride 2027 has an official date</w:t>
      </w:r>
      <w:r/>
    </w:p>
    <w:p>
      <w:r/>
      <w:r>
        <w:t>The diary-friendly news is finally here: Pride in London 2027 will take place on Saturday 3 July. That gives visitors, community groups and businesses a useful head start, particularly those travelling into the capital or hoping to join the parade rather than watch from the sidelines.</w:t>
      </w:r>
      <w:r/>
    </w:p>
    <w:p>
      <w:r/>
      <w:r>
        <w:t xml:space="preserve">Pride in London is free to attend, but the scale of the occasion means planning matters. Central streets become busy quickly, public transport can feel packed and the best viewing spots tend to disappear well before the first procession arrives. Visit London lists the celebration among the capital's major annual events, making it one to watch when organising a summer weekend away. </w:t>
      </w:r>
      <w:hyperlink r:id="rId9">
        <w:r>
          <w:rPr>
            <w:color w:val="0000EE"/>
            <w:u w:val="single"/>
          </w:rPr>
          <w:t>[4]</w:t>
        </w:r>
      </w:hyperlink>
      <w:r/>
    </w:p>
    <w:p>
      <w:r/>
      <w:r>
        <w:t xml:space="preserve">For now, organisers haven't released the full programme. Details about parade applications, volunteering opportunities, stages and ways to participate are expected over the coming weeks and months, so prospective attendees should keep an eye on official updates rather than relying on old schedules. </w:t>
      </w:r>
      <w:hyperlink r:id="rId10">
        <w:r>
          <w:rPr>
            <w:color w:val="0000EE"/>
            <w:u w:val="single"/>
          </w:rPr>
          <w:t>[2]</w:t>
        </w:r>
      </w:hyperlink>
      <w:r/>
    </w:p>
    <w:p>
      <w:pPr>
        <w:pStyle w:val="Heading2"/>
      </w:pPr>
      <w:r>
        <w:t>Why the 2026 celebration set a high bar</w:t>
      </w:r>
      <w:r/>
    </w:p>
    <w:p>
      <w:r/>
      <w:r>
        <w:t>Pride in London 2026 brought approximately 1.8 million spectators and 25,250 people into the parade, creating a colourful, noisy and distinctly joyful presence across the city. The event took place on Saturday 4 July under the theme "Many Voices. One Front", which focused on solidarity between generations within the LGBTQ+ community.</w:t>
      </w:r>
      <w:r/>
    </w:p>
    <w:p>
      <w:r/>
      <w:r>
        <w:t xml:space="preserve">Six stages added to the sense that this was far more than a procession passing through central London. Trafalgar Square hosted headline performances from MNEK and Gossip's Beth Ditto, alongside rising performer Meek and speakers representing different parts of the community. ITV's coverage also highlighted the event's broad public reach and its importance in London's summer calendar. </w:t>
      </w:r>
      <w:hyperlink r:id="rId11">
        <w:r>
          <w:rPr>
            <w:color w:val="0000EE"/>
            <w:u w:val="single"/>
          </w:rPr>
          <w:t>[3]</w:t>
        </w:r>
      </w:hyperlink>
      <w:r/>
    </w:p>
    <w:p>
      <w:r/>
      <w:r>
        <w:t>That scale can be thrilling, but it can also be overwhelming. If you're attending with friends, choose a meeting point away from the busiest streets, carry water and agree what to do if phone signals become unreliable. A little preparation leaves more room for the good stuff: music in the distance, bright flags overhead and that unmistakable communal buzz.</w:t>
      </w:r>
      <w:r/>
    </w:p>
    <w:p>
      <w:pPr>
        <w:pStyle w:val="Heading2"/>
      </w:pPr>
      <w:r>
        <w:t>The parade's message remains sharply relevant</w:t>
      </w:r>
      <w:r/>
    </w:p>
    <w:p>
      <w:r/>
      <w:r>
        <w:t>Pride's celebratory side is important, but the 2026 event also arrived amid concern over trans rights, anti-LGBTQ+ hate crime and the disappearance of queer venues. That tension gave the day an emotional edge, with celebration and protest sharing the same streets.</w:t>
      </w:r>
      <w:r/>
    </w:p>
    <w:p>
      <w:r/>
      <w:r>
        <w:t xml:space="preserve">London Mayor Sadiq Khan told Attitude that people in positions of power shouldn't use the trans community as a "political football". He also stressed the value of allyship and described LGBTQ+ communities standing together as central to the year's theme. </w:t>
      </w:r>
      <w:hyperlink r:id="rId10">
        <w:r>
          <w:rPr>
            <w:color w:val="0000EE"/>
            <w:u w:val="single"/>
          </w:rPr>
          <w:t>[2]</w:t>
        </w:r>
      </w:hyperlink>
      <w:r/>
    </w:p>
    <w:p>
      <w:r/>
      <w:r>
        <w:t>That message is likely to remain part of the conversation in 2027. Pride works best when the glitter and the politics aren't treated as opposites: one creates visibility and joy, while the other keeps attention on the rights and safety issues that brought people together in the first place.</w:t>
      </w:r>
      <w:r/>
    </w:p>
    <w:p>
      <w:pPr>
        <w:pStyle w:val="Heading2"/>
      </w:pPr>
      <w:r>
        <w:t>How to plan for Pride in London 2027</w:t>
      </w:r>
      <w:r/>
    </w:p>
    <w:p>
      <w:r/>
      <w:r>
        <w:t>The most useful first step is to decide what sort of day you want. Parade spectators may prefer a central viewing position, while families, first-time visitors and anyone seeking a calmer experience could look for stage events or community activities away from the densest crowds.</w:t>
      </w:r>
      <w:r/>
    </w:p>
    <w:p>
      <w:r/>
      <w:r>
        <w:t xml:space="preserve">Londonist's practical guide to Pride in London recommends checking the latest route, transport advice and event information before travelling, as road closures and station changes can affect even familiar journeys. Comfortable shoes are a sensible choice too. Pride is a walking event in every sense, and stylish footwear can become a surprisingly painful souvenir. </w:t>
      </w:r>
      <w:hyperlink r:id="rId12">
        <w:r>
          <w:rPr>
            <w:color w:val="0000EE"/>
            <w:u w:val="single"/>
          </w:rPr>
          <w:t>[6]</w:t>
        </w:r>
      </w:hyperlink>
      <w:r/>
    </w:p>
    <w:p>
      <w:r/>
      <w:r>
        <w:t xml:space="preserve">If you want to participate officially, wait for the 2027 application information rather than assuming last year's arrangements will carry over. Groups should also consider accessibility, stewarding, rest breaks and how they'll support members who may find large crowds difficult. The NHS East London Foundation Trust's account of its Pride involvement underlines how workplaces and organisations can take part in a visible, supportive way. </w:t>
      </w:r>
      <w:hyperlink r:id="rId13">
        <w:r>
          <w:rPr>
            <w:color w:val="0000EE"/>
            <w:u w:val="single"/>
          </w:rPr>
          <w:t>[5]</w:t>
        </w:r>
      </w:hyperlink>
      <w:r/>
    </w:p>
    <w:p>
      <w:pPr>
        <w:pStyle w:val="Heading2"/>
      </w:pPr>
      <w:r>
        <w:t>Expect more details as the summer approaches</w:t>
      </w:r>
      <w:r/>
    </w:p>
    <w:p>
      <w:r/>
      <w:r>
        <w:t>The announcement gives the 2027 celebration a clear anchor, but the shape of the event will emerge gradually. Organisers still need to confirm applications, performers, speakers, stages, volunteering and practical guidance, while visitors will want to know the route and transport arrangements closer to the date.</w:t>
      </w:r>
      <w:r/>
    </w:p>
    <w:p>
      <w:r/>
      <w:r>
        <w:t xml:space="preserve">Other UK Pride organisers are also looking ahead to 2027, with events such as Liverpool Pride discussing new approaches centred on community involvement. That wider shift suggests audiences increasingly want celebrations that feel locally rooted, representative and useful beyond one spectacular day. </w:t>
      </w:r>
      <w:hyperlink r:id="rId14">
        <w:r>
          <w:rPr>
            <w:color w:val="0000EE"/>
            <w:u w:val="single"/>
          </w:rPr>
          <w:t>[7]</w:t>
        </w:r>
      </w:hyperlink>
      <w:r/>
    </w:p>
    <w:p>
      <w:r/>
      <w:r>
        <w:t>For London, the challenge will be balancing enormous public demand with the personal, community-led spirit that makes Pride meaningful. After such a substantial 2026 turnout, expectations will be high, but the most memorable moments may still be the simplest ones: a shared chant, a supportive stranger or a flag lifted above the crowd.</w:t>
      </w:r>
      <w:r/>
    </w:p>
    <w:p>
      <w:r/>
      <w:r>
        <w:t>Mark 3 July 2027 now, then watch for the practical details that will turn the date into a plan.</w:t>
      </w:r>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[4]</w:t>
        </w:r>
      </w:hyperlink>
      <w:r>
        <w:t xml:space="preserve">- Paragraph 2: </w:t>
      </w:r>
      <w:hyperlink r:id="rId11">
        <w:r>
          <w:rPr>
            <w:color w:val="0000EE"/>
            <w:u w:val="single"/>
          </w:rPr>
          <w:t>[3]</w:t>
        </w:r>
      </w:hyperlink>
      <w:r>
        <w:t xml:space="preserve">, </w:t>
      </w:r>
      <w:hyperlink r:id="rId9">
        <w:r>
          <w:rPr>
            <w:color w:val="0000EE"/>
            <w:u w:val="single"/>
          </w:rPr>
          <w:t>[4]</w:t>
        </w:r>
      </w:hyperlink>
      <w:r>
        <w:t xml:space="preserve">- Paragraph 3: </w:t>
      </w:r>
      <w:hyperlink r:id="rId10">
        <w:r>
          <w:rPr>
            <w:color w:val="0000EE"/>
            <w:u w:val="single"/>
          </w:rPr>
          <w:t>[2]</w:t>
        </w:r>
      </w:hyperlink>
      <w:r>
        <w:t xml:space="preserve">, </w:t>
      </w:r>
      <w:hyperlink r:id="rId12">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1">
        <w:r>
          <w:rPr>
            <w:color w:val="0000EE"/>
            <w:u w:val="single"/>
          </w:rPr>
          <w:t>[3]</w:t>
        </w:r>
      </w:hyperlink>
      <w:r>
        <w:t xml:space="preserve">, </w:t>
      </w:r>
      <w:hyperlink r:id="rId9">
        <w:r>
          <w:rPr>
            <w:color w:val="0000EE"/>
            <w:u w:val="single"/>
          </w:rPr>
          <w:t>[4]</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4">
        <w:r>
          <w:rPr>
            <w:color w:val="0000EE"/>
            <w:u w:val="single"/>
          </w:rPr>
          <w:t>[7]</w:t>
        </w:r>
      </w:hyperlink>
      <w:r>
        <w:t xml:space="preserve">- Paragraph 8: </w:t>
      </w:r>
      <w:hyperlink r:id="rId12">
        <w:r>
          <w:rPr>
            <w:color w:val="0000EE"/>
            <w:u w:val="single"/>
          </w:rPr>
          <w:t>[6]</w:t>
        </w:r>
      </w:hyperlink>
      <w:r>
        <w:t xml:space="preserve">- Paragraph 9: </w:t>
      </w:r>
      <w:hyperlink r:id="rId13">
        <w:r>
          <w:rPr>
            <w:color w:val="0000EE"/>
            <w:u w:val="single"/>
          </w:rPr>
          <w:t>[5]</w:t>
        </w:r>
      </w:hyperlink>
      <w:r>
        <w:t xml:space="preserve">, </w:t>
      </w:r>
      <w:hyperlink r:id="rId12">
        <w:r>
          <w:rPr>
            <w:color w:val="0000EE"/>
            <w:u w:val="single"/>
          </w:rPr>
          <w:t>[6]</w:t>
        </w:r>
      </w:hyperlink>
      <w:r>
        <w:t xml:space="preserve">- Paragraph 10: </w:t>
      </w:r>
      <w:hyperlink r:id="rId10">
        <w:r>
          <w:rPr>
            <w:color w:val="0000EE"/>
            <w:u w:val="single"/>
          </w:rPr>
          <w:t>[2]</w:t>
        </w:r>
      </w:hyperlink>
      <w:r>
        <w:t xml:space="preserve">, </w:t>
      </w:r>
      <w:hyperlink r:id="rId14">
        <w:r>
          <w:rPr>
            <w:color w:val="0000EE"/>
            <w:u w:val="single"/>
          </w:rPr>
          <w:t>[7]</w:t>
        </w:r>
      </w:hyperlink>
      <w:r>
        <w:t xml:space="preserve">- Paragraph 11: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https://www.attitude.co.uk/news/pride-in-london-confirms-date-for-2027-parade-535816/</w:t>
        </w:r>
      </w:hyperlink>
      <w:r>
        <w:t xml:space="preserve"> - Please view link - unable to able to access data</w:t>
      </w:r>
      <w:r/>
    </w:p>
    <w:p>
      <w:pPr>
        <w:pStyle w:val="ListNumber"/>
        <w:spacing w:line="240" w:lineRule="auto"/>
        <w:ind w:left="720"/>
      </w:pPr>
      <w:r/>
      <w:hyperlink r:id="rId10">
        <w:r>
          <w:rPr>
            <w:color w:val="0000EE"/>
            <w:u w:val="single"/>
          </w:rPr>
          <w:t>https://www.attitude.co.uk/news/pride-in-london-confirms-date-for-2027-parade-535816/</w:t>
        </w:r>
      </w:hyperlink>
      <w:r>
        <w:t xml:space="preserve"> - Pride in London has announced that the 2027 parade will take place on Saturday 3 July, following a successful 2026 event that attracted over 1.8 million spectators and 25,250 parade participants. The 2026 event featured a range of performers and speakers across six stages, with MNEK headlining the Trafalgar Square stage. Attitude's team marched alongside PEUGEOT, with notable participants including Jonathan Blake and actors Jason Patel, Paul Clayton, and David Ames. Mayor Sadiq Khan emphasised the importance of allyship and unity within the LGBTQIA+ community.</w:t>
      </w:r>
      <w:r/>
    </w:p>
    <w:p>
      <w:pPr>
        <w:pStyle w:val="ListNumber"/>
        <w:spacing w:line="240" w:lineRule="auto"/>
        <w:ind w:left="720"/>
      </w:pPr>
      <w:r/>
      <w:hyperlink r:id="rId11">
        <w:r>
          <w:rPr>
            <w:color w:val="0000EE"/>
            <w:u w:val="single"/>
          </w:rPr>
          <w:t>https://www.visitlondon.com/things-to-do/event/25685785-pride-in-london</w:t>
        </w:r>
      </w:hyperlink>
      <w:r>
        <w:t xml:space="preserve"> - Pride in London is an annual event celebrating the diversity of the LGBTQ+ community, featuring a parade through central London and free festivities in Trafalgar Square. The event typically takes place towards the beginning of summer, in July, and includes a programme of events showcasing LGBTQ+ culture, such as theatre, dance, art, cinema, parties, and activities across the city.</w:t>
      </w:r>
      <w:r/>
    </w:p>
    <w:p>
      <w:pPr>
        <w:pStyle w:val="ListNumber"/>
        <w:spacing w:line="240" w:lineRule="auto"/>
        <w:ind w:left="720"/>
      </w:pPr>
      <w:r/>
      <w:hyperlink r:id="rId9">
        <w:r>
          <w:rPr>
            <w:color w:val="0000EE"/>
            <w:u w:val="single"/>
          </w:rPr>
          <w:t>https://www.itv.com/news/london/2026-07-03/pride-in-london-what-you-need-to-know</w:t>
        </w:r>
      </w:hyperlink>
      <w:r>
        <w:t xml:space="preserve"> - Pride in London 2026 is set to take place on Saturday 4 July, with more than a million people expected to attend. Over 35,000 marchers from more than 600 diverse groups are set to participate in the parade, which begins at Hyde Park Corner at midday and finishes on Whitehall at around 6pm. Entertainment stages will be set up across central London, including Trafalgar Square, Leicester Square, Soho Square, Dean Street, and Golden Square.</w:t>
      </w:r>
      <w:r/>
    </w:p>
    <w:p>
      <w:pPr>
        <w:pStyle w:val="ListNumber"/>
        <w:spacing w:line="240" w:lineRule="auto"/>
        <w:ind w:left="720"/>
      </w:pPr>
      <w:r/>
      <w:hyperlink r:id="rId13">
        <w:r>
          <w:rPr>
            <w:color w:val="0000EE"/>
            <w:u w:val="single"/>
          </w:rPr>
          <w:t>https://www.elft.nhs.uk/news/elft-celebrates-pride-london-pride-2026</w:t>
        </w:r>
      </w:hyperlink>
      <w:r>
        <w:t xml:space="preserve"> - The East London NHS Foundation Trust (ELFT) participated in Pride in London 2026, with around 75 members of the LGBTQIA+ Network marching through central London. The parade began at Hyde Park Corner, passed through Trafalgar Square, and finished in Whitehall. The event was filled with a strong sense of acceptance, joy, and pride.</w:t>
      </w:r>
      <w:r/>
    </w:p>
    <w:p>
      <w:pPr>
        <w:pStyle w:val="ListNumber"/>
        <w:spacing w:line="240" w:lineRule="auto"/>
        <w:ind w:left="720"/>
      </w:pPr>
      <w:r/>
      <w:hyperlink r:id="rId12">
        <w:r>
          <w:rPr>
            <w:color w:val="0000EE"/>
            <w:u w:val="single"/>
          </w:rPr>
          <w:t>https://www.londonist.com/london/things-to-do/pride-in-london-when-where</w:t>
        </w:r>
      </w:hyperlink>
      <w:r>
        <w:t xml:space="preserve"> - Pride in London is a non-profit organisation that promotes and supports the capital's LGBTQ+ communities. Each summer, it hosts the Pride in London event—a mammoth celebration and huge platform for those who identify as lesbian, gay, bisexual, trans, queer, questioning, intersex, non-binary, asexual, polysexual, genderqueer, or gender variant. The event includes a parade, parties, and various LGBTQ+ activities across the city.</w:t>
      </w:r>
      <w:r/>
    </w:p>
    <w:p>
      <w:pPr>
        <w:pStyle w:val="ListNumber"/>
        <w:spacing w:line="240" w:lineRule="auto"/>
        <w:ind w:left="720"/>
      </w:pPr>
      <w:r/>
      <w:hyperlink r:id="rId14">
        <w:r>
          <w:rPr>
            <w:color w:val="0000EE"/>
            <w:u w:val="single"/>
          </w:rPr>
          <w:t>https://www.gaydio.co.uk/north-east/whats-new/news/gaydio-news/liverpools-pride-announces-2027-date-and-new-community-led-approach/</w:t>
        </w:r>
      </w:hyperlink>
      <w:r>
        <w:t xml:space="preserve"> - Liverpool's Pride has announced it will return on Saturday 31 July 2027, with a new community board helping to shape the event alongside trustees from Sahir House and LCR Pride Foundation. The announcement follows feedback received after this year's Pride, which took place in July. Organisers say a series of workshops and discussions have been held to help shape the future direction of the event.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tv.com/news/london/2026-07-03/pride-in-london-what-you-need-to-know" TargetMode="External"/><Relationship Id="rId10" Type="http://schemas.openxmlformats.org/officeDocument/2006/relationships/hyperlink" Target="https://www.attitude.co.uk/news/pride-in-london-confirms-date-for-2027-parade-535816/" TargetMode="External"/><Relationship Id="rId11" Type="http://schemas.openxmlformats.org/officeDocument/2006/relationships/hyperlink" Target="https://www.visitlondon.com/things-to-do/event/25685785-pride-in-london" TargetMode="External"/><Relationship Id="rId12" Type="http://schemas.openxmlformats.org/officeDocument/2006/relationships/hyperlink" Target="https://www.londonist.com/london/things-to-do/pride-in-london-when-where" TargetMode="External"/><Relationship Id="rId13" Type="http://schemas.openxmlformats.org/officeDocument/2006/relationships/hyperlink" Target="https://www.elft.nhs.uk/news/elft-celebrates-pride-london-pride-2026" TargetMode="External"/><Relationship Id="rId14" Type="http://schemas.openxmlformats.org/officeDocument/2006/relationships/hyperlink" Target="https://www.gaydio.co.uk/north-east/whats-new/news/gaydio-news/liverpools-pride-announces-2027-date-and-new-community-led-approa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