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October Cultural Heritage Events Celebrate Muslim, Filipino American and LGBTQA+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Universities and cultural organisations are turning October into a month of learning, connection and celebration, with Muslim Heritage Month, Filipino American History Month and LGBTQA+ History Month bringing stories, traditions and community experiences into the spotlight. At the University of Toledo, students and staff can explore a varied programme designed to build understanding across campus.</w:t>
      </w:r>
      <w:r/>
    </w:p>
    <w:p>
      <w:pPr>
        <w:pStyle w:val="Heading2"/>
      </w:pPr>
      <w:r>
        <w:t>Essential Takeaways</w:t>
      </w:r>
      <w:r/>
      <w:r/>
    </w:p>
    <w:p>
      <w:pPr>
        <w:pStyle w:val="ListBullet"/>
        <w:spacing w:line="240" w:lineRule="auto"/>
        <w:ind w:left="720"/>
      </w:pPr>
      <w:r/>
      <w:r>
        <w:rPr>
          <w:b/>
        </w:rPr>
        <w:t>Three observances share October:</w:t>
      </w:r>
      <w:r>
        <w:t xml:space="preserve"> The programme highlights Muslim, Filipino American and LGBTQA+ histories and communities.</w:t>
      </w:r>
      <w:r/>
    </w:p>
    <w:p>
      <w:pPr>
        <w:pStyle w:val="ListBullet"/>
        <w:spacing w:line="240" w:lineRule="auto"/>
        <w:ind w:left="720"/>
      </w:pPr>
      <w:r/>
      <w:r>
        <w:rPr>
          <w:b/>
        </w:rPr>
        <w:t>Learning sits at the centre:</w:t>
      </w:r>
      <w:r>
        <w:t xml:space="preserve"> Events are designed to explore culture, identity, traditions and lived experiences.</w:t>
      </w:r>
      <w:r/>
    </w:p>
    <w:p>
      <w:pPr>
        <w:pStyle w:val="ListBullet"/>
        <w:spacing w:line="240" w:lineRule="auto"/>
        <w:ind w:left="720"/>
      </w:pPr>
      <w:r/>
      <w:r>
        <w:rPr>
          <w:b/>
        </w:rPr>
        <w:t>Campus-wide invitation:</w:t>
      </w:r>
      <w:r>
        <w:t xml:space="preserve"> Students and the wider University of Toledo community can take part.</w:t>
      </w:r>
      <w:r/>
    </w:p>
    <w:p>
      <w:pPr>
        <w:pStyle w:val="ListBullet"/>
        <w:spacing w:line="240" w:lineRule="auto"/>
        <w:ind w:left="720"/>
      </w:pPr>
      <w:r/>
      <w:r>
        <w:rPr>
          <w:b/>
        </w:rPr>
        <w:t>Schedules may change:</w:t>
      </w:r>
      <w:r>
        <w:t xml:space="preserve"> Attendees should check the relevant InvoNet categories for times, locations and updates.</w:t>
      </w:r>
      <w:r/>
    </w:p>
    <w:p>
      <w:pPr>
        <w:pStyle w:val="ListBullet"/>
        <w:spacing w:line="240" w:lineRule="auto"/>
        <w:ind w:left="720"/>
      </w:pPr>
      <w:r/>
      <w:r>
        <w:rPr>
          <w:b/>
        </w:rPr>
        <w:t>The wider picture matters:</w:t>
      </w:r>
      <w:r>
        <w:t xml:space="preserve"> Filipino American History Month is also marked through public libraries, museums and cultural organisations across the United States.</w:t>
      </w:r>
      <w:r/>
      <w:r/>
    </w:p>
    <w:p>
      <w:pPr>
        <w:pStyle w:val="Heading2"/>
      </w:pPr>
      <w:r>
        <w:t>October brings three communities into focus</w:t>
      </w:r>
      <w:r/>
    </w:p>
    <w:p>
      <w:r/>
      <w:r>
        <w:t>October can feel crowded with awareness dates, but this programme has a refreshingly human focus: bringing people together in the same spaces. The University of Toledo is recognising Muslim Heritage Month, Filipino American History Month and LGBTQA+ History Month with events intended to celebrate identity while encouraging conversation.</w:t>
      </w:r>
      <w:r/>
    </w:p>
    <w:p>
      <w:r/>
      <w:r>
        <w:t>That mix matters because cultural observances work best when they go beyond a calendar label. According to information from the Chicago Teachers Association, Filipino American History Month is used to recognise Filipino American contributions, history and culture, offering an opportunity for schools and communities to make those stories more visible.</w:t>
      </w:r>
      <w:r/>
    </w:p>
    <w:p>
      <w:pPr>
        <w:pStyle w:val="Heading2"/>
      </w:pPr>
      <w:r>
        <w:t>Filipino American history takes a broader stage</w:t>
      </w:r>
      <w:r/>
    </w:p>
    <w:p>
      <w:r/>
      <w:r>
        <w:t>Filipino American History Month is increasingly appearing in public-facing programmes rather than remaining confined to specialist settings. Libraries, museums and cultural centres are using talks, exhibitions, educational resources and community events to introduce audiences to Filipino American history and contemporary life.</w:t>
      </w:r>
      <w:r/>
    </w:p>
    <w:p>
      <w:r/>
      <w:r>
        <w:t>The Field Museum and the San Diego Public Library are among organisations that provide Filipino-focused cultural and learning resources. That wider activity gives October a richer texture, linking university events with a national conversation about migration, heritage, representation and belonging.</w:t>
      </w:r>
      <w:r/>
    </w:p>
    <w:p>
      <w:pPr>
        <w:pStyle w:val="Heading2"/>
      </w:pPr>
      <w:r>
        <w:t>Why campus events can make history feel personal</w:t>
      </w:r>
      <w:r/>
    </w:p>
    <w:p>
      <w:r/>
      <w:r>
        <w:t>A timetable can sound formal, but the most valuable moments are often informal: a conversation after an event, a new food or tradition discovered, or a story that challenges an assumption. University programmes create room for those encounters, particularly when students from different backgrounds share the same audience.</w:t>
      </w:r>
      <w:r/>
    </w:p>
    <w:p>
      <w:r/>
      <w:r>
        <w:t>Resources from the Los Angeles County Office of Education also underline the value of teaching Filipino American history through accessible educational material. For students, that can turn an observance into something more lasting than a one-off celebration, especially when history connects to people they know and communities around them.</w:t>
      </w:r>
      <w:r/>
    </w:p>
    <w:p>
      <w:pPr>
        <w:pStyle w:val="Heading2"/>
      </w:pPr>
      <w:r>
        <w:t>How to find the right event</w:t>
      </w:r>
      <w:r/>
    </w:p>
    <w:p>
      <w:r/>
      <w:r>
        <w:t>The University of Toledo says full schedules, venues and updates are available through the individual InvoNet categories for each observance. That is worth checking before setting off, as campus events can shift location or gain extra sessions during the month.</w:t>
      </w:r>
      <w:r/>
    </w:p>
    <w:p>
      <w:r/>
      <w:r>
        <w:t>If you're choosing between several listings, look for the format that suits you best. A discussion may offer more space for questions, while a cultural activity can provide a more relaxed introduction. Filipino cultural calendars and community listings, including Filipino Events Near Me, can also help readers find related activities beyond the university.</w:t>
      </w:r>
      <w:r/>
    </w:p>
    <w:p>
      <w:pPr>
        <w:pStyle w:val="Heading2"/>
      </w:pPr>
      <w:r>
        <w:t>A small calendar change can open a bigger conversation</w:t>
      </w:r>
      <w:r/>
    </w:p>
    <w:p>
      <w:r/>
      <w:r>
        <w:t>The strongest programmes won't simply tell people what to celebrate; they'll invite them to listen, ask better questions and meet one another with curiosity. The University of Toledo's October plans place that idea at the heart of three distinct but connected observances.</w:t>
      </w:r>
      <w:r/>
    </w:p>
    <w:p>
      <w:r/>
      <w:r>
        <w:t>For anyone on campus, it could be a useful reminder that heritage months aren't just about looking back. They're also about whose stories are heard now, and how communities make space for one another next.</w:t>
      </w:r>
      <w:r/>
    </w:p>
    <w:p>
      <w:r/>
      <w:r>
        <w:t>Explore the schedule, bring an open mind and let October do more than pass by.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https://news.utoledo.edu/index.php/09_30_2026/october-observances-celebrate-muslim-filipino-american-and-lgbtqa-communities</w:t>
        </w:r>
      </w:hyperlink>
      <w:r>
        <w:t xml:space="preserve"> - Please view link - unable to able to access data</w:t>
      </w:r>
      <w:r/>
    </w:p>
    <w:p>
      <w:pPr>
        <w:pStyle w:val="ListNumber"/>
        <w:spacing w:line="240" w:lineRule="auto"/>
        <w:ind w:left="720"/>
      </w:pPr>
      <w:r/>
      <w:hyperlink r:id="rId10">
        <w:r>
          <w:rPr>
            <w:color w:val="0000EE"/>
            <w:u w:val="single"/>
          </w:rPr>
          <w:t>https://www.cta.org/awareness-events/filipino-american-history-month</w:t>
        </w:r>
      </w:hyperlink>
      <w:r>
        <w:t xml:space="preserve"> - The California Teachers Association (CTA) recognises October as Filipino American History Month, commemorating the first documented Filipino presence in the continental United States on October 18, 1587, when the first 'Luzones Indios' arrived in Morro Bay, California. The Filipino American National Historical Society (FANHS) established this observance in 1988. In California and Hawaii, where many Filipino Americans reside, Filipino American History Month is widely celebrated. A pivotal year was 2006, marking the centennial celebration of Filipino migration to the United States. In California, Filipino American History Month was first recognised statewide in 2006, when the California Department of Education placed it on its celebrations calendar. On September 9, 2009, the California State Assembly voted to 'designate the month of October 2009, and every October thereafter, as Filipino American History Month.' The bill was introduced by former Senator Leland Yee with Senators Carol Liu, Pat Wiggins (now deceased), and Lois Wolk as co-authors. There are now about four million Filipino Americans in the United States, approximately 1.5% of the country’s population. They speak a wide array of Philippine languages such as Tagalog, Bisaya, Ilocano, and Kapampangan, among many others.</w:t>
      </w:r>
      <w:r/>
    </w:p>
    <w:p>
      <w:pPr>
        <w:pStyle w:val="ListNumber"/>
        <w:spacing w:line="240" w:lineRule="auto"/>
        <w:ind w:left="720"/>
      </w:pPr>
      <w:r/>
      <w:hyperlink r:id="rId12">
        <w:r>
          <w:rPr>
            <w:color w:val="0000EE"/>
            <w:u w:val="single"/>
          </w:rPr>
          <w:t>https://www.sandiego.gov/public-library/culture/filipino</w:t>
        </w:r>
      </w:hyperlink>
      <w:r>
        <w:t xml:space="preserve"> - The City of San Diego commemorates Filipino American History Month in October, marking the first recorded presence of Filipinos in the continental United States on October 18, 1587, when they arrived in Morro Bay, California. The Filipino American National Historical Society introduced October as Filipino American History Month in 1992. Today, many people in the community celebrate this month by organising events to raise awareness about the role of Filipino Americans in U.S. history. The official theme for 2025 is 'From Quotas to Communities: Filipino American Migration and Movement,' commemorating the 60th Anniversary of the 1965 Immigration &amp; Naturalization Act, the first federal immigration law to eliminate national origin quotas that had favoured Europeans and limited people from Asian countries from immigrating to the United States.</w:t>
      </w:r>
      <w:r/>
    </w:p>
    <w:p>
      <w:pPr>
        <w:pStyle w:val="ListNumber"/>
        <w:spacing w:line="240" w:lineRule="auto"/>
        <w:ind w:left="720"/>
      </w:pPr>
      <w:r/>
      <w:hyperlink r:id="rId11">
        <w:r>
          <w:rPr>
            <w:color w:val="0000EE"/>
            <w:u w:val="single"/>
          </w:rPr>
          <w:t>https://www.fieldmuseum.org/activity/filipino-american-history-month</w:t>
        </w:r>
      </w:hyperlink>
      <w:r>
        <w:t xml:space="preserve"> - The Field Museum celebrates Filipino American History Month in October, commemorating the first Filipinos to arrive in the continental United States at what is now Morro Bay, California, on October 18, 1587. The official theme for Filipino American History Month 2026 is 'Beyond the Margins: Centering Intersectional Filipino American Histories,' established by the Filipino American National Historical Society (FANHS). Throughout October, the Field Museum shares Filipino American stories and honours the contributions Filipino Americans have made to American history.</w:t>
      </w:r>
      <w:r/>
    </w:p>
    <w:p>
      <w:pPr>
        <w:pStyle w:val="ListNumber"/>
        <w:spacing w:line="240" w:lineRule="auto"/>
        <w:ind w:left="720"/>
      </w:pPr>
      <w:r/>
      <w:hyperlink r:id="rId14">
        <w:r>
          <w:rPr>
            <w:color w:val="0000EE"/>
            <w:u w:val="single"/>
          </w:rPr>
          <w:t>https://www.asiapacificculturalcenter.org/filammonth</w:t>
        </w:r>
      </w:hyperlink>
      <w:r>
        <w:t xml:space="preserve"> - The Asia Pacific Cultural Center in Tacoma observes Filipino American History Month in October. In 1991, the Filipino American National Historical Society (FANHS) board of trustees proposed the first annual Filipino American History Month to commence in October 1992. October was chosen to commemorate the arrival of the first Filipinos who landed in what is now Morro Bay, California, on October 18, 1587. It is also the birth month of Filipino American labor leader Larry Itliong. FANHS Founders Dr. Dorothy Laigo Cordova and Dr. Fred Cordova first introduced October as Filipino American History Month in 1992 with a resolution from the FANHS National Board of Trustees. In 2009, U.S. Congress officially recognised October as Filipino American History Month in the United States. While some used the term Filipino American Heritage Month interchangeably with Filipino American History Month, FANHS cites that the month should be properly focused on 'history' instead of 'heritage.' Whereas history includes the events, experiences, and lives of people and their impact on society, 'heritage' is solely about cultural traditions handed down from the past.</w:t>
      </w:r>
      <w:r/>
    </w:p>
    <w:p>
      <w:pPr>
        <w:pStyle w:val="ListNumber"/>
        <w:spacing w:line="240" w:lineRule="auto"/>
        <w:ind w:left="720"/>
      </w:pPr>
      <w:r/>
      <w:hyperlink r:id="rId13">
        <w:r>
          <w:rPr>
            <w:color w:val="0000EE"/>
            <w:u w:val="single"/>
          </w:rPr>
          <w:t>https://www.lacoe.edu/about/newsroom/resource-guide-library/filipino-american-history</w:t>
        </w:r>
      </w:hyperlink>
      <w:r>
        <w:t xml:space="preserve"> - The Los Angeles County Office of Education (LACOE) highlights Filipino American History Month, noting that Filipino Americans are the second-largest Asian American group in the nation. They have contributed greatly to the cultural, political, and economic life in the United States, the State of California, and Los Angeles County. October was declared Filipino Heritage Month in California and Hawaii in 1988, and the California Department of Education officially recognised October as Filipino Heritage Month in 2006. October is also the birth month of Filipino-American labor leader Larry Itliong, an icon in the farm labor movement. The Los Angeles County Board of Education passed a resolution to commemorate October as Filipino American History Month and encourage districts to celebrate Filipino history and heritage.</w:t>
      </w:r>
      <w:r/>
    </w:p>
    <w:p>
      <w:pPr>
        <w:pStyle w:val="ListNumber"/>
        <w:spacing w:line="240" w:lineRule="auto"/>
        <w:ind w:left="720"/>
      </w:pPr>
      <w:r/>
      <w:hyperlink r:id="rId15">
        <w:r>
          <w:rPr>
            <w:color w:val="0000EE"/>
            <w:u w:val="single"/>
          </w:rPr>
          <w:t>https://www.filipinoeventsnearme.org/cultural-calendar</w:t>
        </w:r>
      </w:hyperlink>
      <w:r>
        <w:t xml:space="preserve"> - FilipinoEventsNearMe.org provides a cultural calendar highlighting Filipino American History Month in October. Established by the Filipino American National Historical Society (FANHS) in 1988 and officially recognised by the US Congress in 2009, FAHM is anchored to a specific historical date: October 18, 1587, when Filipino sailors aboard the Manila galleon Nuestra Señora de Esperanza became the first Asians to set foot on the North American continent, landing in Morro Bay, California—over 400 years before the modern Filipino-American community took shape. The entire month is packed with cultural nights, film screenings, academic lectures, community galas, and heritage celebrations across the country. October also marks the peak of Pilipino Cultural Night (PCN) season at universities nationwide—student-produced shows at UC campuses, CSU campuses, UW Seattle, and dozens of other institutions draw audiences of hundreds to thousands and represent some of the most ambitious Filipino-American cultural productions of the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utoledo.edu/index.php/09_30_2026/october-observances-celebrate-muslim-filipino-american-and-lgbtqa-communities" TargetMode="External"/><Relationship Id="rId10" Type="http://schemas.openxmlformats.org/officeDocument/2006/relationships/hyperlink" Target="https://www.cta.org/awareness-events/filipino-american-history-month" TargetMode="External"/><Relationship Id="rId11" Type="http://schemas.openxmlformats.org/officeDocument/2006/relationships/hyperlink" Target="https://www.fieldmuseum.org/activity/filipino-american-history-month" TargetMode="External"/><Relationship Id="rId12" Type="http://schemas.openxmlformats.org/officeDocument/2006/relationships/hyperlink" Target="https://www.sandiego.gov/public-library/culture/filipino" TargetMode="External"/><Relationship Id="rId13" Type="http://schemas.openxmlformats.org/officeDocument/2006/relationships/hyperlink" Target="https://www.lacoe.edu/about/newsroom/resource-guide-library/filipino-american-history" TargetMode="External"/><Relationship Id="rId14" Type="http://schemas.openxmlformats.org/officeDocument/2006/relationships/hyperlink" Target="https://www.asiapacificculturalcenter.org/filammonth" TargetMode="External"/><Relationship Id="rId15" Type="http://schemas.openxmlformats.org/officeDocument/2006/relationships/hyperlink" Target="https://www.filipinoeventsnearme.org/cultural-calenda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