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988 Press 3 Service Returns With Crisis Support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LGBTQ young people across the US can once again reach specialised support through the 988 Suicide and Crisis Lifeline by pressing 3. The service’s return follows months of backlash, campaigning and congressional pressure after it was suspended, restoring a crucial option for callers seeking an understanding, identity-aware response during an intensely difficult moment.</w:t>
      </w:r>
      <w:r/>
    </w:p>
    <w:p>
      <w:pPr>
        <w:pStyle w:val="Heading2"/>
      </w:pPr>
      <w:r>
        <w:t>Essential Takeaways</w:t>
      </w:r>
      <w:r/>
      <w:r/>
    </w:p>
    <w:p>
      <w:pPr>
        <w:pStyle w:val="ListBullet"/>
        <w:spacing w:line="240" w:lineRule="auto"/>
        <w:ind w:left="720"/>
      </w:pPr>
      <w:r/>
      <w:r>
        <w:rPr>
          <w:b/>
        </w:rPr>
        <w:t>Press 3 is back:</w:t>
      </w:r>
      <w:r>
        <w:t xml:space="preserve"> The LGBTQ-focused 988 service was reactivated on 30 September.</w:t>
      </w:r>
      <w:r/>
    </w:p>
    <w:p>
      <w:pPr>
        <w:pStyle w:val="ListBullet"/>
        <w:spacing w:line="240" w:lineRule="auto"/>
        <w:ind w:left="720"/>
      </w:pPr>
      <w:r/>
      <w:r>
        <w:rPr>
          <w:b/>
        </w:rPr>
        <w:t>Specialist support matters:</w:t>
      </w:r>
      <w:r>
        <w:t xml:space="preserve"> Callers can connect with counsellors trained in LGBTQ youth issues.</w:t>
      </w:r>
      <w:r/>
    </w:p>
    <w:p>
      <w:pPr>
        <w:pStyle w:val="ListBullet"/>
        <w:spacing w:line="240" w:lineRule="auto"/>
        <w:ind w:left="720"/>
      </w:pPr>
      <w:r/>
      <w:r>
        <w:rPr>
          <w:b/>
        </w:rPr>
        <w:t>A major lifeline:</w:t>
      </w:r>
      <w:r>
        <w:t xml:space="preserve"> The programme handled more than 1.2 million contacts before its suspension.</w:t>
      </w:r>
      <w:r/>
    </w:p>
    <w:p>
      <w:pPr>
        <w:pStyle w:val="ListBullet"/>
        <w:spacing w:line="240" w:lineRule="auto"/>
        <w:ind w:left="720"/>
      </w:pPr>
      <w:r/>
      <w:r>
        <w:rPr>
          <w:b/>
        </w:rPr>
        <w:t>Political pressure worked:</w:t>
      </w:r>
      <w:r>
        <w:t xml:space="preserve"> Lawmakers and advocates pushed federal officials to restore the service.</w:t>
      </w:r>
      <w:r/>
    </w:p>
    <w:p>
      <w:pPr>
        <w:pStyle w:val="ListBullet"/>
        <w:spacing w:line="240" w:lineRule="auto"/>
        <w:ind w:left="720"/>
      </w:pPr>
      <w:r/>
      <w:r>
        <w:rPr>
          <w:b/>
        </w:rPr>
        <w:t>Immediate help is available:</w:t>
      </w:r>
      <w:r>
        <w:t xml:space="preserve"> Anyone in the US can call or text 988; emergency services remain available when there’s immediate danger.</w:t>
      </w:r>
      <w:r/>
      <w:r/>
    </w:p>
    <w:p>
      <w:pPr>
        <w:pStyle w:val="Heading2"/>
      </w:pPr>
      <w:r>
        <w:t>A vital option has finally returned</w:t>
      </w:r>
      <w:r/>
    </w:p>
    <w:p>
      <w:r/>
      <w:r>
        <w:t>For a young person feeling frightened, isolated or unsure whether they can get through the night, a single phone menu can feel surprisingly important. Pressing 3 on the US 988 Suicide and Crisis Lifeline now once again connects LGBTQ callers with specialised support.</w:t>
      </w:r>
      <w:r/>
    </w:p>
    <w:p>
      <w:r/>
      <w:r>
        <w:t>The option was restored on 30 September, the final day of Suicide Prevention Month, according to the Bay Area Reporter and other coverage. Its return ends a lengthy gap that left advocates asking why a service designed for vulnerable young people had been removed in the first place.</w:t>
      </w:r>
      <w:r/>
    </w:p>
    <w:p>
      <w:r/>
      <w:r>
        <w:t>The wider 988 line remains available around the clock for anyone experiencing suicidal thoughts, emotional distress or a mental health crisis. Press 3 adds a more tailored route for LGBTQ youth, who may want to speak with someone familiar with questions around sexual orientation, gender identity, family rejection or discrimination.</w:t>
      </w:r>
      <w:r/>
    </w:p>
    <w:p>
      <w:pPr>
        <w:pStyle w:val="Heading2"/>
      </w:pPr>
      <w:r>
        <w:t>Why the suspension caused such a backlash</w:t>
      </w:r>
      <w:r/>
    </w:p>
    <w:p>
      <w:r/>
      <w:r>
        <w:t>The dedicated service was launched as a pilot soon after the 988 number was introduced in 2022. It was supported by federal legislation championed by Senator Tammy Baldwin, who has continued pressing the government to reinstate the specialist counsellors.</w:t>
      </w:r>
      <w:r/>
    </w:p>
    <w:p>
      <w:r/>
      <w:r>
        <w:t>Reports from CBS News, NBC News and CNN described strong criticism after the administration ended the programme. LGBTQ lawmakers and mental health advocates argued that removing a targeted service could make it harder for some callers to seek help, particularly when trust and understanding are already in short supply.</w:t>
      </w:r>
      <w:r/>
    </w:p>
    <w:p>
      <w:r/>
      <w:r>
        <w:t>The dispute quickly became about more than a telephone option. Supporters said it was about whether a distressed teenager could reach somebody who understood the pressure they were facing without having to explain every part of their identity first.</w:t>
      </w:r>
      <w:r/>
    </w:p>
    <w:p>
      <w:pPr>
        <w:pStyle w:val="Heading2"/>
      </w:pPr>
      <w:r>
        <w:t>More than a million contacts show the demand</w:t>
      </w:r>
      <w:r/>
    </w:p>
    <w:p>
      <w:r/>
      <w:r>
        <w:t>Before the service was suspended, the LGBTQ+ Youth Specialized Services programme had received more than 1.2 million crisis contacts and interactions, according to figures cited by the Bay Area Reporter and Senator Baldwin’s office. That level of use suggests the option wasn't a niche add-on sitting quietly in the background.</w:t>
      </w:r>
      <w:r/>
    </w:p>
    <w:p>
      <w:r/>
      <w:r>
        <w:t>The numbers also underline a wider reality: young people often look for help in formats that feel safe, immediate and non-judgemental. A familiar, dedicated route can lower the emotional hurdle of making contact, especially when someone is already overwhelmed.</w:t>
      </w:r>
      <w:r/>
    </w:p>
    <w:p>
      <w:r/>
      <w:r>
        <w:t>The Trevor Project remains another specialist source of LGBTQ youth support in the US, while 988 provides the national crisis network. These services aren't interchangeable, but together they offer more than one doorway into help, which matters when a caller may only have enough energy to try once.</w:t>
      </w:r>
      <w:r/>
    </w:p>
    <w:p>
      <w:pPr>
        <w:pStyle w:val="Heading2"/>
      </w:pPr>
      <w:r>
        <w:t>What callers should know before reaching out</w:t>
      </w:r>
      <w:r/>
    </w:p>
    <w:p>
      <w:r/>
      <w:r>
        <w:t>Anyone in the US can call or text 988 for crisis support. LGBTQ young people seeking the specialised service can follow the prompts and press 3, while callers who prefer texting can ask for help through the same national lifeline.</w:t>
      </w:r>
      <w:r/>
    </w:p>
    <w:p>
      <w:r/>
      <w:r>
        <w:t>It's worth remembering that contacting a crisis service doesn't require having the perfect words. You don't need to prove that your situation is serious enough, and you can begin with something as simple as, "I'm not feeling safe" or "I don't know what to do next."</w:t>
      </w:r>
      <w:r/>
    </w:p>
    <w:p>
      <w:r/>
      <w:r>
        <w:t>If someone is in immediate physical danger, call 911 or go to the nearest emergency department. For less urgent support, a trusted friend, family member, school counsellor or LGBTQ community organisation can help create a broader safety net around the person reaching out.</w:t>
      </w:r>
      <w:r/>
    </w:p>
    <w:p>
      <w:pPr>
        <w:pStyle w:val="Heading2"/>
      </w:pPr>
      <w:r>
        <w:t>A small menu option with a big human meaning</w:t>
      </w:r>
      <w:r/>
    </w:p>
    <w:p>
      <w:r/>
      <w:r>
        <w:t>Senator Baldwin welcomed the restoration but argued that the service should never have disappeared. Her comments reflect the frustration shared by advocates who spent months pressing federal officials to act, including at a time when lawmakers said funding had already been set aside.</w:t>
      </w:r>
      <w:r/>
    </w:p>
    <w:p>
      <w:r/>
      <w:r>
        <w:t>Congresswoman Sharice Davids has similarly stressed that the issue isn't about political point-scoring, but about ensuring someone answers when a young person feels completely alone. That's the heart of the story: specialist crisis support isn't a luxury or a branding exercise. It can be the difference between a caller hanging up and staying on the line.</w:t>
      </w:r>
      <w:r/>
    </w:p>
    <w:p>
      <w:r/>
      <w:r>
        <w:t>The return of Press 3 won't solve every challenge facing LGBTQ youth, but it does restore a practical, familiar lifeline. Sometimes the most meaningful progress is simply making sure the right person is there when the phone rings.</w:t>
      </w:r>
      <w:r/>
    </w:p>
    <w:p>
      <w:r/>
      <w:r>
        <w:t>It's a small button with potentially life-changing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https://www.ebar.com/story/170773/</w:t>
        </w:r>
      </w:hyperlink>
      <w:r>
        <w:t xml:space="preserve"> - Please view link - unable to able to access data</w:t>
      </w:r>
      <w:r/>
    </w:p>
    <w:p>
      <w:pPr>
        <w:pStyle w:val="ListNumber"/>
        <w:spacing w:line="240" w:lineRule="auto"/>
        <w:ind w:left="720"/>
      </w:pPr>
      <w:r/>
      <w:hyperlink r:id="rId10">
        <w:r>
          <w:rPr>
            <w:color w:val="0000EE"/>
            <w:u w:val="single"/>
          </w:rPr>
          <w:t>https://www.theguardian.com/us-news/2026/jun/26/trump-administration-lgbtq-suicide-hotline</w:t>
        </w:r>
      </w:hyperlink>
      <w:r>
        <w:t xml:space="preserve"> - In June 2026, the Trump administration announced plans to reinstate the specialized LGBTQ+ option for youth contacting the 988 crisis intervention hotline, known as the 'Press 3' option. This decision followed the previous year's termination of the service, which had been a critical resource for LGBTQ+ youth in crisis. The reinstatement aimed to address concerns from advocacy groups and lawmakers who had criticized the initial removal of the service. However, the article highlights that The Trevor Project, a leading non-profit for LGBTQ+ suicide prevention, may not be included in the new iteration of the service, raising questions about the quality and inclusivity of the restored support. The article also features statements from Senator Tammy Baldwin, who had been advocating for the restoration of the 'Press 3' option, emphasizing the importance of specialized support for LGBTQ+ youth facing mental health challenges.</w:t>
      </w:r>
      <w:r/>
    </w:p>
    <w:p>
      <w:pPr>
        <w:pStyle w:val="ListNumber"/>
        <w:spacing w:line="240" w:lineRule="auto"/>
        <w:ind w:left="720"/>
      </w:pPr>
      <w:r/>
      <w:hyperlink r:id="rId12">
        <w:r>
          <w:rPr>
            <w:color w:val="0000EE"/>
            <w:u w:val="single"/>
          </w:rPr>
          <w:t>https://www.baldwin.senate.gov/news/press-releases/watch-baldwin-secures-commitment-from-trump-admin-to-restore-988-press-3-in-coming-weeks</w:t>
        </w:r>
      </w:hyperlink>
      <w:r>
        <w:t xml:space="preserve"> - In September 2026, U.S. Senator Tammy Baldwin secured a commitment from the Trump administration to restore the 'Press 3' option for LGBTQ+ youth at the 988 Suicide and Crisis Lifeline by the end of the month. This followed over a year of advocacy after the administration had previously ended the specialized service. Senator Baldwin highlighted the critical need for dedicated support for LGBTQ+ youth, who are at a higher risk of suicide, and criticized the initial decision to remove the service as a political move that jeopardized young lives. The restoration was seen as a significant victory for LGBTQ+ advocates and lawmakers who had been pushing for the return of this vital resource.</w:t>
      </w:r>
      <w:r/>
    </w:p>
    <w:p>
      <w:pPr>
        <w:pStyle w:val="ListNumber"/>
        <w:spacing w:line="240" w:lineRule="auto"/>
        <w:ind w:left="720"/>
      </w:pPr>
      <w:r/>
      <w:hyperlink r:id="rId11">
        <w:r>
          <w:rPr>
            <w:color w:val="0000EE"/>
            <w:u w:val="single"/>
          </w:rPr>
          <w:t>https://www.cbsnews.com/news/trump-administration-988-national-lgbtq-suicide-lifeline-backlash/</w:t>
        </w:r>
      </w:hyperlink>
      <w:r>
        <w:t xml:space="preserve"> - In June 2025, the Trump administration announced the termination of the specialized LGBTQ+ youth service, known as the 'Press 3' option, within the 988 Suicide &amp; Crisis Lifeline. This decision sparked backlash from advocacy groups and lawmakers who had been instrumental in establishing the service. The administration stated that the move aimed to 'focus on serving all help seekers,' but critics argued that it would disproportionately affect LGBTQ+ youth, who are at a higher risk of suicide. The article discusses the implications of this decision and the reactions from various stakeholders, including The Trevor Project, which had been a key partner in providing the specialized service.</w:t>
      </w:r>
      <w:r/>
    </w:p>
    <w:p>
      <w:pPr>
        <w:pStyle w:val="ListNumber"/>
        <w:spacing w:line="240" w:lineRule="auto"/>
        <w:ind w:left="720"/>
      </w:pPr>
      <w:r/>
      <w:hyperlink r:id="rId13">
        <w:r>
          <w:rPr>
            <w:color w:val="0000EE"/>
            <w:u w:val="single"/>
          </w:rPr>
          <w:t>https://www.upi.com/amp/Top_News/US/2025/06/18/suicide-hotline-lgbtq/7531750273409/</w:t>
        </w:r>
      </w:hyperlink>
      <w:r>
        <w:t xml:space="preserve"> - In June 2025, the Trump administration issued a stop-work order to The Trevor Project, effectively ending the specialized LGBTQ+ youth service within the 988 Suicide &amp; Crisis Lifeline. The decision, effective July 17, 2025, drew criticism from LGBTQ+ advocacy groups and lawmakers who had been instrumental in establishing the service. The administration stated that the move aimed to 'focus on serving all help seekers,' but critics argued that it would disproportionately affect LGBTQ+ youth, who are at a higher risk of suicide. The article provides details on the decision and the reactions from various stakeholders.</w:t>
      </w:r>
      <w:r/>
    </w:p>
    <w:p>
      <w:pPr>
        <w:pStyle w:val="ListNumber"/>
        <w:spacing w:line="240" w:lineRule="auto"/>
        <w:ind w:left="720"/>
      </w:pPr>
      <w:r/>
      <w:hyperlink r:id="rId14">
        <w:r>
          <w:rPr>
            <w:color w:val="0000EE"/>
            <w:u w:val="single"/>
          </w:rPr>
          <w:t>https://www.nbcnewyork.com/news/national-international/trump-administration-to-shut-down-lgbtq-youth-suicide-hotline/6308617/</w:t>
        </w:r>
      </w:hyperlink>
      <w:r>
        <w:t xml:space="preserve"> - In June 2025, the Trump administration announced the termination of the LGBTQ+ youth-specific support services within the 988 Suicide &amp; Crisis Lifeline, effective July 17, 2025. The Substance Abuse and Mental Health Services Administration (SAMHSA) stated that the move aimed to 'focus on serving all help seekers.' This decision faced criticism from LGBTQ+ advocacy groups and lawmakers who had been instrumental in establishing the specialized service. The article discusses the implications of this decision and the reactions from various stakeholders, including The Trevor Project, which had been a key partner in providing the specialized service.</w:t>
      </w:r>
      <w:r/>
    </w:p>
    <w:p>
      <w:pPr>
        <w:pStyle w:val="ListNumber"/>
        <w:spacing w:line="240" w:lineRule="auto"/>
        <w:ind w:left="720"/>
      </w:pPr>
      <w:r/>
      <w:hyperlink r:id="rId15">
        <w:r>
          <w:rPr>
            <w:color w:val="0000EE"/>
            <w:u w:val="single"/>
          </w:rPr>
          <w:t>https://ktvz.com/health/cnn-health/2025/07/17/trump-administration-ends-988-suicide-crisis-lifelines-specialized-service-for-lgbtq-youth/</w:t>
        </w:r>
      </w:hyperlink>
      <w:r>
        <w:t xml:space="preserve"> - In July 2025, the Trump administration officially ended the specialized services for LGBTQ+ youth within the 988 Suicide &amp; Crisis Lifeline, meaning individuals contacting 988 for help no longer had the option to 'press 3' to reach counselors specifically trained to respond to the needs of this group. The decision was part of a broader strategy to serve all callers without designated subgroups. The article discusses the implications of this decision and the reactions from various stakeholders, including The Trevor Project, which had been a key partner in providing the specialized service.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0773/" TargetMode="External"/><Relationship Id="rId10" Type="http://schemas.openxmlformats.org/officeDocument/2006/relationships/hyperlink" Target="https://www.theguardian.com/us-news/2026/jun/26/trump-administration-lgbtq-suicide-hotline" TargetMode="External"/><Relationship Id="rId11" Type="http://schemas.openxmlformats.org/officeDocument/2006/relationships/hyperlink" Target="https://www.cbsnews.com/news/trump-administration-988-national-lgbtq-suicide-lifeline-backlash/" TargetMode="External"/><Relationship Id="rId12" Type="http://schemas.openxmlformats.org/officeDocument/2006/relationships/hyperlink" Target="https://www.baldwin.senate.gov/news/press-releases/watch-baldwin-secures-commitment-from-trump-admin-to-restore-988-press-3-in-coming-weeks" TargetMode="External"/><Relationship Id="rId13" Type="http://schemas.openxmlformats.org/officeDocument/2006/relationships/hyperlink" Target="https://www.upi.com/amp/Top_News/US/2025/06/18/suicide-hotline-lgbtq/7531750273409/" TargetMode="External"/><Relationship Id="rId14" Type="http://schemas.openxmlformats.org/officeDocument/2006/relationships/hyperlink" Target="https://www.nbcnewyork.com/news/national-international/trump-administration-to-shut-down-lgbtq-youth-suicide-hotline/6308617/" TargetMode="External"/><Relationship Id="rId15" Type="http://schemas.openxmlformats.org/officeDocument/2006/relationships/hyperlink" Target="https://ktvz.com/health/cnn-health/2025/07/17/trump-administration-ends-988-suicide-crisis-lifelines-specialized-service-for-lgbtq-you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