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Round-Up: Marriage, Drag Culture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catching up on a lively mix of LGBTQ+ news, from Sophia Bush and Ashlyn Harris revealing a private marriage to West Hollywood celebrating its first drag king laureate. Together, the stories highlight changing ideas of visibility, representation and community, while offering plenty of culture, politics and celebrity conversation along the way.</w:t>
      </w:r>
      <w:r/>
    </w:p>
    <w:p>
      <w:pPr>
        <w:pStyle w:val="Heading2"/>
      </w:pPr>
      <w:r>
        <w:t>Essential Takeaways</w:t>
      </w:r>
      <w:r/>
      <w:r/>
    </w:p>
    <w:p>
      <w:pPr>
        <w:pStyle w:val="ListBullet"/>
        <w:spacing w:line="240" w:lineRule="auto"/>
        <w:ind w:left="720"/>
      </w:pPr>
      <w:r/>
      <w:r>
        <w:rPr>
          <w:b/>
        </w:rPr>
        <w:t>A private wedding comes to light:</w:t>
      </w:r>
      <w:r>
        <w:t xml:space="preserve"> Sophia Bush and Ashlyn Harris have shared that they married quietly in 2025.</w:t>
      </w:r>
      <w:r/>
    </w:p>
    <w:p>
      <w:pPr>
        <w:pStyle w:val="ListBullet"/>
        <w:spacing w:line="240" w:lineRule="auto"/>
        <w:ind w:left="720"/>
      </w:pPr>
      <w:r/>
      <w:r>
        <w:rPr>
          <w:b/>
        </w:rPr>
        <w:t>West Hollywood makes history:</w:t>
      </w:r>
      <w:r>
        <w:t xml:space="preserve"> Odious Ari has become the city’s first official drag king laureate.</w:t>
      </w:r>
      <w:r/>
    </w:p>
    <w:p>
      <w:pPr>
        <w:pStyle w:val="ListBullet"/>
        <w:spacing w:line="240" w:lineRule="auto"/>
        <w:ind w:left="720"/>
      </w:pPr>
      <w:r/>
      <w:r>
        <w:rPr>
          <w:b/>
        </w:rPr>
        <w:t>Drag gets a civic spotlight:</w:t>
      </w:r>
      <w:r>
        <w:t xml:space="preserve"> The new role links performance with local culture, community and public engagement.</w:t>
      </w:r>
      <w:r/>
    </w:p>
    <w:p>
      <w:pPr>
        <w:pStyle w:val="ListBullet"/>
        <w:spacing w:line="240" w:lineRule="auto"/>
        <w:ind w:left="720"/>
      </w:pPr>
      <w:r/>
      <w:r>
        <w:rPr>
          <w:b/>
        </w:rPr>
        <w:t>Visibility remains personal:</w:t>
      </w:r>
      <w:r>
        <w:t xml:space="preserve"> Several stories show LGBTQ+ figures choosing when, where and how to share major life moments.</w:t>
      </w:r>
      <w:r/>
      <w:r/>
    </w:p>
    <w:p>
      <w:pPr>
        <w:pStyle w:val="Heading2"/>
      </w:pPr>
      <w:r>
        <w:t>Sophia Bush and Ashlyn Harris chose privacy first</w:t>
      </w:r>
      <w:r/>
    </w:p>
    <w:p>
      <w:r/>
      <w:r>
        <w:t>The biggest celebrity story is also one of the most intimate. Sophia Bush and Ashlyn Harris have revealed that they quietly married in 2025, keeping the occasion away from the usual rush of public announcements and glossy ceremony coverage.</w:t>
      </w:r>
      <w:r/>
    </w:p>
    <w:p>
      <w:r/>
      <w:r>
        <w:t>According to Us Weekly, Bush referred to Harris as her wife while discussing the relationship, giving fans a warm glimpse into a milestone the couple had chosen to protect. E! News and Parade likewise reported that the wedding was deliberately low-pressure and deeply personal. That restraint feels notable in an era when even private celebrations can quickly become content.</w:t>
      </w:r>
      <w:r/>
    </w:p>
    <w:p>
      <w:r/>
      <w:r>
        <w:t>The news also reflects a wider shift in how public LGBTQ+ couples handle visibility. A wedding can be meaningful without becoming a performance, and the couple's decision suggests that public recognition doesn't have to mean surrendering every detail.</w:t>
      </w:r>
      <w:r/>
    </w:p>
    <w:p>
      <w:pPr>
        <w:pStyle w:val="Heading2"/>
      </w:pPr>
      <w:r>
        <w:t>West Hollywood gives drag a civic role</w:t>
      </w:r>
      <w:r/>
    </w:p>
    <w:p>
      <w:r/>
      <w:r>
        <w:t>Meanwhile, West Hollywood has placed drag firmly at the heart of local cultural life by appointing Odious Ari as its first drag king laureate. The position gives a formal platform to a style of performance that has often been treated as nightlife entertainment rather than a serious part of civic identity.</w:t>
      </w:r>
      <w:r/>
    </w:p>
    <w:p>
      <w:r/>
      <w:r>
        <w:t>Gay Cities reported that Odious Ari has been sharing favourite places and experiences around the city, offering a guide shaped by lived knowledge rather than generic tourism copy. The result is more colourful and more personal: expect local character, community energy and the occasional raised eyebrow.</w:t>
      </w:r>
      <w:r/>
    </w:p>
    <w:p>
      <w:r/>
      <w:r>
        <w:t>The appointment also sits within West Hollywood's broader arts and culture work. The city's own information about the drag laureate role presents it as a way to celebrate LGBTQ+ creativity and connect artists with residents, visitors and public events.</w:t>
      </w:r>
      <w:r/>
    </w:p>
    <w:p>
      <w:pPr>
        <w:pStyle w:val="Heading2"/>
      </w:pPr>
      <w:r>
        <w:t>Why the drag king laureate role matters</w:t>
      </w:r>
      <w:r/>
    </w:p>
    <w:p>
      <w:r/>
      <w:r>
        <w:t>Drag kings don't always receive the same mainstream attention as drag queens, despite the form's rich history of comedy, gender play, music and storytelling. Giving Odious Ari an official title helps widen that frame and makes space for performances that challenge the idea of what a leading figure should look like.</w:t>
      </w:r>
      <w:r/>
    </w:p>
    <w:p>
      <w:r/>
      <w:r>
        <w:t>It's a smart cultural move for West Hollywood, a place already associated with LGBTQ+ history and nightlife. A laureate can act as a host, advocate and cultural signpost, helping visitors see the city through its artists rather than simply passing through its most photographed streets.</w:t>
      </w:r>
      <w:r/>
    </w:p>
    <w:p>
      <w:r/>
      <w:r>
        <w:t>For travellers, that means looking beyond the obvious attractions. The best drag-led city guide might point you towards a lively bar, a small arts venue or a neighbourhood corner with a story attached. Your itinerary may not stay tidy, but it should be far more memorable.</w:t>
      </w:r>
      <w:r/>
    </w:p>
    <w:p>
      <w:pPr>
        <w:pStyle w:val="Heading2"/>
      </w:pPr>
      <w:r>
        <w:t>The round-up stretches from sport to Broadway</w:t>
      </w:r>
      <w:r/>
    </w:p>
    <w:p>
      <w:r/>
      <w:r>
        <w:t>The wider news mix is just as varied. The round-up includes Japanese volleyball star Rui Takahashi coming out as gay, a Brazilian pop star sharing a kiss with Ricky Martin during a Rio performance, and Broadway news involving Bowen Yang and a Sanderson Sisters project.</w:t>
      </w:r>
      <w:r/>
    </w:p>
    <w:p>
      <w:r/>
      <w:r>
        <w:t>There are also political stories to watch, with Pete Buttigieg appearing as a sought-after Democratic campaigner and Gretchen Whitmer addressing voters concerned about LGBTQ+ rights. Those developments underline how representation now runs across entertainment, sport and electoral politics, rather than belonging to one cultural corner.</w:t>
      </w:r>
      <w:r/>
    </w:p>
    <w:p>
      <w:r/>
      <w:r>
        <w:t>And then there are the more reflective pieces. Wil Wheaton has been considering his place in fans' early crush histories, while Broadway figures have been remembering Gavin Creel two years after his death. Together, those stories add a softer emotional note to a round-up otherwise full of movement and public visibility.</w:t>
      </w:r>
      <w:r/>
    </w:p>
    <w:p>
      <w:pPr>
        <w:pStyle w:val="Heading2"/>
      </w:pPr>
      <w:r>
        <w:t>A more personal kind of LGBTQ+ visibility</w:t>
      </w:r>
      <w:r/>
    </w:p>
    <w:p>
      <w:r/>
      <w:r>
        <w:t>What links these stories isn't simply celebrity. It's the question of control. Bush and Harris chose a quiet wedding; Odious Ari is stepping into a public role; athletes, performers and politicians are deciding how openly to discuss identity in spaces that haven't always welcomed it.</w:t>
      </w:r>
      <w:r/>
    </w:p>
    <w:p>
      <w:r/>
      <w:r>
        <w:t>That balance matters. Visibility can open doors, but privacy can be protective, restorative and joyful too. The strongest LGBTQ+ stories aren't always the loudest ones; sometimes they're the moments that feel carefully chosen, whether that's a civic appointment, a stage appearance or a simple declaration that someone is your wife.</w:t>
      </w:r>
      <w:r/>
    </w:p>
    <w:p>
      <w:r/>
      <w:r>
        <w:t>It's a varied round-up, but the message is clear: LGBTQ+ culture is being made, debated and celebrated in more places than ever.</w:t>
      </w:r>
      <w:r/>
    </w:p>
    <w:p>
      <w:r/>
      <w:r>
        <w:t>Explore the stories that speak to you, and let the quieter moments count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https://greginhollywood.com/wednesday-round-up-odious-ari-sophia-bush-ashlyn-harris-pete-buttigieg-gavin-creel-ricky-martin-wil-wheaton-more-253105</w:t>
        </w:r>
      </w:hyperlink>
      <w:r>
        <w:t xml:space="preserve"> - Please view link - unable to able to access data</w:t>
      </w:r>
      <w:r/>
    </w:p>
    <w:p>
      <w:pPr>
        <w:pStyle w:val="ListNumber"/>
        <w:spacing w:line="240" w:lineRule="auto"/>
        <w:ind w:left="720"/>
      </w:pPr>
      <w:r/>
      <w:hyperlink r:id="rId14">
        <w:r>
          <w:rPr>
            <w:color w:val="0000EE"/>
            <w:u w:val="single"/>
          </w:rPr>
          <w:t>https://www.weho.org/Home/Components/News/News/12184/</w:t>
        </w:r>
      </w:hyperlink>
      <w:r>
        <w:t xml:space="preserve"> - In June 2026, the City Council of West Hollywood unanimously appointed Odious Ari as the city's second Drag Laureate and the first drag king to hold the title. Ari, an accomplished drag king, performer, producer, and community artist, blends theatrical performance, comedy, music, and queer cultural storytelling. Their appointment marks a significant milestone in West Hollywood's commitment to LGBTQ+ arts and culture.</w:t>
      </w:r>
      <w:r/>
    </w:p>
    <w:p>
      <w:pPr>
        <w:pStyle w:val="ListNumber"/>
        <w:spacing w:line="240" w:lineRule="auto"/>
        <w:ind w:left="720"/>
      </w:pPr>
      <w:r/>
      <w:hyperlink r:id="rId10">
        <w:r>
          <w:rPr>
            <w:color w:val="0000EE"/>
            <w:u w:val="single"/>
          </w:rPr>
          <w:t>https://www.usmagazine.com/celebrity-news/news/sophia-bush-and-ashlyn-harris-secretly-married-in-2025/</w:t>
        </w:r>
      </w:hyperlink>
      <w:r>
        <w:t xml:space="preserve"> - Actress Sophia Bush and former soccer player Ashlyn Harris revealed they privately married in the summer of 2025. The intimate ceremony took place in Upstate New York, with only a few guests, including Harris's two children. Bush expressed that the wedding was 'so precious and zero pressure,' highlighting their desire for a personal and low-key celebration away from public scrutiny.</w:t>
      </w:r>
      <w:r/>
    </w:p>
    <w:p>
      <w:pPr>
        <w:pStyle w:val="ListNumber"/>
        <w:spacing w:line="240" w:lineRule="auto"/>
        <w:ind w:left="720"/>
      </w:pPr>
      <w:r/>
      <w:hyperlink r:id="rId12">
        <w:r>
          <w:rPr>
            <w:color w:val="0000EE"/>
            <w:u w:val="single"/>
          </w:rPr>
          <w:t>https://www.gaycities.com/articles/107469/west-hollywoods-first-drag-king-laureate-odious-ari-gives-us-their-city-highlights/</w:t>
        </w:r>
      </w:hyperlink>
      <w:r>
        <w:t xml:space="preserve"> - Odious Ari, West Hollywood's first drag king laureate, shares their city highlights, reflecting on the significance of their appointment and the city's support for LGBTQ+ artists. Ari discusses the role of the Drag Laureate in promoting drag culture and arts, emphasizing the importance of community engagement and representation in the arts scene.</w:t>
      </w:r>
      <w:r/>
    </w:p>
    <w:p>
      <w:pPr>
        <w:pStyle w:val="ListNumber"/>
        <w:spacing w:line="240" w:lineRule="auto"/>
        <w:ind w:left="720"/>
      </w:pPr>
      <w:r/>
      <w:hyperlink r:id="rId13">
        <w:r>
          <w:rPr>
            <w:color w:val="0000EE"/>
            <w:u w:val="single"/>
          </w:rPr>
          <w:t>https://www.weho.org/community/arts-and-culture/drag-laureate</w:t>
        </w:r>
      </w:hyperlink>
      <w:r>
        <w:t xml:space="preserve"> - The City of West Hollywood's Drag Laureate serves as an ambassador for the city's vibrant drag culture and arts, using the position to promote the city through drag performance. Odious Ari's appointment as the first drag king in this role represents a groundbreaking milestone, embodying the spirit of West Hollywood through creativity, humor, musicianship, and community commitment.</w:t>
      </w:r>
      <w:r/>
    </w:p>
    <w:p>
      <w:pPr>
        <w:pStyle w:val="ListNumber"/>
        <w:spacing w:line="240" w:lineRule="auto"/>
        <w:ind w:left="720"/>
      </w:pPr>
      <w:r/>
      <w:hyperlink r:id="rId11">
        <w:r>
          <w:rPr>
            <w:color w:val="0000EE"/>
            <w:u w:val="single"/>
          </w:rPr>
          <w:t>https://www.eonline.com/ca/news/1436608/sophia-bush-ashlyn-harris-reveal-they-privately-got-married</w:t>
        </w:r>
      </w:hyperlink>
      <w:r>
        <w:t xml:space="preserve"> - Sophia Bush and Ashlyn Harris announced they tied the knot during a private ceremony in summer 2025. The couple, who have been together for nearly three years, chose to keep their marriage private, focusing on family and personal significance. Bush shared that the ceremony was 'so precious' and free from external pressures, reflecting their desire for a personal and intimate celebration.</w:t>
      </w:r>
      <w:r/>
    </w:p>
    <w:p>
      <w:pPr>
        <w:pStyle w:val="ListNumber"/>
        <w:spacing w:line="240" w:lineRule="auto"/>
        <w:ind w:left="720"/>
      </w:pPr>
      <w:r/>
      <w:hyperlink r:id="rId15">
        <w:r>
          <w:rPr>
            <w:color w:val="0000EE"/>
            <w:u w:val="single"/>
          </w:rPr>
          <w:t>https://www.parade.com/celebrities/sophia-bush-quietly-married-ashlyn-harris-it-was-so-precious-and-zero-pressure</w:t>
        </w:r>
      </w:hyperlink>
      <w:r>
        <w:t xml:space="preserve"> - Sophia Bush and Ashlyn Harris revealed they married in the summer of 2025 in a private ceremony. The couple, together for nearly three years, opted for an intimate celebration focusing on family, including Harris's two children. Bush described the wedding as 'so precious and zero pressure,' emphasizing their desire for a personal and low-key event away from public attention.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wednesday-round-up-odious-ari-sophia-bush-ashlyn-harris-pete-buttigieg-gavin-creel-ricky-martin-wil-wheaton-more-253105" TargetMode="External"/><Relationship Id="rId10" Type="http://schemas.openxmlformats.org/officeDocument/2006/relationships/hyperlink" Target="https://www.usmagazine.com/celebrity-news/news/sophia-bush-and-ashlyn-harris-secretly-married-in-2025/" TargetMode="External"/><Relationship Id="rId11" Type="http://schemas.openxmlformats.org/officeDocument/2006/relationships/hyperlink" Target="https://www.eonline.com/ca/news/1436608/sophia-bush-ashlyn-harris-reveal-they-privately-got-married" TargetMode="External"/><Relationship Id="rId12" Type="http://schemas.openxmlformats.org/officeDocument/2006/relationships/hyperlink" Target="https://www.gaycities.com/articles/107469/west-hollywoods-first-drag-king-laureate-odious-ari-gives-us-their-city-highlights/" TargetMode="External"/><Relationship Id="rId13" Type="http://schemas.openxmlformats.org/officeDocument/2006/relationships/hyperlink" Target="https://www.weho.org/community/arts-and-culture/drag-laureate" TargetMode="External"/><Relationship Id="rId14" Type="http://schemas.openxmlformats.org/officeDocument/2006/relationships/hyperlink" Target="https://www.weho.org/Home/Components/News/News/12184/" TargetMode="External"/><Relationship Id="rId15" Type="http://schemas.openxmlformats.org/officeDocument/2006/relationships/hyperlink" Target="https://www.parade.com/celebrities/sophia-bush-quietly-married-ashlyn-harris-it-was-so-precious-and-zero-press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