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drama Tip Toe asks why queer safety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Tip Toe, Russell T Davies’ tense new drama starring Alan Cumming and David Morrissey, for a sharp look at anti-LGBTQ+ hate and scapegoating. Set in Manchester’s queer community, the series arrives in the US on Starz with a difficult question: can visibility alone keep people safe?</w:t>
      </w:r>
      <w:r/>
    </w:p>
    <w:p>
      <w:pPr>
        <w:pStyle w:val="Heading2"/>
      </w:pPr>
      <w:r>
        <w:t>Essential Takeaways</w:t>
      </w:r>
      <w:r/>
      <w:r/>
    </w:p>
    <w:p>
      <w:pPr>
        <w:pStyle w:val="ListBullet"/>
        <w:spacing w:line="240" w:lineRule="auto"/>
        <w:ind w:left="720"/>
      </w:pPr>
      <w:r/>
      <w:r>
        <w:rPr>
          <w:b/>
        </w:rPr>
        <w:t>A timely story:</w:t>
      </w:r>
      <w:r>
        <w:t xml:space="preserve"> The drama explores present-day anti-LGBTQ+ violence and hostile political rhetoric.</w:t>
      </w:r>
      <w:r/>
    </w:p>
    <w:p>
      <w:pPr>
        <w:pStyle w:val="ListBullet"/>
        <w:spacing w:line="240" w:lineRule="auto"/>
        <w:ind w:left="720"/>
      </w:pPr>
      <w:r/>
      <w:r>
        <w:rPr>
          <w:b/>
        </w:rPr>
        <w:t>Two sharply opposed neighbours:</w:t>
      </w:r>
      <w:r>
        <w:t xml:space="preserve"> Alan Cumming plays survivor Leo Struthers, while David Morrissey portrays volatile neighbour Clive Goss.</w:t>
      </w:r>
      <w:r/>
    </w:p>
    <w:p>
      <w:pPr>
        <w:pStyle w:val="ListBullet"/>
        <w:spacing w:line="240" w:lineRule="auto"/>
        <w:ind w:left="720"/>
      </w:pPr>
      <w:r/>
      <w:r>
        <w:rPr>
          <w:b/>
        </w:rPr>
        <w:t>Manchester setting:</w:t>
      </w:r>
      <w:r>
        <w:t xml:space="preserve"> Leo’s bar sits in the city’s famous Gay Village, giving the story a vivid queer heart.</w:t>
      </w:r>
      <w:r/>
    </w:p>
    <w:p>
      <w:pPr>
        <w:pStyle w:val="ListBullet"/>
        <w:spacing w:line="240" w:lineRule="auto"/>
        <w:ind w:left="720"/>
      </w:pPr>
      <w:r/>
      <w:r>
        <w:rPr>
          <w:b/>
        </w:rPr>
        <w:t>Weekly viewing:</w:t>
      </w:r>
      <w:r>
        <w:t xml:space="preserve"> Starz is releasing one episode each Friday during October.</w:t>
      </w:r>
      <w:r/>
    </w:p>
    <w:p>
      <w:pPr>
        <w:pStyle w:val="ListBullet"/>
        <w:spacing w:line="240" w:lineRule="auto"/>
        <w:ind w:left="720"/>
      </w:pPr>
      <w:r/>
      <w:r>
        <w:rPr>
          <w:b/>
        </w:rPr>
        <w:t>A wider media concern:</w:t>
      </w:r>
      <w:r>
        <w:t xml:space="preserve"> Cumming says American studios are making fewer home-grown queer stories, even as audiences embrace international titles.</w:t>
      </w:r>
      <w:r/>
      <w:r/>
    </w:p>
    <w:p>
      <w:pPr>
        <w:pStyle w:val="Heading2"/>
      </w:pPr>
      <w:r>
        <w:t>A quiet neighbourhood dispute turns frightening</w:t>
      </w:r>
      <w:r/>
    </w:p>
    <w:p>
      <w:r/>
      <w:r>
        <w:t>Tip Toe begins with the aftermath of an LGBTQ+ hate crime, then rewinds to show how the events unfolded. That structure gives the drama an uneasy pull: viewers know something terrible is coming, while everyday encounters gradually take on a sharper edge.</w:t>
      </w:r>
      <w:r/>
    </w:p>
    <w:p>
      <w:r/>
      <w:r>
        <w:t>Cumming plays Leo Struthers, a 59-year-old gay bar owner and HIV survivor. His neighbour, Clive Goss, played by Morrissey, is quick-tempered, narrow-minded and easily drawn towards online anger. According to TV Insider, the tension between them grows from uncomfortable friction into something far more dangerous.</w:t>
      </w:r>
      <w:r/>
    </w:p>
    <w:p>
      <w:r/>
      <w:r>
        <w:t>The setting matters, too. Leo’s business is placed in Manchester’s Gay Village on Canal Street, a lively and recognisable space that contrasts with the threat building outside and within the local community.</w:t>
      </w:r>
      <w:r/>
    </w:p>
    <w:p>
      <w:pPr>
        <w:pStyle w:val="Heading2"/>
      </w:pPr>
      <w:r>
        <w:t>Why Tip Toe feels uncomfortably current</w:t>
      </w:r>
      <w:r/>
    </w:p>
    <w:p>
      <w:r/>
      <w:r>
        <w:t>Davies has drawn on the rise in anti-LGBTQ+ violence and rhetoric in both Britain and America. The drama isn't presented as a distant warning, but as a story shaped by political arguments, social isolation and the damaging urge to blame an imagined outsider.</w:t>
      </w:r>
      <w:r/>
    </w:p>
    <w:p>
      <w:r/>
      <w:r>
        <w:t>Clive is particularly unsettling because his prejudice doesn't exist in a vacuum. He watches violent material online, lacks people around him willing to challenge his views and searches for simple explanations for problems in his life. The result is a portrait of radicalisation that feels depressingly plausible rather than cartoonish.</w:t>
      </w:r>
      <w:r/>
    </w:p>
    <w:p>
      <w:r/>
      <w:r>
        <w:t>The Guardian's coverage of the series also places it within Davies' wider body of work, where queer lives are often central rather than decorative. That's part of the show's appeal, but it also makes its darker question harder to dodge: what happens when being visible no longer feels protective?</w:t>
      </w:r>
      <w:r/>
    </w:p>
    <w:p>
      <w:pPr>
        <w:pStyle w:val="Heading2"/>
      </w:pPr>
      <w:r>
        <w:t>Alan Cumming sounds the alarm over queer storytelling</w:t>
      </w:r>
      <w:r/>
    </w:p>
    <w:p>
      <w:r/>
      <w:r>
        <w:t>Cumming has welcomed Tip Toe reaching American viewers, but he has also raised concerns about the shrinking number of queer stories being developed by US studios. He argues that companies have become more cautious about backing work that centres LGBTQ+ lives, particularly in a tense political climate.</w:t>
      </w:r>
      <w:r/>
    </w:p>
    <w:p>
      <w:r/>
      <w:r>
        <w:t>The contradiction is striking. Audiences clearly want compelling queer dramas, yet American broadcasters and production companies are increasingly licensing shows made elsewhere instead of commissioning equivalent work at home. Channel 4's production information underlines the international credentials behind Tip Toe, while Starz's decision to bring it to US viewers gives the series a second life.</w:t>
      </w:r>
      <w:r/>
    </w:p>
    <w:p>
      <w:r/>
      <w:r>
        <w:t>The success of titles such as Heated Rivalry offers some encouragement, but Cumming's point remains uncomfortable. A popular show can prove demand exists, yet it doesn't automatically make executives less nervous about commissioning the next one.</w:t>
      </w:r>
      <w:r/>
    </w:p>
    <w:p>
      <w:pPr>
        <w:pStyle w:val="Heading2"/>
      </w:pPr>
      <w:r>
        <w:t>What makes the central relationship so tense?</w:t>
      </w:r>
      <w:r/>
    </w:p>
    <w:p>
      <w:r/>
      <w:r>
        <w:t>Leo tries to manage Clive's temper, effectively tiptoeing around his neighbour to prevent another confrontation. That instinct will feel familiar to anyone who's ever tried to keep the peace with someone unpredictable, but the series also shows the cost of constant accommodation.</w:t>
      </w:r>
      <w:r/>
    </w:p>
    <w:p>
      <w:r/>
      <w:r>
        <w:t>Clive isn't simply portrayed as a stranger to queer people. He can enjoy their company or even defend them in particular moments, while still holding deeply hostile beliefs. That inconsistency is what makes him dangerous: selective tolerance can sit alongside prejudice, especially when fear and resentment are being continually fed.</w:t>
      </w:r>
      <w:r/>
    </w:p>
    <w:p>
      <w:r/>
      <w:r>
        <w:t>For viewers choosing whether to watch, this isn't a cosy character drama. The tone is harrowing, and the opening premise signals where the story is heading. Still, the weekly release gives audiences space to discuss each episode rather than rushing through the material in one anxious sitting.</w:t>
      </w:r>
      <w:r/>
    </w:p>
    <w:p>
      <w:pPr>
        <w:pStyle w:val="Heading2"/>
      </w:pPr>
      <w:r>
        <w:t>How and where to watch Tip Toe</w:t>
      </w:r>
      <w:r/>
    </w:p>
    <w:p>
      <w:r/>
      <w:r>
        <w:t>Starz is screening Tip Toe in the United States, with episodes arriving weekly on Fridays during October. Viewing details and streaming options vary by provider, so it's worth checking the latest local listings before settling in.</w:t>
      </w:r>
      <w:r/>
    </w:p>
    <w:p>
      <w:r/>
      <w:r>
        <w:t>The series is likely to appeal to viewers who enjoy socially charged dramas, tense neighbour stories and Russell T Davies' emotionally direct writing. It may be a challenging watch, but that discomfort is clearly part of the design.</w:t>
      </w:r>
      <w:r/>
    </w:p>
    <w:p>
      <w:r/>
      <w:r>
        <w:t>At its best, Tip Toe doesn't offer easy reassurance. Instead, it asks viewers to notice how quickly prejudice can become normalised, and how much harder it is to challenge when communities stop talking to one another.</w:t>
      </w:r>
      <w:r/>
    </w:p>
    <w:p>
      <w:r/>
      <w:r>
        <w:t>It's a difficult story, but an important one to have in the room.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https://www.tvinsider.com/1293633/tip-toe-starz-alan-cumming-david-morrissey-russell-t-davies-interview/</w:t>
        </w:r>
      </w:hyperlink>
      <w:r>
        <w:t xml:space="preserve"> - Please view link - unable to able to access data</w:t>
      </w:r>
      <w:r/>
    </w:p>
    <w:p>
      <w:pPr>
        <w:pStyle w:val="ListNumber"/>
        <w:spacing w:line="240" w:lineRule="auto"/>
        <w:ind w:left="720"/>
      </w:pPr>
      <w:r/>
      <w:hyperlink r:id="rId10">
        <w:r>
          <w:rPr>
            <w:color w:val="0000EE"/>
            <w:u w:val="single"/>
          </w:rPr>
          <w:t>https://www.channel4.com/press/news/channel-4-releases-first-look-images-alan-cumming-and-david-morrissey-russell-t-davies</w:t>
        </w:r>
      </w:hyperlink>
      <w:r>
        <w:t xml:space="preserve"> - Channel 4 has unveiled first-look images of Alan Cumming and David Morrissey in Russell T Davies' upcoming drama 'Tip Toe'. The series, set in Manchester's Gay Village, follows Leo, a bar owner, and Clive, his neighbour, as their longstanding relationship deteriorates amidst rising societal tensions. The five-part drama, from the creator of 'It's a Sin' and 'Queer as Folk', is set to air later this year. (</w:t>
      </w:r>
      <w:hyperlink r:id="rId16">
        <w:r>
          <w:rPr>
            <w:color w:val="0000EE"/>
            <w:u w:val="single"/>
          </w:rPr>
          <w:t>channel4.com</w:t>
        </w:r>
      </w:hyperlink>
      <w:r>
        <w:t>)</w:t>
      </w:r>
      <w:r/>
    </w:p>
    <w:p>
      <w:pPr>
        <w:pStyle w:val="ListNumber"/>
        <w:spacing w:line="240" w:lineRule="auto"/>
        <w:ind w:left="720"/>
      </w:pPr>
      <w:r/>
      <w:hyperlink r:id="rId12">
        <w:r>
          <w:rPr>
            <w:color w:val="0000EE"/>
            <w:u w:val="single"/>
          </w:rPr>
          <w:t>https://www.theguardian.com/tv-and-radio/2026/may/29/inside-russell-t-davies-tip-top-drama-alan-cumming-david-morrissey</w:t>
        </w:r>
      </w:hyperlink>
      <w:r>
        <w:t xml:space="preserve"> - Russell T Davies discusses his new drama 'Tip Toe', starring Alan Cumming and David Morrissey, which delves into the complexities of a neighbourly relationship amid societal tensions. The series aims to provide a nuanced portrayal of characters and the circumstances leading to their views, reflecting on the impact of online validation and radicalisation. (</w:t>
      </w:r>
      <w:hyperlink r:id="rId17">
        <w:r>
          <w:rPr>
            <w:color w:val="0000EE"/>
            <w:u w:val="single"/>
          </w:rPr>
          <w:t>theguardian.com</w:t>
        </w:r>
      </w:hyperlink>
      <w:r>
        <w:t>)</w:t>
      </w:r>
      <w:r/>
    </w:p>
    <w:p>
      <w:pPr>
        <w:pStyle w:val="ListNumber"/>
        <w:spacing w:line="240" w:lineRule="auto"/>
        <w:ind w:left="720"/>
      </w:pPr>
      <w:r/>
      <w:hyperlink r:id="rId11">
        <w:r>
          <w:rPr>
            <w:color w:val="0000EE"/>
            <w:u w:val="single"/>
          </w:rPr>
          <w:t>https://www.tellyvisions.org/tip-toe-how-to-watch-stream-us/</w:t>
        </w:r>
      </w:hyperlink>
      <w:r>
        <w:t xml:space="preserve"> - Starz has acquired Russell T Davies' queer drama 'Tip Toe', set to premiere in the U.S. later this year. The series, featuring Alan Cumming and David Morrissey, explores the corrosive forces impacting the gay community, reflecting Davies' previous works like 'Queer as Folk' and 'Doctor Who'. (</w:t>
      </w:r>
      <w:hyperlink r:id="rId18">
        <w:r>
          <w:rPr>
            <w:color w:val="0000EE"/>
            <w:u w:val="single"/>
          </w:rPr>
          <w:t>tellyvisions.org</w:t>
        </w:r>
      </w:hyperlink>
      <w:r>
        <w:t>)</w:t>
      </w:r>
      <w:r/>
    </w:p>
    <w:p>
      <w:pPr>
        <w:pStyle w:val="ListNumber"/>
        <w:spacing w:line="240" w:lineRule="auto"/>
        <w:ind w:left="720"/>
      </w:pPr>
      <w:r/>
      <w:hyperlink r:id="rId13">
        <w:r>
          <w:rPr>
            <w:color w:val="0000EE"/>
            <w:u w:val="single"/>
          </w:rPr>
          <w:t>https://www.upi.com/Entertainment_News/TV/2026/06/17/Alan-Cumming-David-Morrisey/8431781716655/</w:t>
        </w:r>
      </w:hyperlink>
      <w:r>
        <w:t xml:space="preserve"> - Starz announced it will air the series 'Tip Toe', created by Russell T. Davies, later this year. The five-part series stars Alan Cumming and David Morrissey as warring Manchester neighbours in the LGBTQ+ community. The show, commissioned by Channel 4, has premiered in the U.K. (</w:t>
      </w:r>
      <w:hyperlink r:id="rId19">
        <w:r>
          <w:rPr>
            <w:color w:val="0000EE"/>
            <w:u w:val="single"/>
          </w:rPr>
          <w:t>upi.com</w:t>
        </w:r>
      </w:hyperlink>
      <w:r>
        <w:t>)</w:t>
      </w:r>
      <w:r/>
    </w:p>
    <w:p>
      <w:pPr>
        <w:pStyle w:val="ListNumber"/>
        <w:spacing w:line="240" w:lineRule="auto"/>
        <w:ind w:left="720"/>
      </w:pPr>
      <w:r/>
      <w:hyperlink r:id="rId14">
        <w:r>
          <w:rPr>
            <w:color w:val="0000EE"/>
            <w:u w:val="single"/>
          </w:rPr>
          <w:t>https://elpais.com/television/series/tip-toe/</w:t>
        </w:r>
      </w:hyperlink>
      <w:r>
        <w:t xml:space="preserve"> - 'Tip Toe' is a five-episode British drama series created by Russell T. Davies, known for 'Doctor Who' and 'It's A Sin'. The plot follows Leo and Clive, neighbours in Manchester for almost 15 years, whose relationship deteriorates as the social environment becomes more hostile and polarised. (</w:t>
      </w:r>
      <w:hyperlink r:id="rId20">
        <w:r>
          <w:rPr>
            <w:color w:val="0000EE"/>
            <w:u w:val="single"/>
          </w:rPr>
          <w:t>elpais.com</w:t>
        </w:r>
      </w:hyperlink>
      <w:r>
        <w:t>)</w:t>
      </w:r>
      <w:r/>
    </w:p>
    <w:p>
      <w:pPr>
        <w:pStyle w:val="ListNumber"/>
        <w:spacing w:line="240" w:lineRule="auto"/>
        <w:ind w:left="720"/>
      </w:pPr>
      <w:r/>
      <w:hyperlink r:id="rId15">
        <w:r>
          <w:rPr>
            <w:color w:val="0000EE"/>
            <w:u w:val="single"/>
          </w:rPr>
          <w:t>https://www.tvinsider.com/1272663/tip-toe-series-us-release-date-cast-alan-cumming-david-morrissey-russell-t-davies/</w:t>
        </w:r>
      </w:hyperlink>
      <w:r>
        <w:t xml:space="preserve"> - 'Tip Toe', a U.K. drama thriller starring Alan Cumming and David Morrissey, will soon be available to U.S. viewers. Created by Russell T. Davies, the series explores the corrosive forces facing the LGBTQIA+ community today. The five-episode series follows Leo and Clive, who have lived next door to each other in Manchester for almost 15 years. (</w:t>
      </w:r>
      <w:hyperlink r:id="rId21">
        <w:r>
          <w:rPr>
            <w:color w:val="0000EE"/>
            <w:u w:val="single"/>
          </w:rPr>
          <w:t>tvinsider.com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vinsider.com/1293633/tip-toe-starz-alan-cumming-david-morrissey-russell-t-davies-interview/" TargetMode="External"/><Relationship Id="rId10" Type="http://schemas.openxmlformats.org/officeDocument/2006/relationships/hyperlink" Target="https://www.channel4.com/press/news/channel-4-releases-first-look-images-alan-cumming-and-david-morrissey-russell-t-davies" TargetMode="External"/><Relationship Id="rId11" Type="http://schemas.openxmlformats.org/officeDocument/2006/relationships/hyperlink" Target="https://www.tellyvisions.org/tip-toe-how-to-watch-stream-us/" TargetMode="External"/><Relationship Id="rId12" Type="http://schemas.openxmlformats.org/officeDocument/2006/relationships/hyperlink" Target="https://www.theguardian.com/tv-and-radio/2026/may/29/inside-russell-t-davies-tip-top-drama-alan-cumming-david-morrissey" TargetMode="External"/><Relationship Id="rId13" Type="http://schemas.openxmlformats.org/officeDocument/2006/relationships/hyperlink" Target="https://www.upi.com/Entertainment_News/TV/2026/06/17/Alan-Cumming-David-Morrisey/8431781716655/" TargetMode="External"/><Relationship Id="rId14" Type="http://schemas.openxmlformats.org/officeDocument/2006/relationships/hyperlink" Target="https://elpais.com/television/series/tip-toe/" TargetMode="External"/><Relationship Id="rId15" Type="http://schemas.openxmlformats.org/officeDocument/2006/relationships/hyperlink" Target="https://www.tvinsider.com/1272663/tip-toe-series-us-release-date-cast-alan-cumming-david-morrissey-russell-t-davies/" TargetMode="External"/><Relationship Id="rId16" Type="http://schemas.openxmlformats.org/officeDocument/2006/relationships/hyperlink" Target="https://www.channel4.com/press/news/channel-4-releases-first-look-images-alan-cumming-and-david-morrissey-russell-t-davies?utm_source=openai" TargetMode="External"/><Relationship Id="rId17" Type="http://schemas.openxmlformats.org/officeDocument/2006/relationships/hyperlink" Target="https://www.theguardian.com/tv-and-radio/2026/may/29/inside-russell-t-davies-tip-top-drama-alan-cumming-david-morrissey?utm_source=openai" TargetMode="External"/><Relationship Id="rId18" Type="http://schemas.openxmlformats.org/officeDocument/2006/relationships/hyperlink" Target="https://www.tellyvisions.org/tip-toe-how-to-watch-stream-us/?utm_source=openai" TargetMode="External"/><Relationship Id="rId19" Type="http://schemas.openxmlformats.org/officeDocument/2006/relationships/hyperlink" Target="https://www.upi.com/Entertainment_News/TV/2026/06/17/Alan-Cumming-David-Morrisey/8431781716655/?utm_source=openai" TargetMode="External"/><Relationship Id="rId20" Type="http://schemas.openxmlformats.org/officeDocument/2006/relationships/hyperlink" Target="https://elpais.com/television/series/tip-toe/?utm_source=openai" TargetMode="External"/><Relationship Id="rId21" Type="http://schemas.openxmlformats.org/officeDocument/2006/relationships/hyperlink" Target="https://www.tvinsider.com/1272663/tip-toe-series-us-release-date-cast-alan-cumming-david-morrissey-russell-t-davie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