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James Talarico controversy raises questions about child-facing drag events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 footage and past Texas House votes have put James Talarico's record on child-facing drag performances, transgender healthcare and sex-based sports rules under renewed scrutiny, as the Democratic Senate hopeful tries to persuade voters that his current positions have shifted.</w:t>
      </w:r>
      <w:r/>
    </w:p>
    <w:p>
      <w:pPr>
        <w:pStyle w:val="Heading2"/>
      </w:pPr>
      <w:r>
        <w:t>Essential Takeaways</w:t>
      </w:r>
      <w:r/>
      <w:r/>
    </w:p>
    <w:p>
      <w:pPr>
        <w:pStyle w:val="ListBullet"/>
        <w:spacing w:line="240" w:lineRule="auto"/>
        <w:ind w:left="720"/>
      </w:pPr>
      <w:r/>
      <w:r>
        <w:rPr>
          <w:b/>
        </w:rPr>
        <w:t>A resurfaced event:</w:t>
      </w:r>
      <w:r>
        <w:t xml:space="preserve"> Talarico appeared at a 2021 Pride fundraiser that promoted an 11-year-old drag performer, according to reports.</w:t>
      </w:r>
      <w:r/>
    </w:p>
    <w:p>
      <w:pPr>
        <w:pStyle w:val="ListBullet"/>
        <w:spacing w:line="240" w:lineRule="auto"/>
        <w:ind w:left="720"/>
      </w:pPr>
      <w:r/>
      <w:r>
        <w:rPr>
          <w:b/>
        </w:rPr>
        <w:t>A campaign clip:</w:t>
      </w:r>
      <w:r>
        <w:t xml:space="preserve"> He quickly named Alyssa Edwards as his favourite Texas drag queen, prompting renewed criticism from opponents.</w:t>
      </w:r>
      <w:r/>
    </w:p>
    <w:p>
      <w:pPr>
        <w:pStyle w:val="ListBullet"/>
        <w:spacing w:line="240" w:lineRule="auto"/>
        <w:ind w:left="720"/>
      </w:pPr>
      <w:r/>
      <w:r>
        <w:rPr>
          <w:b/>
        </w:rPr>
        <w:t>A changing message:</w:t>
      </w:r>
      <w:r>
        <w:t xml:space="preserve"> His recent comments support restrictions on medical transition for minors and protections for fairness in girls' sport.</w:t>
      </w:r>
      <w:r/>
    </w:p>
    <w:p>
      <w:pPr>
        <w:pStyle w:val="ListBullet"/>
        <w:spacing w:line="240" w:lineRule="auto"/>
        <w:ind w:left="720"/>
      </w:pPr>
      <w:r/>
      <w:r>
        <w:rPr>
          <w:b/>
        </w:rPr>
        <w:t>A wider record:</w:t>
      </w:r>
      <w:r>
        <w:t xml:space="preserve"> Earlier speeches and votes show a more permissive position on transgender rights and gender-related policy.</w:t>
      </w:r>
      <w:r/>
    </w:p>
    <w:p>
      <w:pPr>
        <w:pStyle w:val="ListBullet"/>
        <w:spacing w:line="240" w:lineRule="auto"/>
        <w:ind w:left="720"/>
      </w:pPr>
      <w:r/>
      <w:r>
        <w:rPr>
          <w:b/>
        </w:rPr>
        <w:t>The key question:</w:t>
      </w:r>
      <w:r>
        <w:t xml:space="preserve"> Voters will have to decide whether the shift reflects a genuine change or election-year positioning.</w:t>
      </w:r>
      <w:r/>
      <w:r/>
    </w:p>
    <w:p>
      <w:pPr>
        <w:pStyle w:val="Heading2"/>
      </w:pPr>
      <w:r>
        <w:t>Why an old Pride event is back in the spotlight</w:t>
      </w:r>
      <w:r/>
    </w:p>
    <w:p>
      <w:r/>
      <w:r>
        <w:t>The controversy centres on a 2021 Taylor Pride fundraiser in Texas. Promotional material reportedly listed then-state representative James Talarico alongside an 11-year-old performer using the stage name Kween Kee Kee, with the programme also including a children's story session and other drag acts.</w:t>
      </w:r>
      <w:r/>
    </w:p>
    <w:p>
      <w:r/>
      <w:r>
        <w:t>That detail has become politically potent because Talarico opposed Texas legislation aimed at restricting sexually oriented performances in places where children could be present. Critics argue that the event illustrates the very boundary the law was intended to draw. Reports from Joe Messina and Liberty Sons have helped push the episode back into the campaign conversation.</w:t>
      </w:r>
      <w:r/>
    </w:p>
    <w:p>
      <w:r/>
      <w:r>
        <w:t>The question isn't simply whether drag is suitable for adults. It's whether children should be performers or audience members at events involving adult-coded entertainment. For voters, that distinction is likely to matter more than the familiar culture-war slogans.</w:t>
      </w:r>
      <w:r/>
    </w:p>
    <w:p>
      <w:pPr>
        <w:pStyle w:val="Heading2"/>
      </w:pPr>
      <w:r>
        <w:t>A fast answer creates another campaign problem</w:t>
      </w:r>
      <w:r/>
    </w:p>
    <w:p>
      <w:r/>
      <w:r>
        <w:t>A separate campaign-stop video added fuel to the story. When asked to name his favourite Texas drag queen, Talarico immediately chose Alyssa Edwards, the stage persona of performer Justin Johnson.</w:t>
      </w:r>
      <w:r/>
    </w:p>
    <w:p>
      <w:r/>
      <w:r>
        <w:t>Edwards is associated with a dance studio and has spoken publicly about working with young students. The National Republican Senatorial Committee and other conservative outlets seized on the exchange, presenting it as evidence that Talarico remains closely aligned with child-facing drag culture.</w:t>
      </w:r>
      <w:r/>
    </w:p>
    <w:p>
      <w:r/>
      <w:r>
        <w:t>That interpretation is disputed by supporters, who see Edwards as an entertainer and dance teacher rather than proof of inappropriate conduct. Still, politics often turns on the image that lingers. In this case, it was a candidate naming a performer in an instant, while old footage of a youth drag event circulated in the background.</w:t>
      </w:r>
      <w:r/>
    </w:p>
    <w:p>
      <w:pPr>
        <w:pStyle w:val="Heading2"/>
      </w:pPr>
      <w:r>
        <w:t>His current message is noticeably more cautious</w:t>
      </w:r>
      <w:r/>
    </w:p>
    <w:p>
      <w:r/>
      <w:r>
        <w:t>Talarico's present campaign language is less expansive than some of his earlier statements. He now says he recognises two sexes, supports banning gender-transition surgeries for minors and would oppose males competing in girls' sport where safety or fairness is compromised.</w:t>
      </w:r>
      <w:r/>
    </w:p>
    <w:p>
      <w:r/>
      <w:r>
        <w:t>Those positions sit awkwardly beside his previous legislative record. He voted against Texas' ban on gender-transition procedures for minors and opposed a bill requiring school athletes to compete according to sex recorded at birth. Earlier remarks also described denying a child's gender identity as abusive, a line that has resurfaced as his Senate campaign gathers pace.</w:t>
      </w:r>
      <w:r/>
    </w:p>
    <w:p>
      <w:r/>
      <w:r>
        <w:t>The apparent change has created an obvious credibility test. Candidates can evolve, especially on fast-moving social issues, but voters reasonably want to know what prompted the change and which position would guide their decisions in office.</w:t>
      </w:r>
      <w:r/>
    </w:p>
    <w:p>
      <w:pPr>
        <w:pStyle w:val="Heading2"/>
      </w:pPr>
      <w:r>
        <w:t>The Senate race turns policy into a trust test</w:t>
      </w:r>
      <w:r/>
    </w:p>
    <w:p>
      <w:r/>
      <w:r>
        <w:t>Talarico, a former teacher and state representative from the Austin area, is challenging Republican Attorney General Ken Paxton for a US Senate seat. That makes his record more than a collection of old clips. It becomes a preview of how he might vote on national legislation involving schools, healthcare and civil rights.</w:t>
      </w:r>
      <w:r/>
    </w:p>
    <w:p>
      <w:r/>
      <w:r>
        <w:t>His critics say the newer language is a temporary adjustment to a conservative Texas electorate. The campaign, meanwhile, has argued that his views are being simplified and weaponised by opponents. Coverage from the National Republican Senatorial Committee, Mixed Times and other partisan publications reflects the intensity of that dispute, though those reports should be read with an awareness of their political perspective.</w:t>
      </w:r>
      <w:r/>
    </w:p>
    <w:p>
      <w:r/>
      <w:r>
        <w:t>There is also a broader shift under way. Candidates who once used unequivocal language on gender identity are increasingly adding caveats about medical intervention, sport and safeguarding. Whether that represents a durable change in public opinion or simply smarter campaign phrasing remains one of the central questions of the race.</w:t>
      </w:r>
      <w:r/>
    </w:p>
    <w:p>
      <w:pPr>
        <w:pStyle w:val="Heading2"/>
      </w:pPr>
      <w:r>
        <w:t>How voters can judge the claims</w:t>
      </w:r>
      <w:r/>
    </w:p>
    <w:p>
      <w:r/>
      <w:r>
        <w:t>The most useful way to assess the controversy is to separate three things: what Talarico said, how he voted and what he says now. Campaign videos can capture a revealing moment, but legislation and recorded speeches provide a fuller picture.</w:t>
      </w:r>
      <w:r/>
    </w:p>
    <w:p>
      <w:r/>
      <w:r>
        <w:t>Voters should also check the original context of the 2021 Pride event, the wording of the relevant Texas laws and the dates of his more recent policy statements. Claims about children's participation, medical treatment and sports eligibility are especially easy to compress into misleading headlines.</w:t>
      </w:r>
      <w:r/>
    </w:p>
    <w:p>
      <w:r/>
      <w:r>
        <w:t>For Talarico, the challenge is straightforward but substantial: explain what changed, when it changed and whether the change would survive pressure from party activists. In a Senate contest, trust is often harder to win back than a soundbite is to produce.</w:t>
      </w:r>
      <w:r/>
    </w:p>
    <w:p>
      <w:r/>
      <w:r>
        <w:t>The result may hinge less on one drag-show clip than on whether Texans believe the candidate's latest position is genuine.</w:t>
      </w:r>
      <w:r/>
    </w:p>
    <w:p>
      <w:r/>
      <w:r>
        <w:t>Explore the record, then decide which promises deserve your confidence.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[4]</w:t>
        </w:r>
      </w:hyperlink>
      <w:r>
        <w:t xml:space="preserve">, </w:t>
      </w:r>
      <w:hyperlink r:id="rId12">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2">
        <w:r>
          <w:rPr>
            <w:color w:val="0000EE"/>
            <w:u w:val="single"/>
          </w:rPr>
          <w:t>[5]</w:t>
        </w:r>
      </w:hyperlink>
      <w:r>
        <w:t xml:space="preserve">- Paragraph 8: </w:t>
      </w:r>
      <w:hyperlink r:id="rId13">
        <w:r>
          <w:rPr>
            <w:color w:val="0000EE"/>
            <w:u w:val="single"/>
          </w:rPr>
          <w:t>[4]</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1">
        <w:r>
          <w:rPr>
            <w:color w:val="0000EE"/>
            <w:u w:val="single"/>
          </w:rPr>
          <w:t>[3]</w:t>
        </w:r>
      </w:hyperlink>
      <w:r>
        <w:t xml:space="preserve">, </w:t>
      </w:r>
      <w:hyperlink r:id="rId13">
        <w:r>
          <w:rPr>
            <w:color w:val="0000EE"/>
            <w:u w:val="single"/>
          </w:rPr>
          <w:t>[4]</w:t>
        </w:r>
      </w:hyperlink>
      <w:r>
        <w:t xml:space="preserve">- Paragraph 11: </w:t>
      </w:r>
      <w:hyperlink r:id="rId12">
        <w:r>
          <w:rPr>
            <w:color w:val="0000EE"/>
            <w:u w:val="single"/>
          </w:rPr>
          <w:t>[5]</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https://gaysagainstgroomers.substack.com/p/watchlist-james-talarico</w:t>
        </w:r>
      </w:hyperlink>
      <w:r>
        <w:t xml:space="preserve"> - Please view link - unable to able to access data</w:t>
      </w:r>
      <w:r/>
    </w:p>
    <w:p>
      <w:pPr>
        <w:pStyle w:val="ListNumber"/>
        <w:spacing w:line="240" w:lineRule="auto"/>
        <w:ind w:left="720"/>
      </w:pPr>
      <w:r/>
      <w:hyperlink r:id="rId10">
        <w:r>
          <w:rPr>
            <w:color w:val="0000EE"/>
            <w:u w:val="single"/>
          </w:rPr>
          <w:t>https://www.nrsc.org/press-releases/icymi-watch-talarico-instantly-names-favorite-texas-drag-queen-a-performer-who-says-he-works-with-children-2026-09-14/</w:t>
        </w:r>
      </w:hyperlink>
      <w:r>
        <w:t xml:space="preserve"> - In September 2026, during a campaign event, James Talarico, a Democratic candidate for the U.S. Senate from Texas, was asked to name his favourite drag queen in the state. Without hesitation, he responded, 'Probably Alyssa Edwards.' Alyssa Edwards, whose real name is Justin Dwayne Lee Johnson, is a prominent drag performer known for his work with children. This exchange has drawn attention due to Edwards' public advocacy for youth drag performances. (</w:t>
      </w:r>
      <w:hyperlink r:id="rId16">
        <w:r>
          <w:rPr>
            <w:color w:val="0000EE"/>
            <w:u w:val="single"/>
          </w:rPr>
          <w:t>nrsc.org</w:t>
        </w:r>
      </w:hyperlink>
      <w:r>
        <w:t>)</w:t>
      </w:r>
      <w:r/>
    </w:p>
    <w:p>
      <w:pPr>
        <w:pStyle w:val="ListNumber"/>
        <w:spacing w:line="240" w:lineRule="auto"/>
        <w:ind w:left="720"/>
      </w:pPr>
      <w:r/>
      <w:hyperlink r:id="rId11">
        <w:r>
          <w:rPr>
            <w:color w:val="0000EE"/>
            <w:u w:val="single"/>
          </w:rPr>
          <w:t>https://joemessina.com/2026/08/talarico-faces-backlash-over-11-year-old-drag-appearance/</w:t>
        </w:r>
      </w:hyperlink>
      <w:r>
        <w:t xml:space="preserve"> - In August 2026, reports emerged that James Talarico headlined a 2021 Pride event in Taylor, Texas, where an 11-year-old boy performed in drag under the name Kween Kee Kee. Promotional materials for the event highlighted the child's performance and included activities like 'Kee Kee Storytime' with Pride-themed crafts for children. This association has become a point of contention in Talarico's Senate campaign. (</w:t>
      </w:r>
      <w:hyperlink r:id="rId17">
        <w:r>
          <w:rPr>
            <w:color w:val="0000EE"/>
            <w:u w:val="single"/>
          </w:rPr>
          <w:t>joemessina.com</w:t>
        </w:r>
      </w:hyperlink>
      <w:r>
        <w:t>)</w:t>
      </w:r>
      <w:r/>
    </w:p>
    <w:p>
      <w:pPr>
        <w:pStyle w:val="ListNumber"/>
        <w:spacing w:line="240" w:lineRule="auto"/>
        <w:ind w:left="720"/>
      </w:pPr>
      <w:r/>
      <w:hyperlink r:id="rId13">
        <w:r>
          <w:rPr>
            <w:color w:val="0000EE"/>
            <w:u w:val="single"/>
          </w:rPr>
          <w:t>https://www.zetik.com/news/article/story_id-p008-214610</w:t>
        </w:r>
      </w:hyperlink>
      <w:r>
        <w:t xml:space="preserve"> - In September 2026, during a campaign event, James Talarico was asked to name his favourite drag queen in Texas. He immediately responded, 'Probably Alyssa Edwards.' Alyssa Edwards, known off-stage as Justin Dwayne Lee Johnson, is a drag performer who has publicly described himself as a 'drag performer that works with children.' This exchange has reignited scrutiny over Talarico's past involvement with youth drag performances. (</w:t>
      </w:r>
      <w:hyperlink r:id="rId18">
        <w:r>
          <w:rPr>
            <w:color w:val="0000EE"/>
            <w:u w:val="single"/>
          </w:rPr>
          <w:t>zetik.com</w:t>
        </w:r>
      </w:hyperlink>
      <w:r>
        <w:t>)</w:t>
      </w:r>
      <w:r/>
    </w:p>
    <w:p>
      <w:pPr>
        <w:pStyle w:val="ListNumber"/>
        <w:spacing w:line="240" w:lineRule="auto"/>
        <w:ind w:left="720"/>
      </w:pPr>
      <w:r/>
      <w:hyperlink r:id="rId12">
        <w:r>
          <w:rPr>
            <w:color w:val="0000EE"/>
            <w:u w:val="single"/>
          </w:rPr>
          <w:t>https://libertysons.org/dem-candidate-creep-campaigned-with-11-year-old-drag-queen/</w:t>
        </w:r>
      </w:hyperlink>
      <w:r>
        <w:t xml:space="preserve"> - In August 2026, it was reported that James Talarico headlined a 2021 Pride event in Taylor, Texas, where an 11-year-old boy performed in drag under the name Kween Kee Kee. Promotional materials for the event highlighted the child's performance and included activities like 'Kee Kee Storytime' with Pride-themed crafts for children. This association has become a point of contention in Talarico's Senate campaign. (</w:t>
      </w:r>
      <w:hyperlink r:id="rId19">
        <w:r>
          <w:rPr>
            <w:color w:val="0000EE"/>
            <w:u w:val="single"/>
          </w:rPr>
          <w:t>libertysons.org</w:t>
        </w:r>
      </w:hyperlink>
      <w:r>
        <w:t>)</w:t>
      </w:r>
      <w:r/>
    </w:p>
    <w:p>
      <w:pPr>
        <w:pStyle w:val="ListNumber"/>
        <w:spacing w:line="240" w:lineRule="auto"/>
        <w:ind w:left="720"/>
      </w:pPr>
      <w:r/>
      <w:hyperlink r:id="rId14">
        <w:r>
          <w:rPr>
            <w:color w:val="0000EE"/>
            <w:u w:val="single"/>
          </w:rPr>
          <w:t>https://www.rightwing.org/talarico-bragged-about-a-favorite-drag-queen/</w:t>
        </w:r>
      </w:hyperlink>
      <w:r>
        <w:t xml:space="preserve"> - In September 2026, during a campaign event, James Talarico was asked to name his favourite drag queen in Texas. He immediately responded, 'Probably Alyssa Edwards.' Alyssa Edwards, known off-stage as Justin Dwayne Lee Johnson, is a drag performer who has publicly described himself as a 'drag performer that works with children.' This exchange has reignited scrutiny over Talarico's past involvement with youth drag performances. (</w:t>
      </w:r>
      <w:hyperlink r:id="rId20">
        <w:r>
          <w:rPr>
            <w:color w:val="0000EE"/>
            <w:u w:val="single"/>
          </w:rPr>
          <w:t>rightwing.org</w:t>
        </w:r>
      </w:hyperlink>
      <w:r>
        <w:t>)</w:t>
      </w:r>
      <w:r/>
    </w:p>
    <w:p>
      <w:pPr>
        <w:pStyle w:val="ListNumber"/>
        <w:spacing w:line="240" w:lineRule="auto"/>
        <w:ind w:left="720"/>
      </w:pPr>
      <w:r/>
      <w:hyperlink r:id="rId15">
        <w:r>
          <w:rPr>
            <w:color w:val="0000EE"/>
            <w:u w:val="single"/>
          </w:rPr>
          <w:t>https://www.mixedtimes.com/politics/watch-talarico-instantly-names-favorite-texas-drag-queen-a-performer-who-says-he-works-with-children</w:t>
        </w:r>
      </w:hyperlink>
      <w:r>
        <w:t xml:space="preserve"> - In September 2026, during a campaign event, James Talarico was asked to name his favourite drag queen in Texas. He immediately responded, 'Probably Alyssa Edwards.' Alyssa Edwards, known off-stage as Justin Dwayne Lee Johnson, is a drag performer who has publicly described himself as a 'drag performer that works with children.' This exchange has reignited scrutiny over Talarico's past involvement with youth drag performances. (</w:t>
      </w:r>
      <w:hyperlink r:id="rId21">
        <w:r>
          <w:rPr>
            <w:color w:val="0000EE"/>
            <w:u w:val="single"/>
          </w:rPr>
          <w:t>mixedtimes.com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sagainstgroomers.substack.com/p/watchlist-james-talarico" TargetMode="External"/><Relationship Id="rId10" Type="http://schemas.openxmlformats.org/officeDocument/2006/relationships/hyperlink" Target="https://www.nrsc.org/press-releases/icymi-watch-talarico-instantly-names-favorite-texas-drag-queen-a-performer-who-says-he-works-with-children-2026-09-14/" TargetMode="External"/><Relationship Id="rId11" Type="http://schemas.openxmlformats.org/officeDocument/2006/relationships/hyperlink" Target="https://joemessina.com/2026/08/talarico-faces-backlash-over-11-year-old-drag-appearance/" TargetMode="External"/><Relationship Id="rId12" Type="http://schemas.openxmlformats.org/officeDocument/2006/relationships/hyperlink" Target="https://libertysons.org/dem-candidate-creep-campaigned-with-11-year-old-drag-queen/" TargetMode="External"/><Relationship Id="rId13" Type="http://schemas.openxmlformats.org/officeDocument/2006/relationships/hyperlink" Target="https://www.zetik.com/news/article/story_id-p008-214610" TargetMode="External"/><Relationship Id="rId14" Type="http://schemas.openxmlformats.org/officeDocument/2006/relationships/hyperlink" Target="https://www.rightwing.org/talarico-bragged-about-a-favorite-drag-queen/" TargetMode="External"/><Relationship Id="rId15" Type="http://schemas.openxmlformats.org/officeDocument/2006/relationships/hyperlink" Target="https://www.mixedtimes.com/politics/watch-talarico-instantly-names-favorite-texas-drag-queen-a-performer-who-says-he-works-with-children" TargetMode="External"/><Relationship Id="rId16" Type="http://schemas.openxmlformats.org/officeDocument/2006/relationships/hyperlink" Target="https://www.nrsc.org/press-releases/icymi-watch-talarico-instantly-names-favorite-texas-drag-queen-a-performer-who-says-he-works-with-children-2026-09-14/?utm_source=openai" TargetMode="External"/><Relationship Id="rId17" Type="http://schemas.openxmlformats.org/officeDocument/2006/relationships/hyperlink" Target="https://joemessina.com/2026/08/talarico-faces-backlash-over-11-year-old-drag-appearance/?utm_source=openai" TargetMode="External"/><Relationship Id="rId18" Type="http://schemas.openxmlformats.org/officeDocument/2006/relationships/hyperlink" Target="https://www.zetik.com/news/article/story_id-p008-214610?utm_source=openai" TargetMode="External"/><Relationship Id="rId19" Type="http://schemas.openxmlformats.org/officeDocument/2006/relationships/hyperlink" Target="https://libertysons.org/dem-candidate-creep-campaigned-with-11-year-old-drag-queen/?utm_source=openai" TargetMode="External"/><Relationship Id="rId20" Type="http://schemas.openxmlformats.org/officeDocument/2006/relationships/hyperlink" Target="https://www.rightwing.org/talarico-bragged-about-a-favorite-drag-queen/?utm_source=openai" TargetMode="External"/><Relationship Id="rId21" Type="http://schemas.openxmlformats.org/officeDocument/2006/relationships/hyperlink" Target="https://www.mixedtimes.com/politics/watch-talarico-instantly-names-favorite-texas-drag-queen-a-performer-who-says-he-works-with-childre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